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经管学院递补一名2012年推荐免试国际商务硕士研究生公示</w:t>
      </w:r>
    </w:p>
    <w:p>
      <w:r>
        <w:t>首页</w:t>
      </w:r>
    </w:p>
    <w:p>
      <w:pPr>
        <w:pStyle w:val="ListBullet"/>
      </w:pPr>
      <w:r>
        <w:t>日期：2011-11-02</w:t>
      </w:r>
    </w:p>
    <w:p>
      <w:pPr>
        <w:pStyle w:val="ListBullet"/>
      </w:pPr>
      <w:r>
        <w:t>编辑：</w:t>
      </w:r>
    </w:p>
    <w:p>
      <w:pPr>
        <w:pStyle w:val="ListBullet"/>
      </w:pPr>
      <w:r>
        <w:t>浏览次数: 559</w:t>
      </w:r>
    </w:p>
    <w:p>
      <w:r>
        <w:t>金融硕士学科拟录取推荐免试研究生中一位同学因个人原因于10月31日申请放弃推免生资格，学院和学科经研究决定在国际商务硕士推荐免试研究生面试未拟录取的同学中按面试成绩排序递补一名。市场营销81班王艳同学面试成绩在该组未拟录取同学中排名第一，拟递补为2012年推荐免试国际商务硕士研究生,现予以公示。</w:t>
      </w:r>
    </w:p>
    <w:p>
      <w:r>
        <w:t>如对其推荐免试研究生资格有异议，请于11月7日17:00前向学院反映。联系人：郭继涛，电话:84396041，邮箱：jtguo@njau.edu.cn ,地点：逸夫楼5017。</w:t>
      </w:r>
    </w:p>
    <w:p>
      <w:r>
        <w:t>经济管理学院科研办</w:t>
      </w:r>
    </w:p>
    <w:p>
      <w:r>
        <w:t>2011年11月2日</w:t>
      </w:r>
    </w:p>
    <w:p>
      <w:pPr>
        <w:pStyle w:val="ListBullet"/>
      </w:pPr>
      <w:r>
        <w:t>上一篇经管院关于校第五届教代会暨第十届工代会代表选举名单公示及其情况说明</w:t>
      </w:r>
    </w:p>
    <w:p>
      <w:pPr>
        <w:pStyle w:val="ListBullet"/>
      </w:pPr>
      <w:r>
        <w:t>下一篇关于组织办理研究生火车票优惠卡的通知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