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经管学院符合2011年推荐免试研究生放宽条件同学名单公示</w:t>
      </w:r>
    </w:p>
    <w:p>
      <w:r>
        <w:t>经学生个人申请，根据《经济管理学院2011年推荐免试研究生工作的通知》的规定，通过学院推免评议小组审查认定，以下同学符合“推荐条件”第5条规定，学习成绩排名放宽到30%，具有推荐免试本校研究生申请资格。现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班级</w:t>
            </w:r>
          </w:p>
        </w:tc>
        <w:tc>
          <w:tcPr>
            <w:tcW w:type="dxa" w:w="2880"/>
          </w:tcPr>
          <w:p>
            <w:r>
              <w:t>学号</w:t>
            </w:r>
          </w:p>
        </w:tc>
        <w:tc>
          <w:tcPr>
            <w:tcW w:type="dxa" w:w="2880"/>
          </w:tcPr>
          <w:p>
            <w:r>
              <w:t>姓名</w:t>
            </w:r>
          </w:p>
        </w:tc>
      </w:tr>
      <w:tr>
        <w:tc>
          <w:tcPr>
            <w:tcW w:type="dxa" w:w="2880"/>
          </w:tcPr>
          <w:p>
            <w:r>
              <w:t>会计72</w:t>
            </w:r>
          </w:p>
        </w:tc>
        <w:tc>
          <w:tcPr>
            <w:tcW w:type="dxa" w:w="2880"/>
          </w:tcPr>
          <w:p>
            <w:r>
              <w:t>1687225</w:t>
            </w:r>
          </w:p>
        </w:tc>
        <w:tc>
          <w:tcPr>
            <w:tcW w:type="dxa" w:w="2880"/>
          </w:tcPr>
          <w:p>
            <w:r>
              <w:t>胡文艳</w:t>
            </w:r>
          </w:p>
        </w:tc>
      </w:tr>
      <w:tr>
        <w:tc>
          <w:tcPr>
            <w:tcW w:type="dxa" w:w="2880"/>
          </w:tcPr>
          <w:p>
            <w:r>
              <w:t>农经71</w:t>
            </w:r>
          </w:p>
        </w:tc>
        <w:tc>
          <w:tcPr>
            <w:tcW w:type="dxa" w:w="2880"/>
          </w:tcPr>
          <w:p>
            <w:r>
              <w:t>1617131</w:t>
            </w:r>
          </w:p>
        </w:tc>
        <w:tc>
          <w:tcPr>
            <w:tcW w:type="dxa" w:w="2880"/>
          </w:tcPr>
          <w:p>
            <w:r>
              <w:t>罗积善</w:t>
            </w:r>
          </w:p>
        </w:tc>
      </w:tr>
    </w:tbl>
    <w:p>
      <w:r>
        <w:t>如对以上同学推免资格有异议的，请务必在9月22日前向学院反映。联系人：刘志斌，电话84396039，邮箱liuzhibin@njau.edu.cn，地点逸夫楼5017。</w:t>
      </w:r>
    </w:p>
    <w:p>
      <w:r>
        <w:t>南京农业大学经济管理学院</w:t>
      </w:r>
    </w:p>
    <w:p>
      <w:r>
        <w:t>2010年9月16日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