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经济管理学院2012年学术型推免生面试结果公示</w:t>
      </w:r>
    </w:p>
    <w:p>
      <w:r>
        <w:t>首页</w:t>
      </w:r>
    </w:p>
    <w:p>
      <w:pPr>
        <w:pStyle w:val="ListBullet"/>
      </w:pPr>
      <w:r>
        <w:t>日期：2011-09-22</w:t>
      </w:r>
    </w:p>
    <w:p>
      <w:pPr>
        <w:pStyle w:val="ListBullet"/>
      </w:pPr>
      <w:r>
        <w:t>编辑：</w:t>
      </w:r>
    </w:p>
    <w:p>
      <w:pPr>
        <w:pStyle w:val="ListBullet"/>
      </w:pPr>
      <w:r>
        <w:t>浏览次数: 8887</w:t>
      </w:r>
    </w:p>
    <w:p>
      <w:r>
        <w:t>具体请见：http://jgxs.njau.edu.cn/summer/newsInfo.asp?ID=1018。</w:t>
      </w:r>
    </w:p>
    <w:p>
      <w:pPr>
        <w:pStyle w:val="ListBullet"/>
      </w:pPr>
      <w:r>
        <w:t>上一篇经济管理学院2011级研究生新生见面会举行</w:t>
      </w:r>
    </w:p>
    <w:p>
      <w:pPr>
        <w:pStyle w:val="ListBullet"/>
      </w:pPr>
      <w:r>
        <w:t>下一篇英国南安普顿大学陆懋祖教授来我院做学术报告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