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经济管理学院2011年推免生面试结果公示名单</w:t>
      </w:r>
    </w:p>
    <w:p>
      <w:r>
        <w:t>根据学校及学院2011年推荐免试研究生工作相关规定，经专业面试小组考核，学院拟录取以下同学为2011年推荐免试研究生，现予以公示。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学科</w:t>
            </w:r>
          </w:p>
        </w:tc>
        <w:tc>
          <w:tcPr>
            <w:tcW w:type="dxa" w:w="1728"/>
          </w:tcPr>
          <w:p>
            <w:r>
              <w:t>姓名</w:t>
            </w:r>
          </w:p>
        </w:tc>
        <w:tc>
          <w:tcPr>
            <w:tcW w:type="dxa" w:w="1728"/>
          </w:tcPr>
          <w:p>
            <w:r>
              <w:t>排序</w:t>
            </w:r>
          </w:p>
        </w:tc>
        <w:tc>
          <w:tcPr>
            <w:tcW w:type="dxa" w:w="1728"/>
          </w:tcPr>
          <w:p>
            <w:r>
              <w:t>拟定导师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技术经济及管理</w:t>
            </w:r>
          </w:p>
        </w:tc>
        <w:tc>
          <w:tcPr>
            <w:tcW w:type="dxa" w:w="1728"/>
          </w:tcPr>
          <w:p>
            <w:r>
              <w:t>韩园园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常向阳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陆艳</w:t>
            </w:r>
          </w:p>
        </w:tc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徐翔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钱青青</w:t>
            </w:r>
          </w:p>
        </w:tc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1728"/>
          </w:tcPr>
          <w:p>
            <w:r>
              <w:t>周曙东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李亚寒（外院）</w:t>
            </w:r>
          </w:p>
        </w:tc>
        <w:tc>
          <w:tcPr>
            <w:tcW w:type="dxa" w:w="1728"/>
          </w:tcPr>
          <w:p>
            <w:r>
              <w:t>4</w:t>
            </w:r>
          </w:p>
        </w:tc>
        <w:tc>
          <w:tcPr>
            <w:tcW w:type="dxa" w:w="1728"/>
          </w:tcPr>
          <w:p>
            <w:r>
              <w:t>周宏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刘金金（外校）</w:t>
            </w:r>
          </w:p>
        </w:tc>
        <w:tc>
          <w:tcPr>
            <w:tcW w:type="dxa" w:w="1728"/>
          </w:tcPr>
          <w:p>
            <w:r>
              <w:t>5</w:t>
            </w:r>
          </w:p>
        </w:tc>
        <w:tc>
          <w:tcPr>
            <w:tcW w:type="dxa" w:w="1728"/>
          </w:tcPr>
          <w:p>
            <w:r>
              <w:t>许朗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农业经济管理</w:t>
            </w:r>
          </w:p>
        </w:tc>
        <w:tc>
          <w:tcPr>
            <w:tcW w:type="dxa" w:w="1728"/>
          </w:tcPr>
          <w:p>
            <w:r>
              <w:t>李钟帅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苏群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杨泳冰</w:t>
            </w:r>
          </w:p>
        </w:tc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胡浩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谌佳（外校）</w:t>
            </w:r>
          </w:p>
        </w:tc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1728"/>
          </w:tcPr>
          <w:p>
            <w:r>
              <w:t>徐翔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钱秋霞</w:t>
            </w:r>
          </w:p>
        </w:tc>
        <w:tc>
          <w:tcPr>
            <w:tcW w:type="dxa" w:w="1728"/>
          </w:tcPr>
          <w:p>
            <w:r>
              <w:t>4</w:t>
            </w:r>
          </w:p>
        </w:tc>
        <w:tc>
          <w:tcPr>
            <w:tcW w:type="dxa" w:w="1728"/>
          </w:tcPr>
          <w:p>
            <w:r>
              <w:t>苗齐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王丛丛（外校）</w:t>
            </w:r>
          </w:p>
        </w:tc>
        <w:tc>
          <w:tcPr>
            <w:tcW w:type="dxa" w:w="1728"/>
          </w:tcPr>
          <w:p>
            <w:r>
              <w:t>5</w:t>
            </w:r>
          </w:p>
        </w:tc>
        <w:tc>
          <w:tcPr>
            <w:tcW w:type="dxa" w:w="1728"/>
          </w:tcPr>
          <w:p>
            <w:r>
              <w:t>胡浩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企业管理</w:t>
            </w:r>
          </w:p>
        </w:tc>
        <w:tc>
          <w:tcPr>
            <w:tcW w:type="dxa" w:w="1728"/>
          </w:tcPr>
          <w:p>
            <w:r>
              <w:t>张勰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陈超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彭吟珏</w:t>
            </w:r>
          </w:p>
        </w:tc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王凯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田静</w:t>
            </w:r>
          </w:p>
        </w:tc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1728"/>
          </w:tcPr>
          <w:p>
            <w:r>
              <w:t>王树进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冯晓梅（外院）</w:t>
            </w:r>
          </w:p>
        </w:tc>
        <w:tc>
          <w:tcPr>
            <w:tcW w:type="dxa" w:w="1728"/>
          </w:tcPr>
          <w:p>
            <w:r>
              <w:t>4</w:t>
            </w:r>
          </w:p>
        </w:tc>
        <w:tc>
          <w:tcPr>
            <w:tcW w:type="dxa" w:w="1728"/>
          </w:tcPr>
          <w:p>
            <w:r>
              <w:t>王树进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旅游管理</w:t>
            </w:r>
          </w:p>
        </w:tc>
        <w:tc>
          <w:tcPr>
            <w:tcW w:type="dxa" w:w="1728"/>
          </w:tcPr>
          <w:p>
            <w:r>
              <w:t>周梅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杨旺生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会计学</w:t>
            </w:r>
          </w:p>
        </w:tc>
        <w:tc>
          <w:tcPr>
            <w:tcW w:type="dxa" w:w="1728"/>
          </w:tcPr>
          <w:p>
            <w:r>
              <w:t>李娟（外校）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吴虹雁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龚璐</w:t>
            </w:r>
          </w:p>
        </w:tc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王怀明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林珑</w:t>
            </w:r>
          </w:p>
        </w:tc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1728"/>
          </w:tcPr>
          <w:p>
            <w:r>
              <w:t>陈东平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李宇哲</w:t>
            </w:r>
          </w:p>
        </w:tc>
        <w:tc>
          <w:tcPr>
            <w:tcW w:type="dxa" w:w="1728"/>
          </w:tcPr>
          <w:p>
            <w:r>
              <w:t>4</w:t>
            </w:r>
          </w:p>
        </w:tc>
        <w:tc>
          <w:tcPr>
            <w:tcW w:type="dxa" w:w="1728"/>
          </w:tcPr>
          <w:p>
            <w:r>
              <w:t>吴虹雁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产业经济学</w:t>
            </w:r>
          </w:p>
        </w:tc>
        <w:tc>
          <w:tcPr>
            <w:tcW w:type="dxa" w:w="1728"/>
          </w:tcPr>
          <w:p>
            <w:r>
              <w:t>别蒙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周应恒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颜一炜</w:t>
            </w:r>
          </w:p>
        </w:tc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李太平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姚倩茹</w:t>
            </w:r>
          </w:p>
        </w:tc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1728"/>
          </w:tcPr>
          <w:p>
            <w:r>
              <w:t>周应恒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童毅（外院）</w:t>
            </w:r>
          </w:p>
        </w:tc>
        <w:tc>
          <w:tcPr>
            <w:tcW w:type="dxa" w:w="1728"/>
          </w:tcPr>
          <w:p>
            <w:r>
              <w:t>4</w:t>
            </w:r>
          </w:p>
        </w:tc>
        <w:tc>
          <w:tcPr>
            <w:tcW w:type="dxa" w:w="1728"/>
          </w:tcPr>
          <w:p>
            <w:r>
              <w:t>导师待定，学科点负责人为周应恒教授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国际贸易学</w:t>
            </w:r>
          </w:p>
        </w:tc>
        <w:tc>
          <w:tcPr>
            <w:tcW w:type="dxa" w:w="1728"/>
          </w:tcPr>
          <w:p>
            <w:r>
              <w:t>丁建军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导师待定，学科点负责人为朱晶教授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雷卓娅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导师待定，学科点负责人为朱晶教授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晋乐</w:t>
            </w:r>
          </w:p>
        </w:tc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1728"/>
          </w:tcPr>
          <w:p>
            <w:r>
              <w:t>导师待定，学科点负责人为朱晶教授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金融学</w:t>
            </w:r>
          </w:p>
        </w:tc>
        <w:tc>
          <w:tcPr>
            <w:tcW w:type="dxa" w:w="1728"/>
          </w:tcPr>
          <w:p>
            <w:r>
              <w:t>张蓓佳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张兵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李扬</w:t>
            </w:r>
          </w:p>
        </w:tc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褚保金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高瑾</w:t>
            </w:r>
          </w:p>
        </w:tc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1728"/>
          </w:tcPr>
          <w:p>
            <w:r>
              <w:t>董晓林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金融硕士</w:t>
            </w:r>
          </w:p>
        </w:tc>
        <w:tc>
          <w:tcPr>
            <w:tcW w:type="dxa" w:w="1728"/>
          </w:tcPr>
          <w:p>
            <w:r>
              <w:t>程欣炜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林乐芬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毛磊（外校）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林乐芬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李桂安</w:t>
            </w:r>
          </w:p>
        </w:tc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周月书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陈晨</w:t>
            </w:r>
          </w:p>
        </w:tc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周月书、褚保金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金旋</w:t>
            </w:r>
          </w:p>
        </w:tc>
        <w:tc>
          <w:tcPr>
            <w:tcW w:type="dxa" w:w="1728"/>
          </w:tcPr>
          <w:p>
            <w:r>
              <w:t>5</w:t>
            </w:r>
          </w:p>
        </w:tc>
        <w:tc>
          <w:tcPr>
            <w:tcW w:type="dxa" w:w="1728"/>
          </w:tcPr>
          <w:p>
            <w:r>
              <w:t>刘荣茂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吕宗立</w:t>
            </w:r>
          </w:p>
        </w:tc>
        <w:tc>
          <w:tcPr>
            <w:tcW w:type="dxa" w:w="1728"/>
          </w:tcPr>
          <w:p>
            <w:r>
              <w:t>6</w:t>
            </w:r>
          </w:p>
        </w:tc>
        <w:tc>
          <w:tcPr>
            <w:tcW w:type="dxa" w:w="1728"/>
          </w:tcPr>
          <w:p>
            <w:r>
              <w:t>褚保金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郑斌</w:t>
            </w:r>
          </w:p>
        </w:tc>
        <w:tc>
          <w:tcPr>
            <w:tcW w:type="dxa" w:w="1728"/>
          </w:tcPr>
          <w:p>
            <w:r>
              <w:t>7</w:t>
            </w:r>
          </w:p>
        </w:tc>
        <w:tc>
          <w:tcPr>
            <w:tcW w:type="dxa" w:w="1728"/>
          </w:tcPr>
          <w:p>
            <w:r>
              <w:t>张兵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杜君</w:t>
            </w:r>
          </w:p>
        </w:tc>
        <w:tc>
          <w:tcPr>
            <w:tcW w:type="dxa" w:w="1728"/>
          </w:tcPr>
          <w:p>
            <w:r>
              <w:t>8</w:t>
            </w:r>
          </w:p>
        </w:tc>
        <w:tc>
          <w:tcPr>
            <w:tcW w:type="dxa" w:w="1728"/>
          </w:tcPr>
          <w:p>
            <w:r>
              <w:t>董晓林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国际商务硕士</w:t>
            </w:r>
          </w:p>
        </w:tc>
        <w:tc>
          <w:tcPr>
            <w:tcW w:type="dxa" w:w="1728"/>
          </w:tcPr>
          <w:p>
            <w:r>
              <w:t>崔若淇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胡浩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瞿姗</w:t>
            </w:r>
          </w:p>
        </w:tc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苗齐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高婷婷</w:t>
            </w:r>
          </w:p>
        </w:tc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1728"/>
          </w:tcPr>
          <w:p>
            <w:r>
              <w:t>孙江明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宋德强</w:t>
            </w:r>
          </w:p>
        </w:tc>
        <w:tc>
          <w:tcPr>
            <w:tcW w:type="dxa" w:w="1728"/>
          </w:tcPr>
          <w:p>
            <w:r>
              <w:t>4</w:t>
            </w:r>
          </w:p>
        </w:tc>
        <w:tc>
          <w:tcPr>
            <w:tcW w:type="dxa" w:w="1728"/>
          </w:tcPr>
          <w:p>
            <w:r>
              <w:t>应瑞瑶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范阳</w:t>
            </w:r>
          </w:p>
        </w:tc>
        <w:tc>
          <w:tcPr>
            <w:tcW w:type="dxa" w:w="1728"/>
          </w:tcPr>
          <w:p>
            <w:r>
              <w:t>5</w:t>
            </w:r>
          </w:p>
        </w:tc>
        <w:tc>
          <w:tcPr>
            <w:tcW w:type="dxa" w:w="1728"/>
          </w:tcPr>
          <w:p>
            <w:r>
              <w:t>朱晶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赵蓉</w:t>
            </w:r>
          </w:p>
        </w:tc>
        <w:tc>
          <w:tcPr>
            <w:tcW w:type="dxa" w:w="1728"/>
          </w:tcPr>
          <w:p>
            <w:r>
              <w:t>6</w:t>
            </w:r>
          </w:p>
        </w:tc>
        <w:tc>
          <w:tcPr>
            <w:tcW w:type="dxa" w:w="1728"/>
          </w:tcPr>
          <w:p>
            <w:r>
              <w:t>李祥妹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宁聪（外院）</w:t>
            </w:r>
          </w:p>
        </w:tc>
        <w:tc>
          <w:tcPr>
            <w:tcW w:type="dxa" w:w="1728"/>
          </w:tcPr>
          <w:p>
            <w:r>
              <w:t>7</w:t>
            </w:r>
          </w:p>
        </w:tc>
        <w:tc>
          <w:tcPr>
            <w:tcW w:type="dxa" w:w="1728"/>
          </w:tcPr>
          <w:p>
            <w:r>
              <w:t>苏群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会计硕士</w:t>
            </w:r>
          </w:p>
        </w:tc>
        <w:tc>
          <w:tcPr>
            <w:tcW w:type="dxa" w:w="1728"/>
          </w:tcPr>
          <w:p>
            <w:r>
              <w:t>胡文艳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周宏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刘婷婷</w:t>
            </w:r>
          </w:p>
        </w:tc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王怀明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王淼</w:t>
            </w:r>
          </w:p>
        </w:tc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1728"/>
          </w:tcPr>
          <w:p>
            <w:r>
              <w:t>许朗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任蕊</w:t>
            </w:r>
          </w:p>
        </w:tc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1728"/>
          </w:tcPr>
          <w:p>
            <w:r>
              <w:t>吴虹雁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熊安怡</w:t>
            </w:r>
          </w:p>
        </w:tc>
        <w:tc>
          <w:tcPr>
            <w:tcW w:type="dxa" w:w="1728"/>
          </w:tcPr>
          <w:p>
            <w:r>
              <w:t>5</w:t>
            </w:r>
          </w:p>
        </w:tc>
        <w:tc>
          <w:tcPr>
            <w:tcW w:type="dxa" w:w="1728"/>
          </w:tcPr>
          <w:p>
            <w:r>
              <w:t>王怀明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宋沁青</w:t>
            </w:r>
          </w:p>
        </w:tc>
        <w:tc>
          <w:tcPr>
            <w:tcW w:type="dxa" w:w="1728"/>
          </w:tcPr>
          <w:p>
            <w:r>
              <w:t>6</w:t>
            </w:r>
          </w:p>
        </w:tc>
        <w:tc>
          <w:tcPr>
            <w:tcW w:type="dxa" w:w="1728"/>
          </w:tcPr>
          <w:p>
            <w:r>
              <w:t>吴虹雁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刘玄</w:t>
            </w:r>
          </w:p>
        </w:tc>
        <w:tc>
          <w:tcPr>
            <w:tcW w:type="dxa" w:w="1728"/>
          </w:tcPr>
          <w:p>
            <w:r>
              <w:t>7</w:t>
            </w:r>
          </w:p>
        </w:tc>
        <w:tc>
          <w:tcPr>
            <w:tcW w:type="dxa" w:w="1728"/>
          </w:tcPr>
          <w:p>
            <w:r>
              <w:t>陈东平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物流工程硕士</w:t>
            </w:r>
          </w:p>
        </w:tc>
        <w:tc>
          <w:tcPr>
            <w:tcW w:type="dxa" w:w="1728"/>
          </w:tcPr>
          <w:p>
            <w:r>
              <w:t>孙可燃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常向阳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焦运梅</w:t>
            </w:r>
          </w:p>
        </w:tc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李太平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张侃</w:t>
            </w:r>
          </w:p>
        </w:tc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1728"/>
          </w:tcPr>
          <w:p>
            <w:r>
              <w:t>李太平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陈柏龙</w:t>
            </w:r>
          </w:p>
        </w:tc>
        <w:tc>
          <w:tcPr>
            <w:tcW w:type="dxa" w:w="1728"/>
          </w:tcPr>
          <w:p>
            <w:r>
              <w:t>4</w:t>
            </w:r>
          </w:p>
        </w:tc>
        <w:tc>
          <w:tcPr>
            <w:tcW w:type="dxa" w:w="1728"/>
          </w:tcPr>
          <w:p>
            <w:r>
              <w:t>王树进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郭明艳（外院）</w:t>
            </w:r>
          </w:p>
        </w:tc>
        <w:tc>
          <w:tcPr>
            <w:tcW w:type="dxa" w:w="1728"/>
          </w:tcPr>
          <w:p>
            <w:r>
              <w:t>4</w:t>
            </w:r>
          </w:p>
        </w:tc>
        <w:tc>
          <w:tcPr>
            <w:tcW w:type="dxa" w:w="1728"/>
          </w:tcPr>
          <w:p>
            <w:r>
              <w:t>许朗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肖纯</w:t>
            </w:r>
          </w:p>
        </w:tc>
        <w:tc>
          <w:tcPr>
            <w:tcW w:type="dxa" w:w="1728"/>
          </w:tcPr>
          <w:p>
            <w:r>
              <w:t>6</w:t>
            </w:r>
          </w:p>
        </w:tc>
        <w:tc>
          <w:tcPr>
            <w:tcW w:type="dxa" w:w="1728"/>
          </w:tcPr>
          <w:p>
            <w:r>
              <w:t>陈超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罗积善</w:t>
            </w:r>
          </w:p>
        </w:tc>
        <w:tc>
          <w:tcPr>
            <w:tcW w:type="dxa" w:w="1728"/>
          </w:tcPr>
          <w:p>
            <w:r>
              <w:t>7</w:t>
            </w:r>
          </w:p>
        </w:tc>
        <w:tc>
          <w:tcPr>
            <w:tcW w:type="dxa" w:w="1728"/>
          </w:tcPr>
          <w:p>
            <w:r>
              <w:t>王玉峰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樊蓉（外院）</w:t>
            </w:r>
          </w:p>
        </w:tc>
        <w:tc>
          <w:tcPr>
            <w:tcW w:type="dxa" w:w="1728"/>
          </w:tcPr>
          <w:p>
            <w:r>
              <w:t>8</w:t>
            </w:r>
          </w:p>
        </w:tc>
        <w:tc>
          <w:tcPr>
            <w:tcW w:type="dxa" w:w="1728"/>
          </w:tcPr>
          <w:p>
            <w:r>
              <w:t>王玉峰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/>
        </w:tc>
      </w:tr>
    </w:tbl>
    <w:p>
      <w:r>
        <w:t>注：外院、外校同学均不占用本院推免生名额，但所有录取的推荐免试生均占学院2011年硕士生招生计划；</w:t>
      </w:r>
    </w:p>
    <w:p>
      <w:r>
        <w:t>如对以上同学推荐免试研究生拟录取资格有异议的，务请在10月5日前向学院反映。联系人：郭继涛，电话:84396041，13813944814，邮箱：jtguo@njau.edu.cn ,地点：逸夫楼5017。</w:t>
      </w:r>
    </w:p>
    <w:p>
      <w:r>
        <w:t>经济管理学院</w:t>
      </w:r>
    </w:p>
    <w:p>
      <w:r>
        <w:t>2010年9月29日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