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理学院2020年推荐优秀应届毕业生免试攻读硕士学位研究生结果公示</w:t>
      </w:r>
    </w:p>
    <w:p>
      <w:r>
        <w:t>各班级、各位同学：</w:t>
      </w:r>
    </w:p>
    <w:p>
      <w:r>
        <w:t>理学院2020年推荐免试硕士学位研究生名额总数为13；考研率奖励2名。根据《理学院2020年推荐优秀应届本科生免试攻读硕士学位研究生具体名额分配和工作进程（讨论稿）》，应用化学专业推荐免试名额总数6名；信息与计算科学专业推荐免试名额总数5名；统计学专业推荐免试名额总数4名。</w:t>
      </w:r>
    </w:p>
    <w:p>
      <w:r>
        <w:t>综合加分以及面试等工作有序开展，最终理学院2020年推荐优秀应届毕业生免试攻读硕士学位研究生综合成绩公示结果如下表所示：</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理学院2020年推荐优秀应届本科生免试攻读硕士学位研究生加分公示表</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序号</w:t>
            </w:r>
          </w:p>
        </w:tc>
        <w:tc>
          <w:tcPr>
            <w:tcW w:type="dxa" w:w="864"/>
          </w:tcPr>
          <w:p>
            <w:r>
              <w:t>专业</w:t>
            </w:r>
          </w:p>
        </w:tc>
        <w:tc>
          <w:tcPr>
            <w:tcW w:type="dxa" w:w="864"/>
          </w:tcPr>
          <w:p>
            <w:r>
              <w:t>姓名</w:t>
            </w:r>
          </w:p>
        </w:tc>
        <w:tc>
          <w:tcPr>
            <w:tcW w:type="dxa" w:w="864"/>
          </w:tcPr>
          <w:p>
            <w:r>
              <w:t>综合得分</w:t>
            </w:r>
          </w:p>
        </w:tc>
        <w:tc>
          <w:tcPr>
            <w:tcW w:type="dxa" w:w="864"/>
          </w:tcPr>
          <w:p>
            <w:r>
              <w:t>GPA折算分+综合加分（总分85）</w:t>
            </w:r>
          </w:p>
        </w:tc>
        <w:tc>
          <w:tcPr>
            <w:tcW w:type="dxa" w:w="864"/>
          </w:tcPr>
          <w:p>
            <w:r>
              <w:t>面试分（15）</w:t>
            </w:r>
          </w:p>
        </w:tc>
        <w:tc>
          <w:tcPr>
            <w:tcW w:type="dxa" w:w="864"/>
          </w:tcPr>
          <w:p>
            <w:r>
              <w:t>GPA折算分+综合加分+面试（总分100）</w:t>
            </w:r>
          </w:p>
        </w:tc>
        <w:tc>
          <w:tcPr>
            <w:tcW w:type="dxa" w:w="864"/>
          </w:tcPr>
          <w:p>
            <w:r>
              <w:t>排名</w:t>
            </w:r>
          </w:p>
        </w:tc>
        <w:tc>
          <w:tcPr>
            <w:tcW w:type="dxa" w:w="864"/>
          </w:tcPr>
          <w:p>
            <w:r>
              <w:t>是否具有推免资格</w:t>
            </w:r>
          </w:p>
        </w:tc>
        <w:tc>
          <w:tcPr>
            <w:tcW w:type="dxa" w:w="864"/>
          </w:tcPr>
          <w:p/>
        </w:tc>
      </w:tr>
      <w:tr>
        <w:tc>
          <w:tcPr>
            <w:tcW w:type="dxa" w:w="864"/>
          </w:tcPr>
          <w:p>
            <w:r>
              <w:t>GPA折算分（总分65）</w:t>
            </w:r>
          </w:p>
        </w:tc>
        <w:tc>
          <w:tcPr>
            <w:tcW w:type="dxa" w:w="864"/>
          </w:tcPr>
          <w:p>
            <w:r>
              <w:t>综合加分（总分20）</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4</w:t>
            </w:r>
          </w:p>
        </w:tc>
        <w:tc>
          <w:tcPr>
            <w:tcW w:type="dxa" w:w="864"/>
          </w:tcPr>
          <w:p>
            <w:r>
              <w:t>应用化学</w:t>
            </w:r>
          </w:p>
        </w:tc>
        <w:tc>
          <w:tcPr>
            <w:tcW w:type="dxa" w:w="864"/>
          </w:tcPr>
          <w:p>
            <w:r>
              <w:t>刘敏</w:t>
            </w:r>
          </w:p>
        </w:tc>
        <w:tc>
          <w:tcPr>
            <w:tcW w:type="dxa" w:w="864"/>
          </w:tcPr>
          <w:p>
            <w:r>
              <w:t>65</w:t>
            </w:r>
          </w:p>
        </w:tc>
        <w:tc>
          <w:tcPr>
            <w:tcW w:type="dxa" w:w="864"/>
          </w:tcPr>
          <w:p>
            <w:r>
              <w:t>16.05</w:t>
            </w:r>
          </w:p>
        </w:tc>
        <w:tc>
          <w:tcPr>
            <w:tcW w:type="dxa" w:w="864"/>
          </w:tcPr>
          <w:p>
            <w:r>
              <w:t>81.05</w:t>
            </w:r>
          </w:p>
        </w:tc>
        <w:tc>
          <w:tcPr>
            <w:tcW w:type="dxa" w:w="864"/>
          </w:tcPr>
          <w:p>
            <w:r>
              <w:t>12.317</w:t>
            </w:r>
          </w:p>
        </w:tc>
        <w:tc>
          <w:tcPr>
            <w:tcW w:type="dxa" w:w="864"/>
          </w:tcPr>
          <w:p>
            <w:r>
              <w:t>93.36666667</w:t>
            </w:r>
          </w:p>
        </w:tc>
        <w:tc>
          <w:tcPr>
            <w:tcW w:type="dxa" w:w="864"/>
          </w:tcPr>
          <w:p>
            <w:r>
              <w:t>1</w:t>
            </w:r>
          </w:p>
        </w:tc>
        <w:tc>
          <w:tcPr>
            <w:tcW w:type="dxa" w:w="864"/>
          </w:tcPr>
          <w:p>
            <w:r>
              <w:t>是</w:t>
            </w:r>
          </w:p>
        </w:tc>
      </w:tr>
      <w:tr>
        <w:tc>
          <w:tcPr>
            <w:tcW w:type="dxa" w:w="864"/>
          </w:tcPr>
          <w:p>
            <w:r>
              <w:t>1</w:t>
            </w:r>
          </w:p>
        </w:tc>
        <w:tc>
          <w:tcPr>
            <w:tcW w:type="dxa" w:w="864"/>
          </w:tcPr>
          <w:p>
            <w:r>
              <w:t>应用化学</w:t>
            </w:r>
          </w:p>
        </w:tc>
        <w:tc>
          <w:tcPr>
            <w:tcW w:type="dxa" w:w="864"/>
          </w:tcPr>
          <w:p>
            <w:r>
              <w:t>王绍为</w:t>
            </w:r>
          </w:p>
        </w:tc>
        <w:tc>
          <w:tcPr>
            <w:tcW w:type="dxa" w:w="864"/>
          </w:tcPr>
          <w:p>
            <w:r>
              <w:t>60.14</w:t>
            </w:r>
          </w:p>
        </w:tc>
        <w:tc>
          <w:tcPr>
            <w:tcW w:type="dxa" w:w="864"/>
          </w:tcPr>
          <w:p>
            <w:r>
              <w:t>16.9</w:t>
            </w:r>
          </w:p>
        </w:tc>
        <w:tc>
          <w:tcPr>
            <w:tcW w:type="dxa" w:w="864"/>
          </w:tcPr>
          <w:p>
            <w:r>
              <w:t>77.04</w:t>
            </w:r>
          </w:p>
        </w:tc>
        <w:tc>
          <w:tcPr>
            <w:tcW w:type="dxa" w:w="864"/>
          </w:tcPr>
          <w:p>
            <w:r>
              <w:t>13.75</w:t>
            </w:r>
          </w:p>
        </w:tc>
        <w:tc>
          <w:tcPr>
            <w:tcW w:type="dxa" w:w="864"/>
          </w:tcPr>
          <w:p>
            <w:r>
              <w:t>90.79</w:t>
            </w:r>
          </w:p>
        </w:tc>
        <w:tc>
          <w:tcPr>
            <w:tcW w:type="dxa" w:w="864"/>
          </w:tcPr>
          <w:p>
            <w:r>
              <w:t>2</w:t>
            </w:r>
          </w:p>
        </w:tc>
        <w:tc>
          <w:tcPr>
            <w:tcW w:type="dxa" w:w="864"/>
          </w:tcPr>
          <w:p>
            <w:r>
              <w:t>是</w:t>
            </w:r>
          </w:p>
        </w:tc>
      </w:tr>
      <w:tr>
        <w:tc>
          <w:tcPr>
            <w:tcW w:type="dxa" w:w="864"/>
          </w:tcPr>
          <w:p>
            <w:r>
              <w:t>7</w:t>
            </w:r>
          </w:p>
        </w:tc>
        <w:tc>
          <w:tcPr>
            <w:tcW w:type="dxa" w:w="864"/>
          </w:tcPr>
          <w:p>
            <w:r>
              <w:t>应用化学</w:t>
            </w:r>
          </w:p>
        </w:tc>
        <w:tc>
          <w:tcPr>
            <w:tcW w:type="dxa" w:w="864"/>
          </w:tcPr>
          <w:p>
            <w:r>
              <w:t>陈佳琪</w:t>
            </w:r>
          </w:p>
        </w:tc>
        <w:tc>
          <w:tcPr>
            <w:tcW w:type="dxa" w:w="864"/>
          </w:tcPr>
          <w:p>
            <w:r>
              <w:t>63.59</w:t>
            </w:r>
          </w:p>
        </w:tc>
        <w:tc>
          <w:tcPr>
            <w:tcW w:type="dxa" w:w="864"/>
          </w:tcPr>
          <w:p>
            <w:r>
              <w:t>12.95</w:t>
            </w:r>
          </w:p>
        </w:tc>
        <w:tc>
          <w:tcPr>
            <w:tcW w:type="dxa" w:w="864"/>
          </w:tcPr>
          <w:p>
            <w:r>
              <w:t>76.54</w:t>
            </w:r>
          </w:p>
        </w:tc>
        <w:tc>
          <w:tcPr>
            <w:tcW w:type="dxa" w:w="864"/>
          </w:tcPr>
          <w:p>
            <w:r>
              <w:t>12.517</w:t>
            </w:r>
          </w:p>
        </w:tc>
        <w:tc>
          <w:tcPr>
            <w:tcW w:type="dxa" w:w="864"/>
          </w:tcPr>
          <w:p>
            <w:r>
              <w:t>89.05666667</w:t>
            </w:r>
          </w:p>
        </w:tc>
        <w:tc>
          <w:tcPr>
            <w:tcW w:type="dxa" w:w="864"/>
          </w:tcPr>
          <w:p>
            <w:r>
              <w:t>3</w:t>
            </w:r>
          </w:p>
        </w:tc>
        <w:tc>
          <w:tcPr>
            <w:tcW w:type="dxa" w:w="864"/>
          </w:tcPr>
          <w:p>
            <w:r>
              <w:t>是</w:t>
            </w:r>
          </w:p>
        </w:tc>
      </w:tr>
      <w:tr>
        <w:tc>
          <w:tcPr>
            <w:tcW w:type="dxa" w:w="864"/>
          </w:tcPr>
          <w:p>
            <w:r>
              <w:t>2</w:t>
            </w:r>
          </w:p>
        </w:tc>
        <w:tc>
          <w:tcPr>
            <w:tcW w:type="dxa" w:w="864"/>
          </w:tcPr>
          <w:p>
            <w:r>
              <w:t>应用化学</w:t>
            </w:r>
          </w:p>
        </w:tc>
        <w:tc>
          <w:tcPr>
            <w:tcW w:type="dxa" w:w="864"/>
          </w:tcPr>
          <w:p>
            <w:r>
              <w:t>王徽健</w:t>
            </w:r>
          </w:p>
        </w:tc>
        <w:tc>
          <w:tcPr>
            <w:tcW w:type="dxa" w:w="864"/>
          </w:tcPr>
          <w:p>
            <w:r>
              <w:t>58.78</w:t>
            </w:r>
          </w:p>
        </w:tc>
        <w:tc>
          <w:tcPr>
            <w:tcW w:type="dxa" w:w="864"/>
          </w:tcPr>
          <w:p>
            <w:r>
              <w:t>13.5</w:t>
            </w:r>
          </w:p>
        </w:tc>
        <w:tc>
          <w:tcPr>
            <w:tcW w:type="dxa" w:w="864"/>
          </w:tcPr>
          <w:p>
            <w:r>
              <w:t>72.28</w:t>
            </w:r>
          </w:p>
        </w:tc>
        <w:tc>
          <w:tcPr>
            <w:tcW w:type="dxa" w:w="864"/>
          </w:tcPr>
          <w:p>
            <w:r>
              <w:t>13.117</w:t>
            </w:r>
          </w:p>
        </w:tc>
        <w:tc>
          <w:tcPr>
            <w:tcW w:type="dxa" w:w="864"/>
          </w:tcPr>
          <w:p>
            <w:r>
              <w:t>85.39666667</w:t>
            </w:r>
          </w:p>
        </w:tc>
        <w:tc>
          <w:tcPr>
            <w:tcW w:type="dxa" w:w="864"/>
          </w:tcPr>
          <w:p>
            <w:r>
              <w:t>4</w:t>
            </w:r>
          </w:p>
        </w:tc>
        <w:tc>
          <w:tcPr>
            <w:tcW w:type="dxa" w:w="864"/>
          </w:tcPr>
          <w:p>
            <w:r>
              <w:t>是</w:t>
            </w:r>
          </w:p>
        </w:tc>
      </w:tr>
      <w:tr>
        <w:tc>
          <w:tcPr>
            <w:tcW w:type="dxa" w:w="864"/>
          </w:tcPr>
          <w:p>
            <w:r>
              <w:t>8</w:t>
            </w:r>
          </w:p>
        </w:tc>
        <w:tc>
          <w:tcPr>
            <w:tcW w:type="dxa" w:w="864"/>
          </w:tcPr>
          <w:p>
            <w:r>
              <w:t>应用化学</w:t>
            </w:r>
          </w:p>
        </w:tc>
        <w:tc>
          <w:tcPr>
            <w:tcW w:type="dxa" w:w="864"/>
          </w:tcPr>
          <w:p>
            <w:r>
              <w:t>金嘉敏</w:t>
            </w:r>
          </w:p>
        </w:tc>
        <w:tc>
          <w:tcPr>
            <w:tcW w:type="dxa" w:w="864"/>
          </w:tcPr>
          <w:p>
            <w:r>
              <w:t>61.87</w:t>
            </w:r>
          </w:p>
        </w:tc>
        <w:tc>
          <w:tcPr>
            <w:tcW w:type="dxa" w:w="864"/>
          </w:tcPr>
          <w:p>
            <w:r>
              <w:t>8.5</w:t>
            </w:r>
          </w:p>
        </w:tc>
        <w:tc>
          <w:tcPr>
            <w:tcW w:type="dxa" w:w="864"/>
          </w:tcPr>
          <w:p>
            <w:r>
              <w:t>70.37</w:t>
            </w:r>
          </w:p>
        </w:tc>
        <w:tc>
          <w:tcPr>
            <w:tcW w:type="dxa" w:w="864"/>
          </w:tcPr>
          <w:p>
            <w:r>
              <w:t>13.6</w:t>
            </w:r>
          </w:p>
        </w:tc>
        <w:tc>
          <w:tcPr>
            <w:tcW w:type="dxa" w:w="864"/>
          </w:tcPr>
          <w:p>
            <w:r>
              <w:t>83.97</w:t>
            </w:r>
          </w:p>
        </w:tc>
        <w:tc>
          <w:tcPr>
            <w:tcW w:type="dxa" w:w="864"/>
          </w:tcPr>
          <w:p>
            <w:r>
              <w:t>5</w:t>
            </w:r>
          </w:p>
        </w:tc>
        <w:tc>
          <w:tcPr>
            <w:tcW w:type="dxa" w:w="864"/>
          </w:tcPr>
          <w:p>
            <w:r>
              <w:t>是</w:t>
            </w:r>
          </w:p>
        </w:tc>
      </w:tr>
      <w:tr>
        <w:tc>
          <w:tcPr>
            <w:tcW w:type="dxa" w:w="864"/>
          </w:tcPr>
          <w:p>
            <w:r>
              <w:t>3</w:t>
            </w:r>
          </w:p>
        </w:tc>
        <w:tc>
          <w:tcPr>
            <w:tcW w:type="dxa" w:w="864"/>
          </w:tcPr>
          <w:p>
            <w:r>
              <w:t>应用化学</w:t>
            </w:r>
          </w:p>
        </w:tc>
        <w:tc>
          <w:tcPr>
            <w:tcW w:type="dxa" w:w="864"/>
          </w:tcPr>
          <w:p>
            <w:r>
              <w:t>卢伟华</w:t>
            </w:r>
          </w:p>
        </w:tc>
        <w:tc>
          <w:tcPr>
            <w:tcW w:type="dxa" w:w="864"/>
          </w:tcPr>
          <w:p>
            <w:r>
              <w:t>61.4</w:t>
            </w:r>
          </w:p>
        </w:tc>
        <w:tc>
          <w:tcPr>
            <w:tcW w:type="dxa" w:w="864"/>
          </w:tcPr>
          <w:p>
            <w:r>
              <w:t>9.15</w:t>
            </w:r>
          </w:p>
        </w:tc>
        <w:tc>
          <w:tcPr>
            <w:tcW w:type="dxa" w:w="864"/>
          </w:tcPr>
          <w:p>
            <w:r>
              <w:t>70.55</w:t>
            </w:r>
          </w:p>
        </w:tc>
        <w:tc>
          <w:tcPr>
            <w:tcW w:type="dxa" w:w="864"/>
          </w:tcPr>
          <w:p>
            <w:r>
              <w:t>12.7</w:t>
            </w:r>
          </w:p>
        </w:tc>
        <w:tc>
          <w:tcPr>
            <w:tcW w:type="dxa" w:w="864"/>
          </w:tcPr>
          <w:p>
            <w:r>
              <w:t>83.25</w:t>
            </w:r>
          </w:p>
        </w:tc>
        <w:tc>
          <w:tcPr>
            <w:tcW w:type="dxa" w:w="864"/>
          </w:tcPr>
          <w:p>
            <w:r>
              <w:t>6</w:t>
            </w:r>
          </w:p>
        </w:tc>
        <w:tc>
          <w:tcPr>
            <w:tcW w:type="dxa" w:w="864"/>
          </w:tcPr>
          <w:p>
            <w:r>
              <w:t>是</w:t>
            </w:r>
          </w:p>
        </w:tc>
      </w:tr>
      <w:tr>
        <w:tc>
          <w:tcPr>
            <w:tcW w:type="dxa" w:w="864"/>
          </w:tcPr>
          <w:p>
            <w:r>
              <w:t>5</w:t>
            </w:r>
          </w:p>
        </w:tc>
        <w:tc>
          <w:tcPr>
            <w:tcW w:type="dxa" w:w="864"/>
          </w:tcPr>
          <w:p>
            <w:r>
              <w:t>应用化学</w:t>
            </w:r>
          </w:p>
        </w:tc>
        <w:tc>
          <w:tcPr>
            <w:tcW w:type="dxa" w:w="864"/>
          </w:tcPr>
          <w:p>
            <w:r>
              <w:t>李高宇</w:t>
            </w:r>
          </w:p>
        </w:tc>
        <w:tc>
          <w:tcPr>
            <w:tcW w:type="dxa" w:w="864"/>
          </w:tcPr>
          <w:p>
            <w:r>
              <w:t>58.58</w:t>
            </w:r>
          </w:p>
        </w:tc>
        <w:tc>
          <w:tcPr>
            <w:tcW w:type="dxa" w:w="864"/>
          </w:tcPr>
          <w:p>
            <w:r>
              <w:t>5.8</w:t>
            </w:r>
          </w:p>
        </w:tc>
        <w:tc>
          <w:tcPr>
            <w:tcW w:type="dxa" w:w="864"/>
          </w:tcPr>
          <w:p>
            <w:r>
              <w:t>64.38</w:t>
            </w:r>
          </w:p>
        </w:tc>
        <w:tc>
          <w:tcPr>
            <w:tcW w:type="dxa" w:w="864"/>
          </w:tcPr>
          <w:p>
            <w:r>
              <w:t>12.267</w:t>
            </w:r>
          </w:p>
        </w:tc>
        <w:tc>
          <w:tcPr>
            <w:tcW w:type="dxa" w:w="864"/>
          </w:tcPr>
          <w:p>
            <w:r>
              <w:t>76.64666667</w:t>
            </w:r>
          </w:p>
        </w:tc>
        <w:tc>
          <w:tcPr>
            <w:tcW w:type="dxa" w:w="864"/>
          </w:tcPr>
          <w:p>
            <w:r>
              <w:t>7</w:t>
            </w:r>
          </w:p>
        </w:tc>
        <w:tc>
          <w:tcPr>
            <w:tcW w:type="dxa" w:w="864"/>
          </w:tcPr>
          <w:p>
            <w:r/>
          </w:p>
        </w:tc>
      </w:tr>
      <w:tr>
        <w:tc>
          <w:tcPr>
            <w:tcW w:type="dxa" w:w="864"/>
          </w:tcPr>
          <w:p>
            <w:r>
              <w:t>9</w:t>
            </w:r>
          </w:p>
        </w:tc>
        <w:tc>
          <w:tcPr>
            <w:tcW w:type="dxa" w:w="864"/>
          </w:tcPr>
          <w:p>
            <w:r>
              <w:t>应用化学</w:t>
            </w:r>
          </w:p>
        </w:tc>
        <w:tc>
          <w:tcPr>
            <w:tcW w:type="dxa" w:w="864"/>
          </w:tcPr>
          <w:p>
            <w:r>
              <w:t>秦婉琦</w:t>
            </w:r>
          </w:p>
        </w:tc>
        <w:tc>
          <w:tcPr>
            <w:tcW w:type="dxa" w:w="864"/>
          </w:tcPr>
          <w:p>
            <w:r>
              <w:t>55.13</w:t>
            </w:r>
          </w:p>
        </w:tc>
        <w:tc>
          <w:tcPr>
            <w:tcW w:type="dxa" w:w="864"/>
          </w:tcPr>
          <w:p>
            <w:r>
              <w:t>8.65</w:t>
            </w:r>
          </w:p>
        </w:tc>
        <w:tc>
          <w:tcPr>
            <w:tcW w:type="dxa" w:w="864"/>
          </w:tcPr>
          <w:p>
            <w:r>
              <w:t>63.78</w:t>
            </w:r>
          </w:p>
        </w:tc>
        <w:tc>
          <w:tcPr>
            <w:tcW w:type="dxa" w:w="864"/>
          </w:tcPr>
          <w:p>
            <w:r>
              <w:t>12.867</w:t>
            </w:r>
          </w:p>
        </w:tc>
        <w:tc>
          <w:tcPr>
            <w:tcW w:type="dxa" w:w="864"/>
          </w:tcPr>
          <w:p>
            <w:r>
              <w:t>76.64666667</w:t>
            </w:r>
          </w:p>
        </w:tc>
        <w:tc>
          <w:tcPr>
            <w:tcW w:type="dxa" w:w="864"/>
          </w:tcPr>
          <w:p>
            <w:r>
              <w:t>7</w:t>
            </w:r>
          </w:p>
        </w:tc>
        <w:tc>
          <w:tcPr>
            <w:tcW w:type="dxa" w:w="864"/>
          </w:tcPr>
          <w:p>
            <w:r/>
          </w:p>
        </w:tc>
      </w:tr>
      <w:tr>
        <w:tc>
          <w:tcPr>
            <w:tcW w:type="dxa" w:w="864"/>
          </w:tcPr>
          <w:p>
            <w:r>
              <w:t>6</w:t>
            </w:r>
          </w:p>
        </w:tc>
        <w:tc>
          <w:tcPr>
            <w:tcW w:type="dxa" w:w="864"/>
          </w:tcPr>
          <w:p>
            <w:r>
              <w:t>应用化学</w:t>
            </w:r>
          </w:p>
        </w:tc>
        <w:tc>
          <w:tcPr>
            <w:tcW w:type="dxa" w:w="864"/>
          </w:tcPr>
          <w:p>
            <w:r>
              <w:t>杨佳璇</w:t>
            </w:r>
          </w:p>
        </w:tc>
        <w:tc>
          <w:tcPr>
            <w:tcW w:type="dxa" w:w="864"/>
          </w:tcPr>
          <w:p>
            <w:r>
              <w:t>54.819</w:t>
            </w:r>
          </w:p>
        </w:tc>
        <w:tc>
          <w:tcPr>
            <w:tcW w:type="dxa" w:w="864"/>
          </w:tcPr>
          <w:p>
            <w:r>
              <w:t>6.3</w:t>
            </w:r>
          </w:p>
        </w:tc>
        <w:tc>
          <w:tcPr>
            <w:tcW w:type="dxa" w:w="864"/>
          </w:tcPr>
          <w:p>
            <w:r>
              <w:t>61.119</w:t>
            </w:r>
          </w:p>
        </w:tc>
        <w:tc>
          <w:tcPr>
            <w:tcW w:type="dxa" w:w="864"/>
          </w:tcPr>
          <w:p>
            <w:r>
              <w:t>11.683</w:t>
            </w:r>
          </w:p>
        </w:tc>
        <w:tc>
          <w:tcPr>
            <w:tcW w:type="dxa" w:w="864"/>
          </w:tcPr>
          <w:p>
            <w:r>
              <w:t>72.80233333</w:t>
            </w:r>
          </w:p>
        </w:tc>
        <w:tc>
          <w:tcPr>
            <w:tcW w:type="dxa" w:w="864"/>
          </w:tcPr>
          <w:p>
            <w:r>
              <w:t>9</w:t>
            </w:r>
          </w:p>
        </w:tc>
        <w:tc>
          <w:tcPr>
            <w:tcW w:type="dxa" w:w="864"/>
          </w:tcPr>
          <w:p>
            <w:r/>
          </w:p>
        </w:tc>
      </w:tr>
      <w:tr>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r>
      <w:tr>
        <w:tc>
          <w:tcPr>
            <w:tcW w:type="dxa" w:w="864"/>
          </w:tcPr>
          <w:p>
            <w:r>
              <w:t>5</w:t>
            </w:r>
          </w:p>
        </w:tc>
        <w:tc>
          <w:tcPr>
            <w:tcW w:type="dxa" w:w="864"/>
          </w:tcPr>
          <w:p>
            <w:r>
              <w:t>信息与计算科学</w:t>
            </w:r>
          </w:p>
        </w:tc>
        <w:tc>
          <w:tcPr>
            <w:tcW w:type="dxa" w:w="864"/>
          </w:tcPr>
          <w:p>
            <w:r>
              <w:t>李沛锴</w:t>
            </w:r>
          </w:p>
        </w:tc>
        <w:tc>
          <w:tcPr>
            <w:tcW w:type="dxa" w:w="864"/>
          </w:tcPr>
          <w:p>
            <w:r>
              <w:t>65</w:t>
            </w:r>
          </w:p>
        </w:tc>
        <w:tc>
          <w:tcPr>
            <w:tcW w:type="dxa" w:w="864"/>
          </w:tcPr>
          <w:p>
            <w:r>
              <w:t>20</w:t>
            </w:r>
          </w:p>
        </w:tc>
        <w:tc>
          <w:tcPr>
            <w:tcW w:type="dxa" w:w="864"/>
          </w:tcPr>
          <w:p>
            <w:r>
              <w:t>85</w:t>
            </w:r>
          </w:p>
        </w:tc>
        <w:tc>
          <w:tcPr>
            <w:tcW w:type="dxa" w:w="864"/>
          </w:tcPr>
          <w:p>
            <w:r>
              <w:t>13.7</w:t>
            </w:r>
          </w:p>
        </w:tc>
        <w:tc>
          <w:tcPr>
            <w:tcW w:type="dxa" w:w="864"/>
          </w:tcPr>
          <w:p>
            <w:r>
              <w:t>98.6995</w:t>
            </w:r>
          </w:p>
        </w:tc>
        <w:tc>
          <w:tcPr>
            <w:tcW w:type="dxa" w:w="864"/>
          </w:tcPr>
          <w:p>
            <w:r>
              <w:t>1</w:t>
            </w:r>
          </w:p>
        </w:tc>
        <w:tc>
          <w:tcPr>
            <w:tcW w:type="dxa" w:w="864"/>
          </w:tcPr>
          <w:p>
            <w:r>
              <w:t>是</w:t>
            </w:r>
          </w:p>
        </w:tc>
      </w:tr>
      <w:tr>
        <w:tc>
          <w:tcPr>
            <w:tcW w:type="dxa" w:w="864"/>
          </w:tcPr>
          <w:p>
            <w:r>
              <w:t>3</w:t>
            </w:r>
          </w:p>
        </w:tc>
        <w:tc>
          <w:tcPr>
            <w:tcW w:type="dxa" w:w="864"/>
          </w:tcPr>
          <w:p>
            <w:r>
              <w:t>信息与计算科学</w:t>
            </w:r>
          </w:p>
        </w:tc>
        <w:tc>
          <w:tcPr>
            <w:tcW w:type="dxa" w:w="864"/>
          </w:tcPr>
          <w:p>
            <w:r>
              <w:t>孙少锋</w:t>
            </w:r>
          </w:p>
        </w:tc>
        <w:tc>
          <w:tcPr>
            <w:tcW w:type="dxa" w:w="864"/>
          </w:tcPr>
          <w:p>
            <w:r>
              <w:t>64.06</w:t>
            </w:r>
          </w:p>
        </w:tc>
        <w:tc>
          <w:tcPr>
            <w:tcW w:type="dxa" w:w="864"/>
          </w:tcPr>
          <w:p>
            <w:r>
              <w:t>20</w:t>
            </w:r>
          </w:p>
        </w:tc>
        <w:tc>
          <w:tcPr>
            <w:tcW w:type="dxa" w:w="864"/>
          </w:tcPr>
          <w:p>
            <w:r>
              <w:t>84.06</w:t>
            </w:r>
          </w:p>
        </w:tc>
        <w:tc>
          <w:tcPr>
            <w:tcW w:type="dxa" w:w="864"/>
          </w:tcPr>
          <w:p>
            <w:r>
              <w:t>13.725</w:t>
            </w:r>
          </w:p>
        </w:tc>
        <w:tc>
          <w:tcPr>
            <w:tcW w:type="dxa" w:w="864"/>
          </w:tcPr>
          <w:p>
            <w:r>
              <w:t>97.785</w:t>
            </w:r>
          </w:p>
        </w:tc>
        <w:tc>
          <w:tcPr>
            <w:tcW w:type="dxa" w:w="864"/>
          </w:tcPr>
          <w:p>
            <w:r>
              <w:t>2</w:t>
            </w:r>
          </w:p>
        </w:tc>
        <w:tc>
          <w:tcPr>
            <w:tcW w:type="dxa" w:w="864"/>
          </w:tcPr>
          <w:p>
            <w:r>
              <w:t>是</w:t>
            </w:r>
          </w:p>
        </w:tc>
      </w:tr>
      <w:tr>
        <w:tc>
          <w:tcPr>
            <w:tcW w:type="dxa" w:w="864"/>
          </w:tcPr>
          <w:p>
            <w:r>
              <w:t>8</w:t>
            </w:r>
          </w:p>
        </w:tc>
        <w:tc>
          <w:tcPr>
            <w:tcW w:type="dxa" w:w="864"/>
          </w:tcPr>
          <w:p>
            <w:r>
              <w:t>信息与计算科学</w:t>
            </w:r>
          </w:p>
        </w:tc>
        <w:tc>
          <w:tcPr>
            <w:tcW w:type="dxa" w:w="864"/>
          </w:tcPr>
          <w:p>
            <w:r>
              <w:t>冯小彧</w:t>
            </w:r>
          </w:p>
        </w:tc>
        <w:tc>
          <w:tcPr>
            <w:tcW w:type="dxa" w:w="864"/>
          </w:tcPr>
          <w:p>
            <w:r>
              <w:t>63.91</w:t>
            </w:r>
          </w:p>
        </w:tc>
        <w:tc>
          <w:tcPr>
            <w:tcW w:type="dxa" w:w="864"/>
          </w:tcPr>
          <w:p>
            <w:r>
              <w:t>11</w:t>
            </w:r>
          </w:p>
        </w:tc>
        <w:tc>
          <w:tcPr>
            <w:tcW w:type="dxa" w:w="864"/>
          </w:tcPr>
          <w:p>
            <w:r>
              <w:t>74.91</w:t>
            </w:r>
          </w:p>
        </w:tc>
        <w:tc>
          <w:tcPr>
            <w:tcW w:type="dxa" w:w="864"/>
          </w:tcPr>
          <w:p>
            <w:r>
              <w:t>14</w:t>
            </w:r>
          </w:p>
        </w:tc>
        <w:tc>
          <w:tcPr>
            <w:tcW w:type="dxa" w:w="864"/>
          </w:tcPr>
          <w:p>
            <w:r>
              <w:t>88.9095</w:t>
            </w:r>
          </w:p>
        </w:tc>
        <w:tc>
          <w:tcPr>
            <w:tcW w:type="dxa" w:w="864"/>
          </w:tcPr>
          <w:p>
            <w:r>
              <w:t>3</w:t>
            </w:r>
          </w:p>
        </w:tc>
        <w:tc>
          <w:tcPr>
            <w:tcW w:type="dxa" w:w="864"/>
          </w:tcPr>
          <w:p>
            <w:r>
              <w:t>是</w:t>
            </w:r>
          </w:p>
        </w:tc>
      </w:tr>
      <w:tr>
        <w:tc>
          <w:tcPr>
            <w:tcW w:type="dxa" w:w="864"/>
          </w:tcPr>
          <w:p>
            <w:r>
              <w:t>7</w:t>
            </w:r>
          </w:p>
        </w:tc>
        <w:tc>
          <w:tcPr>
            <w:tcW w:type="dxa" w:w="864"/>
          </w:tcPr>
          <w:p>
            <w:r>
              <w:t>信息与计算科学</w:t>
            </w:r>
          </w:p>
        </w:tc>
        <w:tc>
          <w:tcPr>
            <w:tcW w:type="dxa" w:w="864"/>
          </w:tcPr>
          <w:p>
            <w:r>
              <w:t>陈雅琪</w:t>
            </w:r>
          </w:p>
        </w:tc>
        <w:tc>
          <w:tcPr>
            <w:tcW w:type="dxa" w:w="864"/>
          </w:tcPr>
          <w:p>
            <w:r>
              <w:t>55.94</w:t>
            </w:r>
          </w:p>
        </w:tc>
        <w:tc>
          <w:tcPr>
            <w:tcW w:type="dxa" w:w="864"/>
          </w:tcPr>
          <w:p>
            <w:r>
              <w:t>18.45</w:t>
            </w:r>
          </w:p>
        </w:tc>
        <w:tc>
          <w:tcPr>
            <w:tcW w:type="dxa" w:w="864"/>
          </w:tcPr>
          <w:p>
            <w:r>
              <w:t>74.39</w:t>
            </w:r>
          </w:p>
        </w:tc>
        <w:tc>
          <w:tcPr>
            <w:tcW w:type="dxa" w:w="864"/>
          </w:tcPr>
          <w:p>
            <w:r>
              <w:t>13.05</w:t>
            </w:r>
          </w:p>
        </w:tc>
        <w:tc>
          <w:tcPr>
            <w:tcW w:type="dxa" w:w="864"/>
          </w:tcPr>
          <w:p>
            <w:r>
              <w:t>87.44</w:t>
            </w:r>
          </w:p>
        </w:tc>
        <w:tc>
          <w:tcPr>
            <w:tcW w:type="dxa" w:w="864"/>
          </w:tcPr>
          <w:p>
            <w:r>
              <w:t>4</w:t>
            </w:r>
          </w:p>
        </w:tc>
        <w:tc>
          <w:tcPr>
            <w:tcW w:type="dxa" w:w="864"/>
          </w:tcPr>
          <w:p>
            <w:r>
              <w:t>是</w:t>
            </w:r>
          </w:p>
        </w:tc>
      </w:tr>
      <w:tr>
        <w:tc>
          <w:tcPr>
            <w:tcW w:type="dxa" w:w="864"/>
          </w:tcPr>
          <w:p>
            <w:r>
              <w:t>9</w:t>
            </w:r>
          </w:p>
        </w:tc>
        <w:tc>
          <w:tcPr>
            <w:tcW w:type="dxa" w:w="864"/>
          </w:tcPr>
          <w:p>
            <w:r>
              <w:t>信息与计算科学</w:t>
            </w:r>
          </w:p>
        </w:tc>
        <w:tc>
          <w:tcPr>
            <w:tcW w:type="dxa" w:w="864"/>
          </w:tcPr>
          <w:p>
            <w:r>
              <w:t>田鹏</w:t>
            </w:r>
          </w:p>
        </w:tc>
        <w:tc>
          <w:tcPr>
            <w:tcW w:type="dxa" w:w="864"/>
          </w:tcPr>
          <w:p>
            <w:r>
              <w:t>61.094</w:t>
            </w:r>
          </w:p>
        </w:tc>
        <w:tc>
          <w:tcPr>
            <w:tcW w:type="dxa" w:w="864"/>
          </w:tcPr>
          <w:p>
            <w:r>
              <w:t>9.6</w:t>
            </w:r>
          </w:p>
        </w:tc>
        <w:tc>
          <w:tcPr>
            <w:tcW w:type="dxa" w:w="864"/>
          </w:tcPr>
          <w:p>
            <w:r>
              <w:t>70.694</w:t>
            </w:r>
          </w:p>
        </w:tc>
        <w:tc>
          <w:tcPr>
            <w:tcW w:type="dxa" w:w="864"/>
          </w:tcPr>
          <w:p>
            <w:r>
              <w:t>13.425</w:t>
            </w:r>
          </w:p>
        </w:tc>
        <w:tc>
          <w:tcPr>
            <w:tcW w:type="dxa" w:w="864"/>
          </w:tcPr>
          <w:p>
            <w:r>
              <w:t>84.119</w:t>
            </w:r>
          </w:p>
        </w:tc>
        <w:tc>
          <w:tcPr>
            <w:tcW w:type="dxa" w:w="864"/>
          </w:tcPr>
          <w:p>
            <w:r>
              <w:t>5</w:t>
            </w:r>
          </w:p>
        </w:tc>
        <w:tc>
          <w:tcPr>
            <w:tcW w:type="dxa" w:w="864"/>
          </w:tcPr>
          <w:p>
            <w:r>
              <w:t>是</w:t>
            </w:r>
          </w:p>
        </w:tc>
      </w:tr>
      <w:tr>
        <w:tc>
          <w:tcPr>
            <w:tcW w:type="dxa" w:w="864"/>
          </w:tcPr>
          <w:p>
            <w:r>
              <w:t>2</w:t>
            </w:r>
          </w:p>
        </w:tc>
        <w:tc>
          <w:tcPr>
            <w:tcW w:type="dxa" w:w="864"/>
          </w:tcPr>
          <w:p>
            <w:r>
              <w:t>信息与计算科学</w:t>
            </w:r>
          </w:p>
        </w:tc>
        <w:tc>
          <w:tcPr>
            <w:tcW w:type="dxa" w:w="864"/>
          </w:tcPr>
          <w:p>
            <w:r>
              <w:t>管通</w:t>
            </w:r>
          </w:p>
        </w:tc>
        <w:tc>
          <w:tcPr>
            <w:tcW w:type="dxa" w:w="864"/>
          </w:tcPr>
          <w:p>
            <w:r>
              <w:t>58.91</w:t>
            </w:r>
          </w:p>
        </w:tc>
        <w:tc>
          <w:tcPr>
            <w:tcW w:type="dxa" w:w="864"/>
          </w:tcPr>
          <w:p>
            <w:r>
              <w:t>10.8</w:t>
            </w:r>
          </w:p>
        </w:tc>
        <w:tc>
          <w:tcPr>
            <w:tcW w:type="dxa" w:w="864"/>
          </w:tcPr>
          <w:p>
            <w:r>
              <w:t>69.71</w:t>
            </w:r>
          </w:p>
        </w:tc>
        <w:tc>
          <w:tcPr>
            <w:tcW w:type="dxa" w:w="864"/>
          </w:tcPr>
          <w:p>
            <w:r>
              <w:t>13.65</w:t>
            </w:r>
          </w:p>
        </w:tc>
        <w:tc>
          <w:tcPr>
            <w:tcW w:type="dxa" w:w="864"/>
          </w:tcPr>
          <w:p>
            <w:r>
              <w:t>83.36</w:t>
            </w:r>
          </w:p>
        </w:tc>
        <w:tc>
          <w:tcPr>
            <w:tcW w:type="dxa" w:w="864"/>
          </w:tcPr>
          <w:p>
            <w:r>
              <w:t>6</w:t>
            </w:r>
          </w:p>
        </w:tc>
        <w:tc>
          <w:tcPr>
            <w:tcW w:type="dxa" w:w="864"/>
          </w:tcPr>
          <w:p>
            <w:r/>
          </w:p>
        </w:tc>
      </w:tr>
      <w:tr>
        <w:tc>
          <w:tcPr>
            <w:tcW w:type="dxa" w:w="864"/>
          </w:tcPr>
          <w:p>
            <w:r>
              <w:t>4</w:t>
            </w:r>
          </w:p>
        </w:tc>
        <w:tc>
          <w:tcPr>
            <w:tcW w:type="dxa" w:w="864"/>
          </w:tcPr>
          <w:p>
            <w:r>
              <w:t>信息与计算科学</w:t>
            </w:r>
          </w:p>
        </w:tc>
        <w:tc>
          <w:tcPr>
            <w:tcW w:type="dxa" w:w="864"/>
          </w:tcPr>
          <w:p>
            <w:r>
              <w:t>邵青清</w:t>
            </w:r>
          </w:p>
        </w:tc>
        <w:tc>
          <w:tcPr>
            <w:tcW w:type="dxa" w:w="864"/>
          </w:tcPr>
          <w:p>
            <w:r>
              <w:t>61.94</w:t>
            </w:r>
          </w:p>
        </w:tc>
        <w:tc>
          <w:tcPr>
            <w:tcW w:type="dxa" w:w="864"/>
          </w:tcPr>
          <w:p>
            <w:r>
              <w:t>3.6</w:t>
            </w:r>
          </w:p>
        </w:tc>
        <w:tc>
          <w:tcPr>
            <w:tcW w:type="dxa" w:w="864"/>
          </w:tcPr>
          <w:p>
            <w:r>
              <w:t>65.54</w:t>
            </w:r>
          </w:p>
        </w:tc>
        <w:tc>
          <w:tcPr>
            <w:tcW w:type="dxa" w:w="864"/>
          </w:tcPr>
          <w:p>
            <w:r>
              <w:t>12.701</w:t>
            </w:r>
          </w:p>
        </w:tc>
        <w:tc>
          <w:tcPr>
            <w:tcW w:type="dxa" w:w="864"/>
          </w:tcPr>
          <w:p>
            <w:r>
              <w:t>78.2405</w:t>
            </w:r>
          </w:p>
        </w:tc>
        <w:tc>
          <w:tcPr>
            <w:tcW w:type="dxa" w:w="864"/>
          </w:tcPr>
          <w:p>
            <w:r>
              <w:t>7</w:t>
            </w:r>
          </w:p>
        </w:tc>
        <w:tc>
          <w:tcPr>
            <w:tcW w:type="dxa" w:w="864"/>
          </w:tcPr>
          <w:p>
            <w:r/>
          </w:p>
        </w:tc>
      </w:tr>
      <w:tr>
        <w:tc>
          <w:tcPr>
            <w:tcW w:type="dxa" w:w="864"/>
          </w:tcPr>
          <w:p>
            <w:r>
              <w:t>6</w:t>
            </w:r>
          </w:p>
        </w:tc>
        <w:tc>
          <w:tcPr>
            <w:tcW w:type="dxa" w:w="864"/>
          </w:tcPr>
          <w:p>
            <w:r>
              <w:t>信息与计算科学</w:t>
            </w:r>
          </w:p>
        </w:tc>
        <w:tc>
          <w:tcPr>
            <w:tcW w:type="dxa" w:w="864"/>
          </w:tcPr>
          <w:p>
            <w:r>
              <w:t>蒋泽霖</w:t>
            </w:r>
          </w:p>
        </w:tc>
        <w:tc>
          <w:tcPr>
            <w:tcW w:type="dxa" w:w="864"/>
          </w:tcPr>
          <w:p>
            <w:r>
              <w:t>58.438</w:t>
            </w:r>
          </w:p>
        </w:tc>
        <w:tc>
          <w:tcPr>
            <w:tcW w:type="dxa" w:w="864"/>
          </w:tcPr>
          <w:p>
            <w:r>
              <w:t>4.3</w:t>
            </w:r>
          </w:p>
        </w:tc>
        <w:tc>
          <w:tcPr>
            <w:tcW w:type="dxa" w:w="864"/>
          </w:tcPr>
          <w:p>
            <w:r>
              <w:t>62.738</w:t>
            </w:r>
          </w:p>
        </w:tc>
        <w:tc>
          <w:tcPr>
            <w:tcW w:type="dxa" w:w="864"/>
          </w:tcPr>
          <w:p>
            <w:r>
              <w:t>13.526</w:t>
            </w:r>
          </w:p>
        </w:tc>
        <w:tc>
          <w:tcPr>
            <w:tcW w:type="dxa" w:w="864"/>
          </w:tcPr>
          <w:p>
            <w:r>
              <w:t>76.263</w:t>
            </w:r>
          </w:p>
        </w:tc>
        <w:tc>
          <w:tcPr>
            <w:tcW w:type="dxa" w:w="864"/>
          </w:tcPr>
          <w:p>
            <w:r>
              <w:t>8</w:t>
            </w:r>
          </w:p>
        </w:tc>
        <w:tc>
          <w:tcPr>
            <w:tcW w:type="dxa" w:w="864"/>
          </w:tcPr>
          <w:p>
            <w:r/>
          </w:p>
        </w:tc>
      </w:tr>
      <w:tr>
        <w:tc>
          <w:tcPr>
            <w:tcW w:type="dxa" w:w="864"/>
          </w:tcPr>
          <w:p>
            <w:r>
              <w:t>1</w:t>
            </w:r>
          </w:p>
        </w:tc>
        <w:tc>
          <w:tcPr>
            <w:tcW w:type="dxa" w:w="864"/>
          </w:tcPr>
          <w:p>
            <w:r>
              <w:t>信息与计算科学</w:t>
            </w:r>
          </w:p>
        </w:tc>
        <w:tc>
          <w:tcPr>
            <w:tcW w:type="dxa" w:w="864"/>
          </w:tcPr>
          <w:p>
            <w:r>
              <w:t>曹爽琪</w:t>
            </w:r>
          </w:p>
        </w:tc>
        <w:tc>
          <w:tcPr>
            <w:tcW w:type="dxa" w:w="864"/>
          </w:tcPr>
          <w:p>
            <w:r>
              <w:t>57.66</w:t>
            </w:r>
          </w:p>
        </w:tc>
        <w:tc>
          <w:tcPr>
            <w:tcW w:type="dxa" w:w="864"/>
          </w:tcPr>
          <w:p>
            <w:r>
              <w:t>5.1</w:t>
            </w:r>
          </w:p>
        </w:tc>
        <w:tc>
          <w:tcPr>
            <w:tcW w:type="dxa" w:w="864"/>
          </w:tcPr>
          <w:p>
            <w:r>
              <w:t>62.76</w:t>
            </w:r>
          </w:p>
        </w:tc>
        <w:tc>
          <w:tcPr>
            <w:tcW w:type="dxa" w:w="864"/>
          </w:tcPr>
          <w:p>
            <w:r>
              <w:t>12.551</w:t>
            </w:r>
          </w:p>
        </w:tc>
        <w:tc>
          <w:tcPr>
            <w:tcW w:type="dxa" w:w="864"/>
          </w:tcPr>
          <w:p>
            <w:r>
              <w:t>75.3105</w:t>
            </w:r>
          </w:p>
        </w:tc>
        <w:tc>
          <w:tcPr>
            <w:tcW w:type="dxa" w:w="864"/>
          </w:tcPr>
          <w:p>
            <w:r>
              <w:t>9</w:t>
            </w:r>
          </w:p>
        </w:tc>
        <w:tc>
          <w:tcPr>
            <w:tcW w:type="dxa" w:w="864"/>
          </w:tcPr>
          <w:p>
            <w:r/>
          </w:p>
        </w:tc>
      </w:tr>
      <w:tr>
        <w:tc>
          <w:tcPr>
            <w:tcW w:type="dxa" w:w="864"/>
          </w:tcPr>
          <w:p>
            <w:r>
              <w:t>10</w:t>
            </w:r>
          </w:p>
        </w:tc>
        <w:tc>
          <w:tcPr>
            <w:tcW w:type="dxa" w:w="864"/>
          </w:tcPr>
          <w:p>
            <w:r>
              <w:t>信息与计算科学</w:t>
            </w:r>
          </w:p>
        </w:tc>
        <w:tc>
          <w:tcPr>
            <w:tcW w:type="dxa" w:w="864"/>
          </w:tcPr>
          <w:p>
            <w:r>
              <w:t>史宇杰</w:t>
            </w:r>
          </w:p>
        </w:tc>
        <w:tc>
          <w:tcPr>
            <w:tcW w:type="dxa" w:w="864"/>
          </w:tcPr>
          <w:p>
            <w:r>
              <w:t>55.63</w:t>
            </w:r>
          </w:p>
        </w:tc>
        <w:tc>
          <w:tcPr>
            <w:tcW w:type="dxa" w:w="864"/>
          </w:tcPr>
          <w:p>
            <w:r>
              <w:t>5.8</w:t>
            </w:r>
          </w:p>
        </w:tc>
        <w:tc>
          <w:tcPr>
            <w:tcW w:type="dxa" w:w="864"/>
          </w:tcPr>
          <w:p>
            <w:r>
              <w:t>61.43</w:t>
            </w:r>
          </w:p>
        </w:tc>
        <w:tc>
          <w:tcPr>
            <w:tcW w:type="dxa" w:w="864"/>
          </w:tcPr>
          <w:p>
            <w:r>
              <w:t>13.125</w:t>
            </w:r>
          </w:p>
        </w:tc>
        <w:tc>
          <w:tcPr>
            <w:tcW w:type="dxa" w:w="864"/>
          </w:tcPr>
          <w:p>
            <w:r>
              <w:t>74.555</w:t>
            </w:r>
          </w:p>
        </w:tc>
        <w:tc>
          <w:tcPr>
            <w:tcW w:type="dxa" w:w="864"/>
          </w:tcPr>
          <w:p>
            <w:r>
              <w:t>10</w:t>
            </w:r>
          </w:p>
        </w:tc>
        <w:tc>
          <w:tcPr>
            <w:tcW w:type="dxa" w:w="864"/>
          </w:tcPr>
          <w:p>
            <w:r/>
          </w:p>
        </w:tc>
      </w:tr>
      <w:tr>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r>
      <w:tr>
        <w:tc>
          <w:tcPr>
            <w:tcW w:type="dxa" w:w="864"/>
          </w:tcPr>
          <w:p>
            <w:r>
              <w:t>1</w:t>
            </w:r>
          </w:p>
        </w:tc>
        <w:tc>
          <w:tcPr>
            <w:tcW w:type="dxa" w:w="864"/>
          </w:tcPr>
          <w:p>
            <w:r>
              <w:t>统计学</w:t>
            </w:r>
          </w:p>
        </w:tc>
        <w:tc>
          <w:tcPr>
            <w:tcW w:type="dxa" w:w="864"/>
          </w:tcPr>
          <w:p>
            <w:r>
              <w:t>丁杰</w:t>
            </w:r>
          </w:p>
        </w:tc>
        <w:tc>
          <w:tcPr>
            <w:tcW w:type="dxa" w:w="864"/>
          </w:tcPr>
          <w:p>
            <w:r>
              <w:t>65</w:t>
            </w:r>
          </w:p>
        </w:tc>
        <w:tc>
          <w:tcPr>
            <w:tcW w:type="dxa" w:w="864"/>
          </w:tcPr>
          <w:p>
            <w:r>
              <w:t>19.75</w:t>
            </w:r>
          </w:p>
        </w:tc>
        <w:tc>
          <w:tcPr>
            <w:tcW w:type="dxa" w:w="864"/>
          </w:tcPr>
          <w:p>
            <w:r>
              <w:t>84.75</w:t>
            </w:r>
          </w:p>
        </w:tc>
        <w:tc>
          <w:tcPr>
            <w:tcW w:type="dxa" w:w="864"/>
          </w:tcPr>
          <w:p>
            <w:r>
              <w:t>14.22</w:t>
            </w:r>
          </w:p>
        </w:tc>
        <w:tc>
          <w:tcPr>
            <w:tcW w:type="dxa" w:w="864"/>
          </w:tcPr>
          <w:p>
            <w:r>
              <w:t>98.97</w:t>
            </w:r>
          </w:p>
        </w:tc>
        <w:tc>
          <w:tcPr>
            <w:tcW w:type="dxa" w:w="864"/>
          </w:tcPr>
          <w:p>
            <w:r>
              <w:t>1</w:t>
            </w:r>
          </w:p>
        </w:tc>
        <w:tc>
          <w:tcPr>
            <w:tcW w:type="dxa" w:w="864"/>
          </w:tcPr>
          <w:p>
            <w:r>
              <w:t>是</w:t>
            </w:r>
          </w:p>
        </w:tc>
      </w:tr>
      <w:tr>
        <w:tc>
          <w:tcPr>
            <w:tcW w:type="dxa" w:w="864"/>
          </w:tcPr>
          <w:p>
            <w:r>
              <w:t>5</w:t>
            </w:r>
          </w:p>
        </w:tc>
        <w:tc>
          <w:tcPr>
            <w:tcW w:type="dxa" w:w="864"/>
          </w:tcPr>
          <w:p>
            <w:r>
              <w:t>统计学</w:t>
            </w:r>
          </w:p>
        </w:tc>
        <w:tc>
          <w:tcPr>
            <w:tcW w:type="dxa" w:w="864"/>
          </w:tcPr>
          <w:p>
            <w:r>
              <w:t>刘丰容</w:t>
            </w:r>
          </w:p>
        </w:tc>
        <w:tc>
          <w:tcPr>
            <w:tcW w:type="dxa" w:w="864"/>
          </w:tcPr>
          <w:p>
            <w:r>
              <w:t>64.54</w:t>
            </w:r>
          </w:p>
        </w:tc>
        <w:tc>
          <w:tcPr>
            <w:tcW w:type="dxa" w:w="864"/>
          </w:tcPr>
          <w:p>
            <w:r>
              <w:t>20</w:t>
            </w:r>
          </w:p>
        </w:tc>
        <w:tc>
          <w:tcPr>
            <w:tcW w:type="dxa" w:w="864"/>
          </w:tcPr>
          <w:p>
            <w:r>
              <w:t>84.54</w:t>
            </w:r>
          </w:p>
        </w:tc>
        <w:tc>
          <w:tcPr>
            <w:tcW w:type="dxa" w:w="864"/>
          </w:tcPr>
          <w:p>
            <w:r>
              <w:t>13.92</w:t>
            </w:r>
          </w:p>
        </w:tc>
        <w:tc>
          <w:tcPr>
            <w:tcW w:type="dxa" w:w="864"/>
          </w:tcPr>
          <w:p>
            <w:r>
              <w:t>98.46</w:t>
            </w:r>
          </w:p>
        </w:tc>
        <w:tc>
          <w:tcPr>
            <w:tcW w:type="dxa" w:w="864"/>
          </w:tcPr>
          <w:p>
            <w:r>
              <w:t>2</w:t>
            </w:r>
          </w:p>
        </w:tc>
        <w:tc>
          <w:tcPr>
            <w:tcW w:type="dxa" w:w="864"/>
          </w:tcPr>
          <w:p>
            <w:r>
              <w:t>是</w:t>
            </w:r>
          </w:p>
        </w:tc>
      </w:tr>
      <w:tr>
        <w:tc>
          <w:tcPr>
            <w:tcW w:type="dxa" w:w="864"/>
          </w:tcPr>
          <w:p>
            <w:r>
              <w:t>3</w:t>
            </w:r>
          </w:p>
        </w:tc>
        <w:tc>
          <w:tcPr>
            <w:tcW w:type="dxa" w:w="864"/>
          </w:tcPr>
          <w:p>
            <w:r>
              <w:t>统计学</w:t>
            </w:r>
          </w:p>
        </w:tc>
        <w:tc>
          <w:tcPr>
            <w:tcW w:type="dxa" w:w="864"/>
          </w:tcPr>
          <w:p>
            <w:r>
              <w:t>樊杜泽</w:t>
            </w:r>
          </w:p>
        </w:tc>
        <w:tc>
          <w:tcPr>
            <w:tcW w:type="dxa" w:w="864"/>
          </w:tcPr>
          <w:p>
            <w:r>
              <w:t>61.47</w:t>
            </w:r>
          </w:p>
        </w:tc>
        <w:tc>
          <w:tcPr>
            <w:tcW w:type="dxa" w:w="864"/>
          </w:tcPr>
          <w:p>
            <w:r>
              <w:t>18.9</w:t>
            </w:r>
          </w:p>
        </w:tc>
        <w:tc>
          <w:tcPr>
            <w:tcW w:type="dxa" w:w="864"/>
          </w:tcPr>
          <w:p>
            <w:r>
              <w:t>80.37</w:t>
            </w:r>
          </w:p>
        </w:tc>
        <w:tc>
          <w:tcPr>
            <w:tcW w:type="dxa" w:w="864"/>
          </w:tcPr>
          <w:p>
            <w:r>
              <w:t>13.95</w:t>
            </w:r>
          </w:p>
        </w:tc>
        <w:tc>
          <w:tcPr>
            <w:tcW w:type="dxa" w:w="864"/>
          </w:tcPr>
          <w:p>
            <w:r>
              <w:t>94.32</w:t>
            </w:r>
          </w:p>
        </w:tc>
        <w:tc>
          <w:tcPr>
            <w:tcW w:type="dxa" w:w="864"/>
          </w:tcPr>
          <w:p>
            <w:r>
              <w:t>3</w:t>
            </w:r>
          </w:p>
        </w:tc>
        <w:tc>
          <w:tcPr>
            <w:tcW w:type="dxa" w:w="864"/>
          </w:tcPr>
          <w:p>
            <w:r>
              <w:t>是</w:t>
            </w:r>
          </w:p>
        </w:tc>
      </w:tr>
      <w:tr>
        <w:tc>
          <w:tcPr>
            <w:tcW w:type="dxa" w:w="864"/>
          </w:tcPr>
          <w:p>
            <w:r>
              <w:t>2</w:t>
            </w:r>
          </w:p>
        </w:tc>
        <w:tc>
          <w:tcPr>
            <w:tcW w:type="dxa" w:w="864"/>
          </w:tcPr>
          <w:p>
            <w:r>
              <w:t>统计学</w:t>
            </w:r>
          </w:p>
        </w:tc>
        <w:tc>
          <w:tcPr>
            <w:tcW w:type="dxa" w:w="864"/>
          </w:tcPr>
          <w:p>
            <w:r>
              <w:t>刘烨</w:t>
            </w:r>
          </w:p>
        </w:tc>
        <w:tc>
          <w:tcPr>
            <w:tcW w:type="dxa" w:w="864"/>
          </w:tcPr>
          <w:p>
            <w:r>
              <w:t>59.93</w:t>
            </w:r>
          </w:p>
        </w:tc>
        <w:tc>
          <w:tcPr>
            <w:tcW w:type="dxa" w:w="864"/>
          </w:tcPr>
          <w:p>
            <w:r>
              <w:t>20</w:t>
            </w:r>
          </w:p>
        </w:tc>
        <w:tc>
          <w:tcPr>
            <w:tcW w:type="dxa" w:w="864"/>
          </w:tcPr>
          <w:p>
            <w:r>
              <w:t>79.93</w:t>
            </w:r>
          </w:p>
        </w:tc>
        <w:tc>
          <w:tcPr>
            <w:tcW w:type="dxa" w:w="864"/>
          </w:tcPr>
          <w:p>
            <w:r>
              <w:t>13.86</w:t>
            </w:r>
          </w:p>
        </w:tc>
        <w:tc>
          <w:tcPr>
            <w:tcW w:type="dxa" w:w="864"/>
          </w:tcPr>
          <w:p>
            <w:r>
              <w:t>93.79</w:t>
            </w:r>
          </w:p>
        </w:tc>
        <w:tc>
          <w:tcPr>
            <w:tcW w:type="dxa" w:w="864"/>
          </w:tcPr>
          <w:p>
            <w:r>
              <w:t>4</w:t>
            </w:r>
          </w:p>
        </w:tc>
        <w:tc>
          <w:tcPr>
            <w:tcW w:type="dxa" w:w="864"/>
          </w:tcPr>
          <w:p>
            <w:r>
              <w:t>是</w:t>
            </w:r>
          </w:p>
        </w:tc>
      </w:tr>
      <w:tr>
        <w:tc>
          <w:tcPr>
            <w:tcW w:type="dxa" w:w="864"/>
          </w:tcPr>
          <w:p>
            <w:r>
              <w:t>4</w:t>
            </w:r>
          </w:p>
        </w:tc>
        <w:tc>
          <w:tcPr>
            <w:tcW w:type="dxa" w:w="864"/>
          </w:tcPr>
          <w:p>
            <w:r>
              <w:t>统计学</w:t>
            </w:r>
          </w:p>
        </w:tc>
        <w:tc>
          <w:tcPr>
            <w:tcW w:type="dxa" w:w="864"/>
          </w:tcPr>
          <w:p>
            <w:r>
              <w:t>陆瑶涵</w:t>
            </w:r>
          </w:p>
        </w:tc>
        <w:tc>
          <w:tcPr>
            <w:tcW w:type="dxa" w:w="864"/>
          </w:tcPr>
          <w:p>
            <w:r>
              <w:t>58.24</w:t>
            </w:r>
          </w:p>
        </w:tc>
        <w:tc>
          <w:tcPr>
            <w:tcW w:type="dxa" w:w="864"/>
          </w:tcPr>
          <w:p>
            <w:r>
              <w:t>20</w:t>
            </w:r>
          </w:p>
        </w:tc>
        <w:tc>
          <w:tcPr>
            <w:tcW w:type="dxa" w:w="864"/>
          </w:tcPr>
          <w:p>
            <w:r>
              <w:t>78.24</w:t>
            </w:r>
          </w:p>
        </w:tc>
        <w:tc>
          <w:tcPr>
            <w:tcW w:type="dxa" w:w="864"/>
          </w:tcPr>
          <w:p>
            <w:r>
              <w:t>13.05</w:t>
            </w:r>
          </w:p>
        </w:tc>
        <w:tc>
          <w:tcPr>
            <w:tcW w:type="dxa" w:w="864"/>
          </w:tcPr>
          <w:p>
            <w:r>
              <w:t>91.29</w:t>
            </w:r>
          </w:p>
        </w:tc>
        <w:tc>
          <w:tcPr>
            <w:tcW w:type="dxa" w:w="864"/>
          </w:tcPr>
          <w:p>
            <w:r>
              <w:t>5</w:t>
            </w:r>
          </w:p>
        </w:tc>
        <w:tc>
          <w:tcPr>
            <w:tcW w:type="dxa" w:w="864"/>
          </w:tcPr>
          <w:p>
            <w:r/>
          </w:p>
        </w:tc>
      </w:tr>
    </w:tbl>
    <w:p>
      <w:r>
        <w:t>2019年9月12日，学院此前向学校提出增加推免名额的申请获批新增名额一个，根据《理学院2020年推荐优秀应届本科生免试攻读硕士学位研究生具体名额分配和工作进程（讨论稿）》，新增名额由三个专业第一替补竞争取得。由于应用化学专业两位同学并列第七，同时作为应用化学专业第一替补。经学院免推工作小组统一面试，最终竞争名额面试结果如下表所示：</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理学院2020年推荐优秀应届本科生免试攻读硕士学位研究生面试结果公示表（竞争名额）</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姓名</w:t>
            </w:r>
          </w:p>
        </w:tc>
        <w:tc>
          <w:tcPr>
            <w:tcW w:type="dxa" w:w="1440"/>
          </w:tcPr>
          <w:p>
            <w:r>
              <w:t>专业</w:t>
            </w:r>
          </w:p>
        </w:tc>
        <w:tc>
          <w:tcPr>
            <w:tcW w:type="dxa" w:w="1440"/>
          </w:tcPr>
          <w:p>
            <w:r>
              <w:t>分数</w:t>
            </w:r>
          </w:p>
        </w:tc>
        <w:tc>
          <w:tcPr>
            <w:tcW w:type="dxa" w:w="1440"/>
          </w:tcPr>
          <w:p>
            <w:r>
              <w:t>排名</w:t>
            </w:r>
          </w:p>
        </w:tc>
        <w:tc>
          <w:tcPr>
            <w:tcW w:type="dxa" w:w="1440"/>
          </w:tcPr>
          <w:p>
            <w:r>
              <w:t>是否具有推免资格</w:t>
            </w:r>
          </w:p>
        </w:tc>
      </w:tr>
      <w:tr>
        <w:tc>
          <w:tcPr>
            <w:tcW w:type="dxa" w:w="1440"/>
          </w:tcPr>
          <w:p>
            <w:r>
              <w:t>1</w:t>
            </w:r>
          </w:p>
        </w:tc>
        <w:tc>
          <w:tcPr>
            <w:tcW w:type="dxa" w:w="1440"/>
          </w:tcPr>
          <w:p>
            <w:r>
              <w:t>李高宇</w:t>
            </w:r>
          </w:p>
        </w:tc>
        <w:tc>
          <w:tcPr>
            <w:tcW w:type="dxa" w:w="1440"/>
          </w:tcPr>
          <w:p>
            <w:r>
              <w:t>应用化学</w:t>
            </w:r>
          </w:p>
        </w:tc>
        <w:tc>
          <w:tcPr>
            <w:tcW w:type="dxa" w:w="1440"/>
          </w:tcPr>
          <w:p>
            <w:r>
              <w:t>89.125</w:t>
            </w:r>
          </w:p>
        </w:tc>
        <w:tc>
          <w:tcPr>
            <w:tcW w:type="dxa" w:w="1440"/>
          </w:tcPr>
          <w:p>
            <w:r>
              <w:t>1</w:t>
            </w:r>
          </w:p>
        </w:tc>
        <w:tc>
          <w:tcPr>
            <w:tcW w:type="dxa" w:w="1440"/>
          </w:tcPr>
          <w:p>
            <w:r>
              <w:t>是</w:t>
            </w:r>
          </w:p>
        </w:tc>
      </w:tr>
      <w:tr>
        <w:tc>
          <w:tcPr>
            <w:tcW w:type="dxa" w:w="1440"/>
          </w:tcPr>
          <w:p>
            <w:r>
              <w:t>2</w:t>
            </w:r>
          </w:p>
        </w:tc>
        <w:tc>
          <w:tcPr>
            <w:tcW w:type="dxa" w:w="1440"/>
          </w:tcPr>
          <w:p>
            <w:r>
              <w:t>陆瑶涵</w:t>
            </w:r>
          </w:p>
        </w:tc>
        <w:tc>
          <w:tcPr>
            <w:tcW w:type="dxa" w:w="1440"/>
          </w:tcPr>
          <w:p>
            <w:r>
              <w:t>统计学</w:t>
            </w:r>
          </w:p>
        </w:tc>
        <w:tc>
          <w:tcPr>
            <w:tcW w:type="dxa" w:w="1440"/>
          </w:tcPr>
          <w:p>
            <w:r>
              <w:t>86.125</w:t>
            </w:r>
          </w:p>
        </w:tc>
        <w:tc>
          <w:tcPr>
            <w:tcW w:type="dxa" w:w="1440"/>
          </w:tcPr>
          <w:p>
            <w:r>
              <w:t>2</w:t>
            </w:r>
          </w:p>
        </w:tc>
        <w:tc>
          <w:tcPr>
            <w:tcW w:type="dxa" w:w="1440"/>
          </w:tcPr>
          <w:p>
            <w:r/>
          </w:p>
        </w:tc>
      </w:tr>
      <w:tr>
        <w:tc>
          <w:tcPr>
            <w:tcW w:type="dxa" w:w="1440"/>
          </w:tcPr>
          <w:p>
            <w:r>
              <w:t>4</w:t>
            </w:r>
          </w:p>
        </w:tc>
        <w:tc>
          <w:tcPr>
            <w:tcW w:type="dxa" w:w="1440"/>
          </w:tcPr>
          <w:p>
            <w:r>
              <w:t>管通</w:t>
            </w:r>
          </w:p>
        </w:tc>
        <w:tc>
          <w:tcPr>
            <w:tcW w:type="dxa" w:w="1440"/>
          </w:tcPr>
          <w:p>
            <w:r>
              <w:t>信息与计算科学</w:t>
            </w:r>
          </w:p>
        </w:tc>
        <w:tc>
          <w:tcPr>
            <w:tcW w:type="dxa" w:w="1440"/>
          </w:tcPr>
          <w:p>
            <w:r>
              <w:t>85.75</w:t>
            </w:r>
          </w:p>
        </w:tc>
        <w:tc>
          <w:tcPr>
            <w:tcW w:type="dxa" w:w="1440"/>
          </w:tcPr>
          <w:p>
            <w:r>
              <w:t>3</w:t>
            </w:r>
          </w:p>
        </w:tc>
        <w:tc>
          <w:tcPr>
            <w:tcW w:type="dxa" w:w="1440"/>
          </w:tcPr>
          <w:p>
            <w:r/>
          </w:p>
        </w:tc>
      </w:tr>
      <w:tr>
        <w:tc>
          <w:tcPr>
            <w:tcW w:type="dxa" w:w="1440"/>
          </w:tcPr>
          <w:p>
            <w:r>
              <w:t>3</w:t>
            </w:r>
          </w:p>
        </w:tc>
        <w:tc>
          <w:tcPr>
            <w:tcW w:type="dxa" w:w="1440"/>
          </w:tcPr>
          <w:p>
            <w:r>
              <w:t>秦婉琦</w:t>
            </w:r>
          </w:p>
        </w:tc>
        <w:tc>
          <w:tcPr>
            <w:tcW w:type="dxa" w:w="1440"/>
          </w:tcPr>
          <w:p>
            <w:r>
              <w:t>应用化学</w:t>
            </w:r>
          </w:p>
        </w:tc>
        <w:tc>
          <w:tcPr>
            <w:tcW w:type="dxa" w:w="1440"/>
          </w:tcPr>
          <w:p>
            <w:r>
              <w:t>84</w:t>
            </w:r>
          </w:p>
        </w:tc>
        <w:tc>
          <w:tcPr>
            <w:tcW w:type="dxa" w:w="1440"/>
          </w:tcPr>
          <w:p>
            <w:r>
              <w:t>4</w:t>
            </w:r>
          </w:p>
        </w:tc>
        <w:tc>
          <w:tcPr>
            <w:tcW w:type="dxa" w:w="1440"/>
          </w:tcPr>
          <w:p>
            <w:r/>
          </w:p>
        </w:tc>
      </w:tr>
    </w:tbl>
    <w:p>
      <w:r>
        <w:t>特此公示。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