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理学院2017年推荐优秀毕业生免试攻读硕士学位研究生加分公示</w:t>
      </w:r>
    </w:p>
    <w:p>
      <w:r>
        <w:t>移动端头部</w:t>
      </w:r>
    </w:p>
    <w:p>
      <w:pPr>
        <w:pStyle w:val="Heading2"/>
      </w:pPr>
      <w:r>
        <w:t>首页</w:t>
      </w:r>
    </w:p>
    <w:p>
      <w:pPr>
        <w:pStyle w:val="ListBullet"/>
      </w:pPr>
      <w:r>
        <w:t>学院新闻</w:t>
      </w:r>
    </w:p>
    <w:p>
      <w:pPr>
        <w:pStyle w:val="ListBullet"/>
      </w:pPr>
      <w:r>
        <w:t>通知公告</w:t>
      </w:r>
    </w:p>
    <w:p>
      <w:pPr>
        <w:pStyle w:val="ListBullet"/>
      </w:pPr>
      <w:r>
        <w:t>科教动态</w:t>
      </w:r>
    </w:p>
    <w:p>
      <w:pPr>
        <w:pStyle w:val="ListBullet"/>
      </w:pPr>
      <w:r>
        <w:t>学工动态</w:t>
      </w:r>
    </w:p>
    <w:p>
      <w:r>
        <w:t>通知公告</w:t>
      </w:r>
    </w:p>
    <w:p>
      <w:r>
        <w:t>发布时间：2016-09-19浏览次：1232</w:t>
      </w:r>
    </w:p>
    <w:p>
      <w:r>
        <w:t>没有内容</w:t>
      </w:r>
    </w:p>
    <w:p>
      <w:r>
        <w:t>附件：</w:t>
      </w:r>
    </w:p>
    <w:p>
      <w:pPr>
        <w:pStyle w:val="ListBullet"/>
      </w:pPr>
      <w:r>
        <w:t>【终】理学院2017年推荐优秀毕业生免试攻读硕士学位研究生加分公...</w:t>
      </w:r>
    </w:p>
    <w:p>
      <w:r>
        <w:t>上一篇：南京农业大学2017年推荐免试研究生（直博生）体格检查表</w:t>
      </w:r>
    </w:p>
    <w:p>
      <w:r>
        <w:t>下一篇：理学院2015-2016学年综合测评加分公示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