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！理学院2019年推荐优秀应届本科生免试攻读硕士学位研究生加分公示</w:t>
      </w:r>
    </w:p>
    <w:p>
      <w:r>
        <w:t>移动端头部</w:t>
      </w:r>
    </w:p>
    <w:p>
      <w:pPr>
        <w:pStyle w:val="Heading2"/>
      </w:pPr>
      <w:r>
        <w:t>首页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科教动态</w:t>
      </w:r>
    </w:p>
    <w:p>
      <w:pPr>
        <w:pStyle w:val="ListBullet"/>
      </w:pPr>
      <w:r>
        <w:t>学工动态</w:t>
      </w:r>
    </w:p>
    <w:p>
      <w:r>
        <w:t>通知公告</w:t>
      </w:r>
    </w:p>
    <w:p>
      <w:r>
        <w:t>发布时间：2018-09-11浏览次：928</w:t>
      </w:r>
    </w:p>
    <w:p>
      <w:pPr>
        <w:pStyle w:val="ListBullet"/>
      </w:pPr>
      <w:r>
        <w:t>附件【！理学院2019年推荐优秀应届本科生免试攻读硕士学位研究生加分公示.xlsx】已下载1162次</w:t>
      </w:r>
    </w:p>
    <w:p>
      <w:r>
        <w:t>上一篇：！理学院2019年推荐优秀应届本科生免试攻读硕士学位研究生综合成绩公示</w:t>
      </w:r>
    </w:p>
    <w:p>
      <w:r>
        <w:t>下一篇：理学院关于开展研究生学位论文买卖、代写行为专项检查工作的通知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