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南 京 农 业 大 学 文 件</w:t>
      </w:r>
    </w:p>
    <w:p>
      <w:r>
        <w:t>校教发〔2019〕398 号</w:t>
      </w:r>
    </w:p>
    <w:p>
      <w:r>
        <w:t>关于修订《南京农业大学</w:t>
      </w:r>
    </w:p>
    <w:p>
      <w:r>
        <w:t>本科生创新拓展学分实施办法》的通知</w:t>
      </w:r>
    </w:p>
    <w:p>
      <w:r>
        <w:t>各学院、各单位：</w:t>
      </w:r>
    </w:p>
    <w:p>
      <w:r>
        <w:t>为贯彻《国务院办公厅关于深化高等学校创新创业教育</w:t>
      </w:r>
    </w:p>
    <w:p>
      <w:r>
        <w:t>改革的实施意见》（国办发〔2015〕36 号）文件精神，以及</w:t>
      </w:r>
    </w:p>
    <w:p>
      <w:r>
        <w:t>教育部、省教育厅有关通知精神，经第八届学术委员会教育</w:t>
      </w:r>
    </w:p>
    <w:p>
      <w:r>
        <w:t>教学指导委员会第四次全会审议，学校对《南京农业大学本</w:t>
      </w:r>
    </w:p>
    <w:p>
      <w:r>
        <w:t>科生创新拓展学分实施方法》进行修订，现将修订后的《南</w:t>
      </w:r>
    </w:p>
    <w:p>
      <w:r>
        <w:t>京农业大学本科生创新拓展学分实施办法》予以印发，请遵</w:t>
      </w:r>
    </w:p>
    <w:p>
      <w:r>
        <w:t>照执行。</w:t>
      </w:r>
    </w:p>
    <w:p>
      <w:r>
        <w:t>特此通知</w:t>
      </w:r>
    </w:p>
    <w:p>
      <w:r>
        <w:t>附件：《南京农业大学本科生创新拓展学分实施办法》</w:t>
      </w:r>
    </w:p>
    <w:p>
      <w:r>
        <w:t>（修订）</w:t>
      </w:r>
    </w:p>
    <w:p>
      <w:r>
        <w:t>南京农业大学</w:t>
      </w:r>
    </w:p>
    <w:p>
      <w:r>
        <w:t>2019 年 7 月 19 日</w:t>
      </w:r>
    </w:p>
    <w:p>
      <w:r>
        <w:t>附件</w:t>
      </w:r>
    </w:p>
    <w:p>
      <w:r>
        <w:t>南京农业大学本科生创新拓展学分实施办法</w:t>
      </w:r>
    </w:p>
    <w:p>
      <w:r>
        <w:t>（修订）</w:t>
      </w:r>
    </w:p>
    <w:p>
      <w:r>
        <w:t>为贯彻《国务院办公厅关于深化高等学校创新创业教育</w:t>
      </w:r>
    </w:p>
    <w:p>
      <w:r>
        <w:t>改革的实施意见》（国办发〔2015〕36 号）文件精神，以及</w:t>
      </w:r>
    </w:p>
    <w:p>
      <w:r>
        <w:t>教育部、省教育厅有关通知精神，全面提高大学生的创新能</w:t>
      </w:r>
    </w:p>
    <w:p>
      <w:r>
        <w:t>力、实践能力和自主创业意识，鼓励和倡导学生积极参加学</w:t>
      </w:r>
    </w:p>
    <w:p>
      <w:r>
        <w:t>科竞赛、科技创新、文艺体育及课外拓展学习活动等，促进</w:t>
      </w:r>
    </w:p>
    <w:p>
      <w:r>
        <w:t>学生全面个性发展，特制定本办法。</w:t>
      </w:r>
    </w:p>
    <w:p>
      <w:r>
        <w:t>第一条 创新拓展学分是指全日制本科生在校期间根据</w:t>
      </w:r>
    </w:p>
    <w:p>
      <w:r>
        <w:t>自己的特长和爱好，参加学校组织的省级以上（含省级）各</w:t>
      </w:r>
    </w:p>
    <w:p>
      <w:r>
        <w:t>类学科竞赛、科技创新、文艺体育及课外拓展学习活动等，</w:t>
      </w:r>
    </w:p>
    <w:p>
      <w:r>
        <w:t>取得突出成绩者，经教务处认定，可获得一定数量的创新拓</w:t>
      </w:r>
    </w:p>
    <w:p>
      <w:r>
        <w:t>展学分。</w:t>
      </w:r>
    </w:p>
    <w:p>
      <w:r>
        <w:t>第二条 创新拓展学分的用途</w:t>
      </w:r>
    </w:p>
    <w:p>
      <w:r>
        <w:t>凡经教务处审核认定的创新拓展学分记入学生成绩档</w:t>
      </w:r>
    </w:p>
    <w:p>
      <w:r>
        <w:t>案，可用于：</w:t>
      </w:r>
    </w:p>
    <w:p>
      <w:r>
        <w:t>（一）以课程方式作为选修课或选读课学分记入成绩单，</w:t>
      </w:r>
    </w:p>
    <w:p>
      <w:r>
        <w:t>成绩记为“A”；</w:t>
      </w:r>
    </w:p>
    <w:p>
      <w:r>
        <w:t>（二）最高可使用 8 个学分，且不得重复使用；</w:t>
      </w:r>
    </w:p>
    <w:p>
      <w:r>
        <w:t>（三）在研究生推免、留学项目选拔时，同等条件下可</w:t>
      </w:r>
    </w:p>
    <w:p>
      <w:r>
        <w:t>优先考虑。</w:t>
      </w:r>
    </w:p>
    <w:p>
      <w:r>
        <w:t>第三条 学分认定</w:t>
      </w:r>
    </w:p>
    <w:p>
      <w:r>
        <w:t>（一）学术科技竞赛的学分认定</w:t>
      </w:r>
    </w:p>
    <w:p>
      <w:r>
        <w:t>1．由学校选定并组织参加的大学生学术科技竞赛。一</w:t>
      </w:r>
    </w:p>
    <w:p>
      <w:r>
        <w:t>类竞赛：个人特等奖、一、二、三等奖者，每人分别计 8、6、</w:t>
      </w:r>
    </w:p>
    <w:p>
      <w:r>
        <w:t>5、4 学分/项；集体特等奖、一、二、三等奖的参加者，每</w:t>
      </w:r>
    </w:p>
    <w:p>
      <w:r>
        <w:t>人分别计 6、5、4、3 学分/项；二类竞赛：个人特等奖、一、</w:t>
      </w:r>
    </w:p>
    <w:p>
      <w:r>
        <w:t>二、三等奖者，每人分别计 6、5、4、3 学分/项；集体特等</w:t>
      </w:r>
    </w:p>
    <w:p>
      <w:r>
        <w:t>奖、一、二、三等奖的参加者，每人分别计 5、4、3、2 学</w:t>
      </w:r>
    </w:p>
    <w:p>
      <w:r>
        <w:t>分/项；三类竞赛：个人特等奖、一、二等奖者，每人分别计</w:t>
      </w:r>
    </w:p>
    <w:p>
      <w:r>
        <w:t>5、4、3 学分/项；集体特等奖、一、二等奖的参加者，每人</w:t>
      </w:r>
    </w:p>
    <w:p>
      <w:r>
        <w:t>分别计 4、3、2 学分/项。四类竞赛：个人特等奖、一、二等</w:t>
      </w:r>
    </w:p>
    <w:p>
      <w:r>
        <w:t>奖者，每人分别计 3、2、1 学分/项；集体特等奖、一等奖的</w:t>
      </w:r>
    </w:p>
    <w:p>
      <w:r>
        <w:t>参加者，每人分别计 2、1 学分/项；奖项设置如不设特等奖，</w:t>
      </w:r>
    </w:p>
    <w:p>
      <w:r>
        <w:t>以一等奖或金奖为最高奖，以此类推（竞赛项目在教务处网</w:t>
      </w:r>
    </w:p>
    <w:p>
      <w:r>
        <w:t>站“下载中心”查询）。</w:t>
      </w:r>
    </w:p>
    <w:p>
      <w:r>
        <w:t>2．同一作品获多级、多项奖励，只记其中最高成绩认</w:t>
      </w:r>
    </w:p>
    <w:p>
      <w:r>
        <w:t>定学分（下同）。</w:t>
      </w:r>
    </w:p>
    <w:p>
      <w:r>
        <w:t>3．集体奖项与个人奖项重复的，取最高值认定（下同）。</w:t>
      </w:r>
    </w:p>
    <w:p>
      <w:r>
        <w:t>（二）科技活动及成果的学分认定</w:t>
      </w:r>
    </w:p>
    <w:p>
      <w:r>
        <w:t>1．发表学术论文</w:t>
      </w:r>
    </w:p>
    <w:p>
      <w:r>
        <w:t>（1）被 SCI、SSCI 收录的论文：每篇奖励 5 学分，奖</w:t>
      </w:r>
    </w:p>
    <w:p>
      <w:r>
        <w:t>励前 3 名。独立完成者计 5 学分；合作完成：2 人合作完成</w:t>
      </w:r>
    </w:p>
    <w:p>
      <w:r>
        <w:t>的，第一作者计 3 学分，第二作者计 2 学分；3 人合作完成</w:t>
      </w:r>
    </w:p>
    <w:p>
      <w:r>
        <w:t>的，第一作者计 3 学分，第二作者计 1 学分，第三作者计 1</w:t>
      </w:r>
    </w:p>
    <w:p>
      <w:r>
        <w:t>学分。</w:t>
      </w:r>
    </w:p>
    <w:p>
      <w:r>
        <w:t>（2）学校认定一类刊物或被 EI 收录发表的论文：每篇</w:t>
      </w:r>
    </w:p>
    <w:p>
      <w:r>
        <w:t>奖励 4 学分，奖励前 2 名。独立完成者计 4 学分；合作完成：</w:t>
      </w:r>
    </w:p>
    <w:p>
      <w:r>
        <w:t>第一作者计 3 学分，第二作者计 1 学分（期刊目录在教务处</w:t>
      </w:r>
    </w:p>
    <w:p>
      <w:r>
        <w:t>网站“下载中心”查询）。</w:t>
      </w:r>
    </w:p>
    <w:p>
      <w:r>
        <w:t>（3）学校认定二类刊物发表的论文：每篇奖励 3 学分，</w:t>
      </w:r>
    </w:p>
    <w:p>
      <w:r>
        <w:t>奖励前 2 名。独立完成者计 3 学分；合作完成：第一作者计</w:t>
      </w:r>
    </w:p>
    <w:p>
      <w:r>
        <w:t>2 学分，第二作者计 1 学分（期刊目录在教务处网站“下载中</w:t>
      </w:r>
    </w:p>
    <w:p>
      <w:r>
        <w:t>心”查询）。</w:t>
      </w:r>
    </w:p>
    <w:p>
      <w:r>
        <w:t>（4）学校认定三类刊物发表的论文：每篇奖励 2 学分，</w:t>
      </w:r>
    </w:p>
    <w:p>
      <w:r>
        <w:t>奖励前 2 名。独立完成者计 2 学分；合作完成：第一作者计</w:t>
      </w:r>
    </w:p>
    <w:p>
      <w:r>
        <w:t>1 学分，第二作者计 1 学分（期刊目录在教务处网站“下载中</w:t>
      </w:r>
    </w:p>
    <w:p>
      <w:r>
        <w:t>心”查询）。</w:t>
      </w:r>
    </w:p>
    <w:p>
      <w:r>
        <w:t>（5） 教务处认定核心期刊发表的论文：独立完成者或</w:t>
      </w:r>
    </w:p>
    <w:p>
      <w:r>
        <w:t>第一作者计 1 学分（指未列入学校一、二、三类的北大中文</w:t>
      </w:r>
    </w:p>
    <w:p>
      <w:r>
        <w:t>核心期刊、CSSCI 拓展版、CSCD 拓展版）。</w:t>
      </w:r>
    </w:p>
    <w:p>
      <w:r>
        <w:t>（6） 由于期刊目录更新，论文投稿前一年的期刊与发</w:t>
      </w:r>
    </w:p>
    <w:p>
      <w:r>
        <w:t>表当年的期刊均有效。</w:t>
      </w:r>
    </w:p>
    <w:p>
      <w:r>
        <w:t>（7）如果出现并列完成者，并列作者按其并列人数所</w:t>
      </w:r>
    </w:p>
    <w:p>
      <w:r>
        <w:t>占用排名的奖励学分之和平均分配（平均分配后按 0.5 学分</w:t>
      </w:r>
    </w:p>
    <w:p>
      <w:r>
        <w:t>的倍数奖励），并列作者奖励学分总和不超过每篇论文奖励</w:t>
      </w:r>
    </w:p>
    <w:p>
      <w:r>
        <w:t>的总学分（下同）。</w:t>
      </w:r>
    </w:p>
    <w:p>
      <w:r>
        <w:t>2．获得专利</w:t>
      </w:r>
    </w:p>
    <w:p>
      <w:r>
        <w:t>（1）发明专利：独立发明人计 4 学分；合作完成：第</w:t>
      </w:r>
    </w:p>
    <w:p>
      <w:r>
        <w:t>一发明人计 3 学分，第二发明人计 1 学分。</w:t>
      </w:r>
    </w:p>
    <w:p>
      <w:r>
        <w:t>（2）实用新型及外观设计专利：独立发明人计 2 学分；</w:t>
      </w:r>
    </w:p>
    <w:p>
      <w:r>
        <w:t>合作完成：第一发明人计 1 学分，第二发明人计 1 学分。</w:t>
      </w:r>
    </w:p>
    <w:p>
      <w:r>
        <w:t>（3）需凭专利证书方可获得学分。</w:t>
      </w:r>
    </w:p>
    <w:p>
      <w:r>
        <w:t>（三）文艺体育活动的学分认定</w:t>
      </w:r>
    </w:p>
    <w:p>
      <w:r>
        <w:t>代表学校参加的国家级各类文艺、竞技体育比赛。获个</w:t>
      </w:r>
    </w:p>
    <w:p>
      <w:r>
        <w:t>人一、二、三等奖者分别计 4、3、2 学分/项；集体一、二、</w:t>
      </w:r>
    </w:p>
    <w:p>
      <w:r>
        <w:t>三等奖者分别计 3、2、1 学分/项。对于取前八名获奖的比赛：</w:t>
      </w:r>
    </w:p>
    <w:p>
      <w:r>
        <w:t>第 1-2 名按一等奖计、第 3-4 名按二等奖计、第 5-6 名按三</w:t>
      </w:r>
    </w:p>
    <w:p>
      <w:r>
        <w:t>等奖计（竞赛项目在教务处网站“下载中心”查询）。</w:t>
      </w:r>
    </w:p>
    <w:p>
      <w:r>
        <w:t>代表学校参加的省级各类文艺、竞技体育比赛。获个人</w:t>
      </w:r>
    </w:p>
    <w:p>
      <w:r>
        <w:t>一、二、三等奖者分别计 3、2、1 学分/项；集体一、二等奖</w:t>
      </w:r>
    </w:p>
    <w:p>
      <w:r>
        <w:t>者分别计 2、1 学分/项（竞赛项目在教务处网站“下载中心”</w:t>
      </w:r>
    </w:p>
    <w:p>
      <w:r>
        <w:t>查询）。</w:t>
      </w:r>
    </w:p>
    <w:p>
      <w:r>
        <w:t>（四）外语类考试的学分认定</w:t>
      </w:r>
    </w:p>
    <w:p>
      <w:r>
        <w:t>1．全国大学英语六级考试（英语专业除外）：成绩≥550</w:t>
      </w:r>
    </w:p>
    <w:p>
      <w:r>
        <w:t>分计 1 学分；</w:t>
      </w:r>
    </w:p>
    <w:p>
      <w:r>
        <w:t>2．全国高校外语专业考试：专业四级优秀计 1 学分、</w:t>
      </w:r>
    </w:p>
    <w:p>
      <w:r>
        <w:t>专业八级优秀计 2 学分；</w:t>
      </w:r>
    </w:p>
    <w:p>
      <w:r>
        <w:t>3．托福考试：成绩≥95 分计 2 学分；</w:t>
      </w:r>
    </w:p>
    <w:p>
      <w:r>
        <w:t>4．雅思考试：成绩≥6.5 分计 2 学分；</w:t>
      </w:r>
    </w:p>
    <w:p>
      <w:r>
        <w:t>5．德、法、意、西语达到欧洲统一语言参考框架（CECRL）</w:t>
      </w:r>
    </w:p>
    <w:p>
      <w:r>
        <w:t>的 B2 级、日语（日语专业除外）达到二级（N2）、韩语达到</w:t>
      </w:r>
    </w:p>
    <w:p>
      <w:r>
        <w:t>TOPIK4 级计 2 学分；</w:t>
      </w:r>
    </w:p>
    <w:p>
      <w:r>
        <w:t>6．GMAT 考试：成绩≥730 分+5.5 分（作文）计 2 学分；</w:t>
      </w:r>
    </w:p>
    <w:p>
      <w:r>
        <w:t>7．外语类考试只记录一次最高分值，不累加。</w:t>
      </w:r>
    </w:p>
    <w:p>
      <w:r>
        <w:t>（五）计算机类考试的学分认定</w:t>
      </w:r>
    </w:p>
    <w:p>
      <w:r>
        <w:t>1．江苏省普通高校计算机等级考试或全国计算机等级</w:t>
      </w:r>
    </w:p>
    <w:p>
      <w:r>
        <w:t>考试（计算机科学与技术专业除外）：三级合格计 1 学分；</w:t>
      </w:r>
    </w:p>
    <w:p>
      <w:r>
        <w:t>2．中国计算机软件专业技术资格和水平考试：程序员</w:t>
      </w:r>
    </w:p>
    <w:p>
      <w:r>
        <w:t>计 1 学分、软件设计师或网络工程师计 2 学分；</w:t>
      </w:r>
    </w:p>
    <w:p>
      <w:r>
        <w:t>3．计算机类考试只记录一次最高分值，不累加。</w:t>
      </w:r>
    </w:p>
    <w:p>
      <w:r>
        <w:t>（六）其他项目的学分认定</w:t>
      </w:r>
    </w:p>
    <w:p>
      <w:r>
        <w:t>1．国家职业资格证书（三级/高级技能）计 1 学分；</w:t>
      </w:r>
    </w:p>
    <w:p>
      <w:r>
        <w:t>2．普通话水平考试成绩≥92 分计 1 学分；</w:t>
      </w:r>
    </w:p>
    <w:p>
      <w:r>
        <w:t>第四条 创新拓展学分的申报使用程序</w:t>
      </w:r>
    </w:p>
    <w:p>
      <w:r>
        <w:t>（一）每学期的第 1-3 周内，具有学籍的学生先登录教</w:t>
      </w:r>
    </w:p>
    <w:p>
      <w:r>
        <w:t>务处网站申请，再向所在学院教务办提交项目材料，经学院</w:t>
      </w:r>
    </w:p>
    <w:p>
      <w:r>
        <w:t>或活动组织单位初审后，报教务处审核。</w:t>
      </w:r>
    </w:p>
    <w:p>
      <w:r>
        <w:t>（二）经教务处审核后，对符合取得创新拓展学分条件</w:t>
      </w:r>
    </w:p>
    <w:p>
      <w:r>
        <w:t>的学生名单及具体项目进行公示，公示期为 7 天。公示无异</w:t>
      </w:r>
    </w:p>
    <w:p>
      <w:r>
        <w:t>议的，由教务处给予学分认定；如有异议者，需在公示期内</w:t>
      </w:r>
    </w:p>
    <w:p>
      <w:r>
        <w:t>及时反馈。凡弄虚作假者，一律不予以认定；已经认定的，</w:t>
      </w:r>
    </w:p>
    <w:p>
      <w:r>
        <w:t>一经查实，将取消认定学分。</w:t>
      </w:r>
    </w:p>
    <w:p>
      <w:r>
        <w:t>（三）学生可在每学期第 1-3 周或第 13-14 周登录教务</w:t>
      </w:r>
    </w:p>
    <w:p>
      <w:r>
        <w:t>处网站申请使用创新拓展学分，同时到学院教务办申请办理。</w:t>
      </w:r>
    </w:p>
    <w:p>
      <w:r>
        <w:t>第五条 对申报的创新拓展学分认定上出现争议时，由</w:t>
      </w:r>
    </w:p>
    <w:p>
      <w:r>
        <w:t>教务处组织相关专家进行评审认定，此认定为最终认定。</w:t>
      </w:r>
    </w:p>
    <w:p>
      <w:r>
        <w:t>第六条 本办法适用于本校全日制普通高等教育本科学</w:t>
      </w:r>
    </w:p>
    <w:p>
      <w:r>
        <w:t>生。港澳台侨学生、留学生以及其他在校生的创新拓展学分</w:t>
      </w:r>
    </w:p>
    <w:p>
      <w:r>
        <w:t>参照本办法实施。</w:t>
      </w:r>
    </w:p>
    <w:p>
      <w:r>
        <w:t>第七条 本办法由教务处负责解释，自 2019 年 9 月起施</w:t>
      </w:r>
    </w:p>
    <w:p>
      <w:r>
        <w:t>行。其它有关文件规定与本办法不一致的，以本办法为准。</w:t>
      </w:r>
    </w:p>
    <w:p>
      <w:r>
        <w:t>附件 1</w:t>
      </w:r>
    </w:p>
    <w:p>
      <w:r>
        <w:t>南京农业大学大学生学术科技竞赛学分认定表</w:t>
      </w:r>
    </w:p>
    <w:p>
      <w:r>
        <w:t>个人奖项</w:t>
      </w:r>
    </w:p>
    <w:p>
      <w:r>
        <w:t>获奖等级</w:t>
      </w:r>
    </w:p>
    <w:p>
      <w:r>
        <w:t>比赛类别</w:t>
      </w:r>
    </w:p>
    <w:p>
      <w:r>
        <w:t>一类 二类 三类 四类</w:t>
      </w:r>
    </w:p>
    <w:p>
      <w:r>
        <w:t>特等奖 8 6 5 3</w:t>
      </w:r>
    </w:p>
    <w:p>
      <w:r>
        <w:t>一等奖 6 5 4 2</w:t>
      </w:r>
    </w:p>
    <w:p>
      <w:r>
        <w:t>二等奖 5 4 3 1</w:t>
      </w:r>
    </w:p>
    <w:p>
      <w:r>
        <w:t>三等奖 4 3</w:t>
      </w:r>
    </w:p>
    <w:p>
      <w:r>
        <w:t>集体奖项</w:t>
      </w:r>
    </w:p>
    <w:p>
      <w:r>
        <w:t>获奖等级</w:t>
      </w:r>
    </w:p>
    <w:p>
      <w:r>
        <w:t>比赛类别</w:t>
      </w:r>
    </w:p>
    <w:p>
      <w:r>
        <w:t>一类 二类 三类 四类</w:t>
      </w:r>
    </w:p>
    <w:p>
      <w:r>
        <w:t>特等奖 6 5 4 2</w:t>
      </w:r>
    </w:p>
    <w:p>
      <w:r>
        <w:t>一等奖 5 4 3 1</w:t>
      </w:r>
    </w:p>
    <w:p>
      <w:r>
        <w:t>二等奖 4 3 2</w:t>
      </w:r>
    </w:p>
    <w:p>
      <w:r>
        <w:t>三等奖 3 2</w:t>
      </w:r>
    </w:p>
    <w:p>
      <w:r>
        <w:t>备注：奖项设置如不设特等奖，以一等奖或金奖为最高奖，以此类推。</w:t>
      </w:r>
    </w:p>
    <w:p>
      <w:r>
        <w:t>附件 2</w:t>
      </w:r>
    </w:p>
    <w:p>
      <w:r>
        <w:t>南京农业大学大学生学术科技竞赛分类表</w:t>
      </w:r>
    </w:p>
    <w:p>
      <w:r>
        <w:t>备注：1．同一作品获多级、多项奖励，只记其中最高成绩认定学分。</w:t>
      </w:r>
    </w:p>
    <w:p>
      <w:r>
        <w:t>2．集体奖项与个人奖项重复的，取最高值认定。</w:t>
      </w:r>
    </w:p>
    <w:p>
      <w:r>
        <w:t>竞赛类别 分类依据 竞赛名称</w:t>
      </w:r>
    </w:p>
    <w:p>
      <w:r>
        <w:t>一类</w:t>
      </w:r>
    </w:p>
    <w:p>
      <w:r>
        <w:t>由团中央、教育部、中国科协、全</w:t>
      </w:r>
    </w:p>
    <w:p>
      <w:r>
        <w:t>国学联等国家各部委联合举办的</w:t>
      </w:r>
    </w:p>
    <w:p>
      <w:r>
        <w:t>高水平学科、科技、创新创业综合</w:t>
      </w:r>
    </w:p>
    <w:p>
      <w:r>
        <w:t>性大赛，校内认定的国际学术组织</w:t>
      </w:r>
    </w:p>
    <w:p>
      <w:r>
        <w:t>主办的各类专业性比赛等。</w:t>
      </w:r>
    </w:p>
    <w:p>
      <w:r>
        <w:t>中国“互联网+”大学生创新创业大赛、“挑战</w:t>
      </w:r>
    </w:p>
    <w:p>
      <w:r>
        <w:t>杯”全国大学生课外学术科技作品竞赛、“创青春”</w:t>
      </w:r>
    </w:p>
    <w:p>
      <w:r>
        <w:t>全国大学生创业大赛等全国综合性大赛。</w:t>
      </w:r>
    </w:p>
    <w:p>
      <w:r>
        <w:t>美国大学生数学建模竞赛、国际遗传工程的机</w:t>
      </w:r>
    </w:p>
    <w:p>
      <w:r>
        <w:t>器设计竞赛（iGEM）、 IFAMA国际学生案例竞赛等</w:t>
      </w:r>
    </w:p>
    <w:p>
      <w:r>
        <w:t>影响较大的国际竞赛。</w:t>
      </w:r>
    </w:p>
    <w:p>
      <w:r>
        <w:t>二类</w:t>
      </w:r>
    </w:p>
    <w:p>
      <w:r>
        <w:t>全国三大赛的省级选拔赛，由国家</w:t>
      </w:r>
    </w:p>
    <w:p>
      <w:r>
        <w:t>各部委主办的各类学科、科技、创</w:t>
      </w:r>
    </w:p>
    <w:p>
      <w:r>
        <w:t>新创业大赛。</w:t>
      </w:r>
    </w:p>
    <w:p>
      <w:r>
        <w:t>中国“互联网+”大学生创新创业大赛、“挑战</w:t>
      </w:r>
    </w:p>
    <w:p>
      <w:r>
        <w:t>杯”全国大学生课外学术科技作品竞赛、“创青春”</w:t>
      </w:r>
    </w:p>
    <w:p>
      <w:r>
        <w:t>全国大学生创业大赛等全国综合性大赛的省级选拔</w:t>
      </w:r>
    </w:p>
    <w:p>
      <w:r>
        <w:t>赛。</w:t>
      </w:r>
    </w:p>
    <w:p>
      <w:r>
        <w:t>全国大学生数学建模竞赛、“中国软件杯”大学</w:t>
      </w:r>
    </w:p>
    <w:p>
      <w:r>
        <w:t>生软件设计大赛、全国大学生节能减排社会实践与</w:t>
      </w:r>
    </w:p>
    <w:p>
      <w:r>
        <w:t>科技创新竞赛、全国大学生电子设计竞赛等。</w:t>
      </w:r>
    </w:p>
    <w:p>
      <w:r>
        <w:t>三类</w:t>
      </w:r>
    </w:p>
    <w:p>
      <w:r>
        <w:t>二类竞赛的省级选拔赛，行业、企</w:t>
      </w:r>
    </w:p>
    <w:p>
      <w:r>
        <w:t>业主办的全国比赛，各种全国学</w:t>
      </w:r>
    </w:p>
    <w:p>
      <w:r>
        <w:t>会、教育部各专业教学指导委员</w:t>
      </w:r>
    </w:p>
    <w:p>
      <w:r>
        <w:t>会、高等学校国家级实验教学示范</w:t>
      </w:r>
    </w:p>
    <w:p>
      <w:r>
        <w:t>中心联席会等主办的各类全国专</w:t>
      </w:r>
    </w:p>
    <w:p>
      <w:r>
        <w:t>业、学科、科技、创新创业大赛。</w:t>
      </w:r>
    </w:p>
    <w:p>
      <w:r>
        <w:t>中国大学生物理学术竞赛、中国大学生方程式</w:t>
      </w:r>
    </w:p>
    <w:p>
      <w:r>
        <w:t>汽车大赛、大学生风景园林设计竞赛、全国大学生</w:t>
      </w:r>
    </w:p>
    <w:p>
      <w:r>
        <w:t>沙盘模拟经营大赛、全国大学生机械创新设计大赛、</w:t>
      </w:r>
    </w:p>
    <w:p>
      <w:r>
        <w:t>全国大学生英语竞赛、全国周培源大学生力学竞赛、</w:t>
      </w:r>
    </w:p>
    <w:p>
      <w:r>
        <w:t>全国大学生动物医学专业技能大赛、中国大学生计</w:t>
      </w:r>
    </w:p>
    <w:p>
      <w:r>
        <w:t>算机设计大赛等。</w:t>
      </w:r>
    </w:p>
    <w:p>
      <w:r>
        <w:t>四类</w:t>
      </w:r>
    </w:p>
    <w:p>
      <w:r>
        <w:t>省各厅局主办的各类省级专业、学</w:t>
      </w:r>
    </w:p>
    <w:p>
      <w:r>
        <w:t>科、科技、创新创业竞赛。</w:t>
      </w:r>
    </w:p>
    <w:p>
      <w:r>
        <w:t>附件 3</w:t>
      </w:r>
    </w:p>
    <w:p>
      <w:r>
        <w:t>文艺类活动一览表</w:t>
      </w:r>
    </w:p>
    <w:p>
      <w:r>
        <w:t>级别 活动名称 主办单位</w:t>
      </w:r>
    </w:p>
    <w:p>
      <w:r>
        <w:t>国</w:t>
      </w:r>
    </w:p>
    <w:p>
      <w:r>
        <w:t>家</w:t>
      </w:r>
    </w:p>
    <w:p>
      <w:r>
        <w:t>级</w:t>
      </w:r>
    </w:p>
    <w:p>
      <w:r>
        <w:t>全国大学生艺术展演活动 教育部</w:t>
      </w:r>
    </w:p>
    <w:p>
      <w:r>
        <w:t>中华学子青春国学荟 团中央</w:t>
      </w:r>
    </w:p>
    <w:p>
      <w:r>
        <w:t>全国大学生网络文化节 教育部思想政治工作司</w:t>
      </w:r>
    </w:p>
    <w:p>
      <w:r>
        <w:t>全国大学生文化创意大赛 团中央</w:t>
      </w:r>
    </w:p>
    <w:p>
      <w:r>
        <w:t>全国大学生书法美术作品大赛 教育部、团中央</w:t>
      </w:r>
    </w:p>
    <w:p>
      <w:r>
        <w:t>全国大学生微视频作品大赛 教育部、团中央</w:t>
      </w:r>
    </w:p>
    <w:p>
      <w:r>
        <w:t>全国大学生短剧小品大赛 中国艺术教育促进会</w:t>
      </w:r>
    </w:p>
    <w:p>
      <w:r>
        <w:t>全国大学生摄影及微电影创作大赛 教育部思想政治工作司</w:t>
      </w:r>
    </w:p>
    <w:p>
      <w:r>
        <w:t>原创影像作品征集活动 文化部、教育部</w:t>
      </w:r>
    </w:p>
    <w:p>
      <w:r>
        <w:t>省</w:t>
      </w:r>
    </w:p>
    <w:p>
      <w:r>
        <w:t>级</w:t>
      </w:r>
    </w:p>
    <w:p>
      <w:r>
        <w:t>江苏省大学生艺术展演活动 江苏省教育厅</w:t>
      </w:r>
    </w:p>
    <w:p>
      <w:r>
        <w:t>江苏省大学生文化艺术节 共青团江苏省委</w:t>
      </w:r>
    </w:p>
    <w:p>
      <w:r>
        <w:t>“水杉杯”大学生话剧展演月活动 共青团江苏省委</w:t>
      </w:r>
    </w:p>
    <w:p>
      <w:r>
        <w:t>“青年演说家”大赛 共青团江苏省委</w:t>
      </w:r>
    </w:p>
    <w:p>
      <w:r>
        <w:t>“畅游江苏”大学生手绘地图大赛 共青团江苏省委</w:t>
      </w:r>
    </w:p>
    <w:p>
      <w:r>
        <w:t>中华学子传统诗词邀请赛 共青团江苏省委</w:t>
      </w:r>
    </w:p>
    <w:p>
      <w:r>
        <w:t>微视频创作大赛 共青团江苏省委</w:t>
      </w:r>
    </w:p>
    <w:p>
      <w:r>
        <w:t>书法美术作品大赛 共青团江苏省委</w:t>
      </w:r>
    </w:p>
    <w:p>
      <w:r>
        <w:t>备注：1．同一作品获多级、多项奖励，只记其中最高成绩认定学分。</w:t>
      </w:r>
    </w:p>
    <w:p>
      <w:r>
        <w:t>2．集体奖项与个人奖项重复的，取最高值认定。</w:t>
      </w:r>
    </w:p>
    <w:p>
      <w:r>
        <w:t>3. 符合国家级、省级的大学生文艺类活动，包括且不限于以上项目。</w:t>
      </w:r>
    </w:p>
    <w:p>
      <w:r>
        <w:t>附件 4</w:t>
      </w:r>
    </w:p>
    <w:p>
      <w:r>
        <w:t>体育类竞赛一览表</w:t>
      </w:r>
    </w:p>
    <w:p>
      <w:r>
        <w:t>序</w:t>
      </w:r>
    </w:p>
    <w:p>
      <w:r>
        <w:t>号 竞赛名称 主办单位</w:t>
      </w:r>
    </w:p>
    <w:p>
      <w:r>
        <w:t>1 全国学生运动会 教育部、国家体育总局主办</w:t>
      </w:r>
    </w:p>
    <w:p>
      <w:r>
        <w:t>2 全国大学生排球联赛 中国大学生体育协会排球分会主办</w:t>
      </w:r>
    </w:p>
    <w:p>
      <w:r>
        <w:t>3 全国大学生排球锦标赛 中国大学生体育协会排球分会主办</w:t>
      </w:r>
    </w:p>
    <w:p>
      <w:r>
        <w:t>4 全国大学生武术锦标赛 中国大学生体育协会武术分会主办</w:t>
      </w:r>
    </w:p>
    <w:p>
      <w:r>
        <w:t>5 全国大学生网球锦标赛 中国大学生体育协会网球分会主办</w:t>
      </w:r>
    </w:p>
    <w:p>
      <w:r>
        <w:t>6 全国大学生网球公开赛 中国大学生体育协会网球分会主办</w:t>
      </w:r>
    </w:p>
    <w:p>
      <w:r>
        <w:t>7 全国大学生田径锦标赛 中国大学生体育协会田径分会主办</w:t>
      </w:r>
    </w:p>
    <w:p>
      <w:r>
        <w:t>8 全国大学生足球联赛 中国大学生体育协会足球分会主办</w:t>
      </w:r>
    </w:p>
    <w:p>
      <w:r>
        <w:t>9 全国大学生篮球联赛 中国大学生体育协会篮球分会主办</w:t>
      </w:r>
    </w:p>
    <w:p>
      <w:r>
        <w:t>10 中国大学生体育协会各分会主办的全国性单项赛事</w:t>
      </w:r>
    </w:p>
    <w:p>
      <w:r>
        <w:t>11 江苏省省运会高校部（四年一届）各单项赛事</w:t>
      </w:r>
    </w:p>
    <w:p>
      <w:r>
        <w:t>12 江苏省学生体育协会高校工作委员会每年组织的单项赛事</w:t>
      </w:r>
    </w:p>
    <w:p>
      <w:r>
        <w:t>备注：单项赛事学生获得二项及二项以上奖项，选择其中最高奖项认定学分。</w:t>
      </w:r>
    </w:p>
    <w:p>
      <w:r>
        <w:t>南京农业大学校长办公室 2019 年 7 月 22 日</w:t>
      </w:r>
    </w:p>
    <w:p>
      <w:r>
        <w:t>印发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