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植物保护学院2022年优秀应届本科毕业生免试攻读研究生拟推荐名单公示</w:t>
      </w:r>
    </w:p>
    <w:p>
      <w:r>
        <w:t>根据《南京农业大学关于做好2022年推荐优秀应届本科毕业生免试攻读研究生推荐工作的通知》文件精神，经学生自愿申请，学院初步审核以及资格认定答辩，依据《植物保护学院2022年推荐免试研究生（含“直博生”）工作方案》综合排名，现将最终拟推荐名单公示如下：（按综合成绩排名排序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排名</w:t>
            </w:r>
          </w:p>
        </w:tc>
        <w:tc>
          <w:tcPr>
            <w:tcW w:type="dxa" w:w="1234"/>
          </w:tcPr>
          <w:p>
            <w:r>
              <w:t>学号</w:t>
            </w:r>
          </w:p>
        </w:tc>
        <w:tc>
          <w:tcPr>
            <w:tcW w:type="dxa" w:w="1234"/>
          </w:tcPr>
          <w:p>
            <w:r>
              <w:t>姓名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排名</w:t>
            </w:r>
          </w:p>
        </w:tc>
        <w:tc>
          <w:tcPr>
            <w:tcW w:type="dxa" w:w="1234"/>
          </w:tcPr>
          <w:p>
            <w:r>
              <w:t>学号</w:t>
            </w:r>
          </w:p>
        </w:tc>
        <w:tc>
          <w:tcPr>
            <w:tcW w:type="dxa" w:w="1234"/>
          </w:tcPr>
          <w:p>
            <w:r>
              <w:t>姓名</w:t>
            </w:r>
          </w:p>
        </w:tc>
      </w:tr>
      <w:tr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12118217</w:t>
            </w:r>
          </w:p>
        </w:tc>
        <w:tc>
          <w:tcPr>
            <w:tcW w:type="dxa" w:w="1234"/>
          </w:tcPr>
          <w:p>
            <w:r>
              <w:t>尚彬彬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25</w:t>
            </w:r>
          </w:p>
        </w:tc>
        <w:tc>
          <w:tcPr>
            <w:tcW w:type="dxa" w:w="1234"/>
          </w:tcPr>
          <w:p>
            <w:r>
              <w:t>12118221</w:t>
            </w:r>
          </w:p>
        </w:tc>
        <w:tc>
          <w:tcPr>
            <w:tcW w:type="dxa" w:w="1234"/>
          </w:tcPr>
          <w:p>
            <w:r>
              <w:t>姚天池</w:t>
            </w:r>
          </w:p>
        </w:tc>
      </w:tr>
      <w:tr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12118229</w:t>
            </w:r>
          </w:p>
        </w:tc>
        <w:tc>
          <w:tcPr>
            <w:tcW w:type="dxa" w:w="1234"/>
          </w:tcPr>
          <w:p>
            <w:r>
              <w:t>樊佳一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26</w:t>
            </w:r>
          </w:p>
        </w:tc>
        <w:tc>
          <w:tcPr>
            <w:tcW w:type="dxa" w:w="1234"/>
          </w:tcPr>
          <w:p>
            <w:r>
              <w:t>12118208</w:t>
            </w:r>
          </w:p>
        </w:tc>
        <w:tc>
          <w:tcPr>
            <w:tcW w:type="dxa" w:w="1234"/>
          </w:tcPr>
          <w:p>
            <w:r>
              <w:t>杨纪潇</w:t>
            </w:r>
          </w:p>
        </w:tc>
      </w:tr>
      <w:tr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12118115</w:t>
            </w:r>
          </w:p>
        </w:tc>
        <w:tc>
          <w:tcPr>
            <w:tcW w:type="dxa" w:w="1234"/>
          </w:tcPr>
          <w:p>
            <w:r>
              <w:t>张璀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27</w:t>
            </w:r>
          </w:p>
        </w:tc>
        <w:tc>
          <w:tcPr>
            <w:tcW w:type="dxa" w:w="1234"/>
          </w:tcPr>
          <w:p>
            <w:r>
              <w:t>12118102</w:t>
            </w:r>
          </w:p>
        </w:tc>
        <w:tc>
          <w:tcPr>
            <w:tcW w:type="dxa" w:w="1234"/>
          </w:tcPr>
          <w:p>
            <w:r>
              <w:t>马诣博</w:t>
            </w:r>
          </w:p>
        </w:tc>
      </w:tr>
      <w:tr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12118327</w:t>
            </w:r>
          </w:p>
        </w:tc>
        <w:tc>
          <w:tcPr>
            <w:tcW w:type="dxa" w:w="1234"/>
          </w:tcPr>
          <w:p>
            <w:r>
              <w:t>崔敏蓉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28</w:t>
            </w:r>
          </w:p>
        </w:tc>
        <w:tc>
          <w:tcPr>
            <w:tcW w:type="dxa" w:w="1234"/>
          </w:tcPr>
          <w:p>
            <w:r>
              <w:t>32118217</w:t>
            </w:r>
          </w:p>
        </w:tc>
        <w:tc>
          <w:tcPr>
            <w:tcW w:type="dxa" w:w="1234"/>
          </w:tcPr>
          <w:p>
            <w:r>
              <w:t>牟桐雨</w:t>
            </w:r>
          </w:p>
        </w:tc>
      </w:tr>
      <w:tr>
        <w:tc>
          <w:tcPr>
            <w:tcW w:type="dxa" w:w="1234"/>
          </w:tcPr>
          <w:p>
            <w:r>
              <w:t>5</w:t>
            </w:r>
          </w:p>
        </w:tc>
        <w:tc>
          <w:tcPr>
            <w:tcW w:type="dxa" w:w="1234"/>
          </w:tcPr>
          <w:p>
            <w:r>
              <w:t>12118410</w:t>
            </w:r>
          </w:p>
        </w:tc>
        <w:tc>
          <w:tcPr>
            <w:tcW w:type="dxa" w:w="1234"/>
          </w:tcPr>
          <w:p>
            <w:r>
              <w:t>左文钰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29</w:t>
            </w:r>
          </w:p>
        </w:tc>
        <w:tc>
          <w:tcPr>
            <w:tcW w:type="dxa" w:w="1234"/>
          </w:tcPr>
          <w:p>
            <w:r>
              <w:t>12118203</w:t>
            </w:r>
          </w:p>
        </w:tc>
        <w:tc>
          <w:tcPr>
            <w:tcW w:type="dxa" w:w="1234"/>
          </w:tcPr>
          <w:p>
            <w:r>
              <w:t>刘怀宇</w:t>
            </w:r>
          </w:p>
        </w:tc>
      </w:tr>
      <w:tr>
        <w:tc>
          <w:tcPr>
            <w:tcW w:type="dxa" w:w="1234"/>
          </w:tcPr>
          <w:p>
            <w:r>
              <w:t>6</w:t>
            </w:r>
          </w:p>
        </w:tc>
        <w:tc>
          <w:tcPr>
            <w:tcW w:type="dxa" w:w="1234"/>
          </w:tcPr>
          <w:p>
            <w:r>
              <w:t>12118216</w:t>
            </w:r>
          </w:p>
        </w:tc>
        <w:tc>
          <w:tcPr>
            <w:tcW w:type="dxa" w:w="1234"/>
          </w:tcPr>
          <w:p>
            <w:r>
              <w:t>陈沛彤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30</w:t>
            </w:r>
          </w:p>
        </w:tc>
        <w:tc>
          <w:tcPr>
            <w:tcW w:type="dxa" w:w="1234"/>
          </w:tcPr>
          <w:p>
            <w:r>
              <w:t>12118128</w:t>
            </w:r>
          </w:p>
        </w:tc>
        <w:tc>
          <w:tcPr>
            <w:tcW w:type="dxa" w:w="1234"/>
          </w:tcPr>
          <w:p>
            <w:r>
              <w:t>虞佳青</w:t>
            </w:r>
          </w:p>
        </w:tc>
      </w:tr>
      <w:tr>
        <w:tc>
          <w:tcPr>
            <w:tcW w:type="dxa" w:w="1234"/>
          </w:tcPr>
          <w:p>
            <w:r>
              <w:t>7</w:t>
            </w:r>
          </w:p>
        </w:tc>
        <w:tc>
          <w:tcPr>
            <w:tcW w:type="dxa" w:w="1234"/>
          </w:tcPr>
          <w:p>
            <w:r>
              <w:t>12118315</w:t>
            </w:r>
          </w:p>
        </w:tc>
        <w:tc>
          <w:tcPr>
            <w:tcW w:type="dxa" w:w="1234"/>
          </w:tcPr>
          <w:p>
            <w:r>
              <w:t>武颖珂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31</w:t>
            </w:r>
          </w:p>
        </w:tc>
        <w:tc>
          <w:tcPr>
            <w:tcW w:type="dxa" w:w="1234"/>
          </w:tcPr>
          <w:p>
            <w:r>
              <w:t>12118303</w:t>
            </w:r>
          </w:p>
        </w:tc>
        <w:tc>
          <w:tcPr>
            <w:tcW w:type="dxa" w:w="1234"/>
          </w:tcPr>
          <w:p>
            <w:r>
              <w:t>卢欣雅</w:t>
            </w:r>
          </w:p>
        </w:tc>
      </w:tr>
      <w:tr>
        <w:tc>
          <w:tcPr>
            <w:tcW w:type="dxa" w:w="1234"/>
          </w:tcPr>
          <w:p>
            <w:r>
              <w:t>8</w:t>
            </w:r>
          </w:p>
        </w:tc>
        <w:tc>
          <w:tcPr>
            <w:tcW w:type="dxa" w:w="1234"/>
          </w:tcPr>
          <w:p>
            <w:r>
              <w:t>12118218</w:t>
            </w:r>
          </w:p>
        </w:tc>
        <w:tc>
          <w:tcPr>
            <w:tcW w:type="dxa" w:w="1234"/>
          </w:tcPr>
          <w:p>
            <w:r>
              <w:t>罗沁怡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32</w:t>
            </w:r>
          </w:p>
        </w:tc>
        <w:tc>
          <w:tcPr>
            <w:tcW w:type="dxa" w:w="1234"/>
          </w:tcPr>
          <w:p>
            <w:r>
              <w:t>12118402</w:t>
            </w:r>
          </w:p>
        </w:tc>
        <w:tc>
          <w:tcPr>
            <w:tcW w:type="dxa" w:w="1234"/>
          </w:tcPr>
          <w:p>
            <w:r>
              <w:t>马瑗</w:t>
            </w:r>
          </w:p>
        </w:tc>
      </w:tr>
      <w:tr>
        <w:tc>
          <w:tcPr>
            <w:tcW w:type="dxa" w:w="1234"/>
          </w:tcPr>
          <w:p>
            <w:r>
              <w:t>9</w:t>
            </w:r>
          </w:p>
        </w:tc>
        <w:tc>
          <w:tcPr>
            <w:tcW w:type="dxa" w:w="1234"/>
          </w:tcPr>
          <w:p>
            <w:r>
              <w:t>12118225</w:t>
            </w:r>
          </w:p>
        </w:tc>
        <w:tc>
          <w:tcPr>
            <w:tcW w:type="dxa" w:w="1234"/>
          </w:tcPr>
          <w:p>
            <w:r>
              <w:t>徐雅芸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33</w:t>
            </w:r>
          </w:p>
        </w:tc>
        <w:tc>
          <w:tcPr>
            <w:tcW w:type="dxa" w:w="1234"/>
          </w:tcPr>
          <w:p>
            <w:r>
              <w:t>12118330</w:t>
            </w:r>
          </w:p>
        </w:tc>
        <w:tc>
          <w:tcPr>
            <w:tcW w:type="dxa" w:w="1234"/>
          </w:tcPr>
          <w:p>
            <w:r>
              <w:t>潘扬</w:t>
            </w:r>
          </w:p>
        </w:tc>
      </w:tr>
      <w:tr>
        <w:tc>
          <w:tcPr>
            <w:tcW w:type="dxa" w:w="1234"/>
          </w:tcPr>
          <w:p>
            <w:r>
              <w:t>10</w:t>
            </w:r>
          </w:p>
        </w:tc>
        <w:tc>
          <w:tcPr>
            <w:tcW w:type="dxa" w:w="1234"/>
          </w:tcPr>
          <w:p>
            <w:r>
              <w:t>12118421</w:t>
            </w:r>
          </w:p>
        </w:tc>
        <w:tc>
          <w:tcPr>
            <w:tcW w:type="dxa" w:w="1234"/>
          </w:tcPr>
          <w:p>
            <w:r>
              <w:t>陈星言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34</w:t>
            </w:r>
          </w:p>
        </w:tc>
        <w:tc>
          <w:tcPr>
            <w:tcW w:type="dxa" w:w="1234"/>
          </w:tcPr>
          <w:p>
            <w:r>
              <w:t>12118308</w:t>
            </w:r>
          </w:p>
        </w:tc>
        <w:tc>
          <w:tcPr>
            <w:tcW w:type="dxa" w:w="1234"/>
          </w:tcPr>
          <w:p>
            <w:r>
              <w:t>吴淼</w:t>
            </w:r>
          </w:p>
        </w:tc>
      </w:tr>
      <w:tr>
        <w:tc>
          <w:tcPr>
            <w:tcW w:type="dxa" w:w="1234"/>
          </w:tcPr>
          <w:p>
            <w:r>
              <w:t>11</w:t>
            </w:r>
          </w:p>
        </w:tc>
        <w:tc>
          <w:tcPr>
            <w:tcW w:type="dxa" w:w="1234"/>
          </w:tcPr>
          <w:p>
            <w:r>
              <w:t>12118112</w:t>
            </w:r>
          </w:p>
        </w:tc>
        <w:tc>
          <w:tcPr>
            <w:tcW w:type="dxa" w:w="1234"/>
          </w:tcPr>
          <w:p>
            <w:r>
              <w:t>何佳玥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35</w:t>
            </w:r>
          </w:p>
        </w:tc>
        <w:tc>
          <w:tcPr>
            <w:tcW w:type="dxa" w:w="1234"/>
          </w:tcPr>
          <w:p>
            <w:r>
              <w:t>12118210</w:t>
            </w:r>
          </w:p>
        </w:tc>
        <w:tc>
          <w:tcPr>
            <w:tcW w:type="dxa" w:w="1234"/>
          </w:tcPr>
          <w:p>
            <w:r>
              <w:t>张欢欣</w:t>
            </w:r>
          </w:p>
        </w:tc>
      </w:tr>
      <w:tr>
        <w:tc>
          <w:tcPr>
            <w:tcW w:type="dxa" w:w="1234"/>
          </w:tcPr>
          <w:p>
            <w:r>
              <w:t>12</w:t>
            </w:r>
          </w:p>
        </w:tc>
        <w:tc>
          <w:tcPr>
            <w:tcW w:type="dxa" w:w="1234"/>
          </w:tcPr>
          <w:p>
            <w:r>
              <w:t>12118110</w:t>
            </w:r>
          </w:p>
        </w:tc>
        <w:tc>
          <w:tcPr>
            <w:tcW w:type="dxa" w:w="1234"/>
          </w:tcPr>
          <w:p>
            <w:r>
              <w:t>江雨玟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36</w:t>
            </w:r>
          </w:p>
        </w:tc>
        <w:tc>
          <w:tcPr>
            <w:tcW w:type="dxa" w:w="1234"/>
          </w:tcPr>
          <w:p>
            <w:r>
              <w:t>12118422</w:t>
            </w:r>
          </w:p>
        </w:tc>
        <w:tc>
          <w:tcPr>
            <w:tcW w:type="dxa" w:w="1234"/>
          </w:tcPr>
          <w:p>
            <w:r>
              <w:t>林雨晴</w:t>
            </w:r>
          </w:p>
        </w:tc>
      </w:tr>
      <w:tr>
        <w:tc>
          <w:tcPr>
            <w:tcW w:type="dxa" w:w="1234"/>
          </w:tcPr>
          <w:p>
            <w:r>
              <w:t>13</w:t>
            </w:r>
          </w:p>
        </w:tc>
        <w:tc>
          <w:tcPr>
            <w:tcW w:type="dxa" w:w="1234"/>
          </w:tcPr>
          <w:p>
            <w:r>
              <w:t>12118209</w:t>
            </w:r>
          </w:p>
        </w:tc>
        <w:tc>
          <w:tcPr>
            <w:tcW w:type="dxa" w:w="1234"/>
          </w:tcPr>
          <w:p>
            <w:r>
              <w:t>张羽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37</w:t>
            </w:r>
          </w:p>
        </w:tc>
        <w:tc>
          <w:tcPr>
            <w:tcW w:type="dxa" w:w="1234"/>
          </w:tcPr>
          <w:p>
            <w:r>
              <w:t>12118226</w:t>
            </w:r>
          </w:p>
        </w:tc>
        <w:tc>
          <w:tcPr>
            <w:tcW w:type="dxa" w:w="1234"/>
          </w:tcPr>
          <w:p>
            <w:r>
              <w:t>曾金玉</w:t>
            </w:r>
          </w:p>
        </w:tc>
      </w:tr>
      <w:tr>
        <w:tc>
          <w:tcPr>
            <w:tcW w:type="dxa" w:w="1234"/>
          </w:tcPr>
          <w:p>
            <w:r>
              <w:t>14</w:t>
            </w:r>
          </w:p>
        </w:tc>
        <w:tc>
          <w:tcPr>
            <w:tcW w:type="dxa" w:w="1234"/>
          </w:tcPr>
          <w:p>
            <w:r>
              <w:t>30218109</w:t>
            </w:r>
          </w:p>
        </w:tc>
        <w:tc>
          <w:tcPr>
            <w:tcW w:type="dxa" w:w="1234"/>
          </w:tcPr>
          <w:p>
            <w:r>
              <w:t>李玖婧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38</w:t>
            </w:r>
          </w:p>
        </w:tc>
        <w:tc>
          <w:tcPr>
            <w:tcW w:type="dxa" w:w="1234"/>
          </w:tcPr>
          <w:p>
            <w:r>
              <w:t>12118311</w:t>
            </w:r>
          </w:p>
        </w:tc>
        <w:tc>
          <w:tcPr>
            <w:tcW w:type="dxa" w:w="1234"/>
          </w:tcPr>
          <w:p>
            <w:r>
              <w:t>宋晓燕</w:t>
            </w:r>
          </w:p>
        </w:tc>
      </w:tr>
      <w:tr>
        <w:tc>
          <w:tcPr>
            <w:tcW w:type="dxa" w:w="1234"/>
          </w:tcPr>
          <w:p>
            <w:r>
              <w:t>15</w:t>
            </w:r>
          </w:p>
        </w:tc>
        <w:tc>
          <w:tcPr>
            <w:tcW w:type="dxa" w:w="1234"/>
          </w:tcPr>
          <w:p>
            <w:r>
              <w:t>12118201</w:t>
            </w:r>
          </w:p>
        </w:tc>
        <w:tc>
          <w:tcPr>
            <w:tcW w:type="dxa" w:w="1234"/>
          </w:tcPr>
          <w:p>
            <w:r>
              <w:t>马俊宇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39</w:t>
            </w:r>
          </w:p>
        </w:tc>
        <w:tc>
          <w:tcPr>
            <w:tcW w:type="dxa" w:w="1234"/>
          </w:tcPr>
          <w:p>
            <w:r>
              <w:t>23218114</w:t>
            </w:r>
          </w:p>
        </w:tc>
        <w:tc>
          <w:tcPr>
            <w:tcW w:type="dxa" w:w="1234"/>
          </w:tcPr>
          <w:p>
            <w:r>
              <w:t>孙冬梅</w:t>
            </w:r>
          </w:p>
        </w:tc>
      </w:tr>
      <w:tr>
        <w:tc>
          <w:tcPr>
            <w:tcW w:type="dxa" w:w="1234"/>
          </w:tcPr>
          <w:p>
            <w:r>
              <w:t>16</w:t>
            </w:r>
          </w:p>
        </w:tc>
        <w:tc>
          <w:tcPr>
            <w:tcW w:type="dxa" w:w="1234"/>
          </w:tcPr>
          <w:p>
            <w:r>
              <w:t>12118420</w:t>
            </w:r>
          </w:p>
        </w:tc>
        <w:tc>
          <w:tcPr>
            <w:tcW w:type="dxa" w:w="1234"/>
          </w:tcPr>
          <w:p>
            <w:r>
              <w:t>陈京祺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40</w:t>
            </w:r>
          </w:p>
        </w:tc>
        <w:tc>
          <w:tcPr>
            <w:tcW w:type="dxa" w:w="1234"/>
          </w:tcPr>
          <w:p>
            <w:r>
              <w:t>12118207</w:t>
            </w:r>
          </w:p>
        </w:tc>
        <w:tc>
          <w:tcPr>
            <w:tcW w:type="dxa" w:w="1234"/>
          </w:tcPr>
          <w:p>
            <w:r>
              <w:t>李家徐</w:t>
            </w:r>
          </w:p>
        </w:tc>
      </w:tr>
      <w:tr>
        <w:tc>
          <w:tcPr>
            <w:tcW w:type="dxa" w:w="1234"/>
          </w:tcPr>
          <w:p>
            <w:r>
              <w:t>17</w:t>
            </w:r>
          </w:p>
        </w:tc>
        <w:tc>
          <w:tcPr>
            <w:tcW w:type="dxa" w:w="1234"/>
          </w:tcPr>
          <w:p>
            <w:r>
              <w:t>12118202</w:t>
            </w:r>
          </w:p>
        </w:tc>
        <w:tc>
          <w:tcPr>
            <w:tcW w:type="dxa" w:w="1234"/>
          </w:tcPr>
          <w:p>
            <w:r>
              <w:t>吕长宁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41</w:t>
            </w:r>
          </w:p>
        </w:tc>
        <w:tc>
          <w:tcPr>
            <w:tcW w:type="dxa" w:w="1234"/>
          </w:tcPr>
          <w:p>
            <w:r>
              <w:t>12118325</w:t>
            </w:r>
          </w:p>
        </w:tc>
        <w:tc>
          <w:tcPr>
            <w:tcW w:type="dxa" w:w="1234"/>
          </w:tcPr>
          <w:p>
            <w:r>
              <w:t>黄雯雯</w:t>
            </w:r>
          </w:p>
        </w:tc>
      </w:tr>
      <w:tr>
        <w:tc>
          <w:tcPr>
            <w:tcW w:type="dxa" w:w="1234"/>
          </w:tcPr>
          <w:p>
            <w:r>
              <w:t>18</w:t>
            </w:r>
          </w:p>
        </w:tc>
        <w:tc>
          <w:tcPr>
            <w:tcW w:type="dxa" w:w="1234"/>
          </w:tcPr>
          <w:p>
            <w:r>
              <w:t>12118129</w:t>
            </w:r>
          </w:p>
        </w:tc>
        <w:tc>
          <w:tcPr>
            <w:tcW w:type="dxa" w:w="1234"/>
          </w:tcPr>
          <w:p>
            <w:r>
              <w:t>管晨铮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42</w:t>
            </w:r>
          </w:p>
        </w:tc>
        <w:tc>
          <w:tcPr>
            <w:tcW w:type="dxa" w:w="1234"/>
          </w:tcPr>
          <w:p>
            <w:r>
              <w:t>12118424</w:t>
            </w:r>
          </w:p>
        </w:tc>
        <w:tc>
          <w:tcPr>
            <w:tcW w:type="dxa" w:w="1234"/>
          </w:tcPr>
          <w:p>
            <w:r>
              <w:t>岳玉津</w:t>
            </w:r>
          </w:p>
        </w:tc>
      </w:tr>
      <w:tr>
        <w:tc>
          <w:tcPr>
            <w:tcW w:type="dxa" w:w="1234"/>
          </w:tcPr>
          <w:p>
            <w:r>
              <w:t>19</w:t>
            </w:r>
          </w:p>
        </w:tc>
        <w:tc>
          <w:tcPr>
            <w:tcW w:type="dxa" w:w="1234"/>
          </w:tcPr>
          <w:p>
            <w:r>
              <w:t>12118125</w:t>
            </w:r>
          </w:p>
        </w:tc>
        <w:tc>
          <w:tcPr>
            <w:tcW w:type="dxa" w:w="1234"/>
          </w:tcPr>
          <w:p>
            <w:r>
              <w:t>席佳乐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43</w:t>
            </w:r>
          </w:p>
        </w:tc>
        <w:tc>
          <w:tcPr>
            <w:tcW w:type="dxa" w:w="1234"/>
          </w:tcPr>
          <w:p>
            <w:r>
              <w:t>12118228</w:t>
            </w:r>
          </w:p>
        </w:tc>
        <w:tc>
          <w:tcPr>
            <w:tcW w:type="dxa" w:w="1234"/>
          </w:tcPr>
          <w:p>
            <w:r>
              <w:t>鲍珏亭</w:t>
            </w:r>
          </w:p>
        </w:tc>
      </w:tr>
      <w:tr>
        <w:tc>
          <w:tcPr>
            <w:tcW w:type="dxa" w:w="1234"/>
          </w:tcPr>
          <w:p>
            <w:r>
              <w:t>20</w:t>
            </w:r>
          </w:p>
        </w:tc>
        <w:tc>
          <w:tcPr>
            <w:tcW w:type="dxa" w:w="1234"/>
          </w:tcPr>
          <w:p>
            <w:r>
              <w:t>12116104</w:t>
            </w:r>
          </w:p>
        </w:tc>
        <w:tc>
          <w:tcPr>
            <w:tcW w:type="dxa" w:w="1234"/>
          </w:tcPr>
          <w:p>
            <w:r>
              <w:t>王丽媛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44</w:t>
            </w:r>
          </w:p>
        </w:tc>
        <w:tc>
          <w:tcPr>
            <w:tcW w:type="dxa" w:w="1234"/>
          </w:tcPr>
          <w:p>
            <w:r>
              <w:t>12118206</w:t>
            </w:r>
          </w:p>
        </w:tc>
        <w:tc>
          <w:tcPr>
            <w:tcW w:type="dxa" w:w="1234"/>
          </w:tcPr>
          <w:p>
            <w:r>
              <w:t>李佳融</w:t>
            </w:r>
          </w:p>
        </w:tc>
      </w:tr>
      <w:tr>
        <w:tc>
          <w:tcPr>
            <w:tcW w:type="dxa" w:w="1234"/>
          </w:tcPr>
          <w:p>
            <w:r>
              <w:t>21</w:t>
            </w:r>
          </w:p>
        </w:tc>
        <w:tc>
          <w:tcPr>
            <w:tcW w:type="dxa" w:w="1234"/>
          </w:tcPr>
          <w:p>
            <w:r>
              <w:t>12118105</w:t>
            </w:r>
          </w:p>
        </w:tc>
        <w:tc>
          <w:tcPr>
            <w:tcW w:type="dxa" w:w="1234"/>
          </w:tcPr>
          <w:p>
            <w:r>
              <w:t>刘天力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45</w:t>
            </w:r>
          </w:p>
        </w:tc>
        <w:tc>
          <w:tcPr>
            <w:tcW w:type="dxa" w:w="1234"/>
          </w:tcPr>
          <w:p>
            <w:r>
              <w:t>12118101</w:t>
            </w:r>
          </w:p>
        </w:tc>
        <w:tc>
          <w:tcPr>
            <w:tcW w:type="dxa" w:w="1234"/>
          </w:tcPr>
          <w:p>
            <w:r>
              <w:t>丁超豪</w:t>
            </w:r>
          </w:p>
        </w:tc>
      </w:tr>
      <w:tr>
        <w:tc>
          <w:tcPr>
            <w:tcW w:type="dxa" w:w="1234"/>
          </w:tcPr>
          <w:p>
            <w:r>
              <w:t>22</w:t>
            </w:r>
          </w:p>
        </w:tc>
        <w:tc>
          <w:tcPr>
            <w:tcW w:type="dxa" w:w="1234"/>
          </w:tcPr>
          <w:p>
            <w:r>
              <w:t>12118227</w:t>
            </w:r>
          </w:p>
        </w:tc>
        <w:tc>
          <w:tcPr>
            <w:tcW w:type="dxa" w:w="1234"/>
          </w:tcPr>
          <w:p>
            <w:r>
              <w:t>谢思怡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46</w:t>
            </w:r>
          </w:p>
        </w:tc>
        <w:tc>
          <w:tcPr>
            <w:tcW w:type="dxa" w:w="1234"/>
          </w:tcPr>
          <w:p>
            <w:r>
              <w:t>12118121</w:t>
            </w:r>
          </w:p>
        </w:tc>
        <w:tc>
          <w:tcPr>
            <w:tcW w:type="dxa" w:w="1234"/>
          </w:tcPr>
          <w:p>
            <w:r>
              <w:t>顾芯伊</w:t>
            </w:r>
          </w:p>
        </w:tc>
      </w:tr>
      <w:tr>
        <w:tc>
          <w:tcPr>
            <w:tcW w:type="dxa" w:w="1234"/>
          </w:tcPr>
          <w:p>
            <w:r>
              <w:t>23</w:t>
            </w:r>
          </w:p>
        </w:tc>
        <w:tc>
          <w:tcPr>
            <w:tcW w:type="dxa" w:w="1234"/>
          </w:tcPr>
          <w:p>
            <w:r>
              <w:t>35118226</w:t>
            </w:r>
          </w:p>
        </w:tc>
        <w:tc>
          <w:tcPr>
            <w:tcW w:type="dxa" w:w="1234"/>
          </w:tcPr>
          <w:p>
            <w:r>
              <w:t>陶乔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47</w:t>
            </w:r>
          </w:p>
        </w:tc>
        <w:tc>
          <w:tcPr>
            <w:tcW w:type="dxa" w:w="1234"/>
          </w:tcPr>
          <w:p>
            <w:r>
              <w:t>12118408</w:t>
            </w:r>
          </w:p>
        </w:tc>
        <w:tc>
          <w:tcPr>
            <w:tcW w:type="dxa" w:w="1234"/>
          </w:tcPr>
          <w:p>
            <w:r>
              <w:t>邓莹</w:t>
            </w:r>
          </w:p>
        </w:tc>
      </w:tr>
      <w:tr>
        <w:tc>
          <w:tcPr>
            <w:tcW w:type="dxa" w:w="1234"/>
          </w:tcPr>
          <w:p>
            <w:r>
              <w:t>24</w:t>
            </w:r>
          </w:p>
        </w:tc>
        <w:tc>
          <w:tcPr>
            <w:tcW w:type="dxa" w:w="1234"/>
          </w:tcPr>
          <w:p>
            <w:r>
              <w:t>12118310</w:t>
            </w:r>
          </w:p>
        </w:tc>
        <w:tc>
          <w:tcPr>
            <w:tcW w:type="dxa" w:w="1234"/>
          </w:tcPr>
          <w:p>
            <w:r>
              <w:t>邹欣芮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</w:tbl>
    <w:p>
      <w:r>
        <w:t>如对以上拟推荐结果有异议者,请于2021年9月24日下午5:30前反馈至学院教务办,联系电话:025-84399002,邮箱:xulina@njau.edu.cn。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