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 </w:t>
      </w:r>
    </w:p>
    <w:p>
      <w:r>
        <w:t xml:space="preserve"> - 1 -   </w:t>
      </w:r>
    </w:p>
    <w:p>
      <w:r>
        <w:t xml:space="preserve"> </w:t>
      </w:r>
    </w:p>
    <w:p>
      <w:r>
        <w:t xml:space="preserve">南 京 农 业 大 学文件  </w:t>
      </w:r>
    </w:p>
    <w:p>
      <w:r>
        <w:t xml:space="preserve"> </w:t>
      </w:r>
    </w:p>
    <w:p>
      <w:r>
        <w:t xml:space="preserve"> </w:t>
      </w:r>
    </w:p>
    <w:p>
      <w:r>
        <w:t xml:space="preserve">校教发〔2020〕191 号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南京农业大学关于做好2021 年推荐优秀应届 </w:t>
      </w:r>
    </w:p>
    <w:p>
      <w:r>
        <w:t xml:space="preserve">本科毕业生免试攻读研究生推荐工作的通知 </w:t>
      </w:r>
    </w:p>
    <w:p>
      <w:r>
        <w:t xml:space="preserve"> </w:t>
      </w:r>
    </w:p>
    <w:p>
      <w:r>
        <w:t xml:space="preserve">各学院、各单位： </w:t>
      </w:r>
    </w:p>
    <w:p>
      <w:r>
        <w:t>根据教育部《关于进一步规范和加强推荐优秀应届本科毕业</w:t>
      </w:r>
    </w:p>
    <w:p>
      <w:r>
        <w:t>生免试攻读研究生工作的通知》和《教育部关于做好2021 年推荐</w:t>
      </w:r>
    </w:p>
    <w:p>
      <w:r>
        <w:t>优秀应届本科毕业生免试攻读研究生工作的通知》 （教学司函</w:t>
      </w:r>
    </w:p>
    <w:p>
      <w:r>
        <w:t>[2020]38 号） 文件的精神， 现就做好我校2021 年推荐免试研究生</w:t>
      </w:r>
    </w:p>
    <w:p>
      <w:r>
        <w:t xml:space="preserve">推荐工作通知如下： </w:t>
      </w:r>
    </w:p>
    <w:p>
      <w:r>
        <w:t xml:space="preserve">一、组织领导 </w:t>
      </w:r>
    </w:p>
    <w:p>
      <w:r>
        <w:t>1.学校成立2021 年推荐免试研究生工作领导小组，主要负责</w:t>
      </w:r>
    </w:p>
    <w:p>
      <w:r>
        <w:t>审议学校推免方案、分配推荐名额、审定推荐名单等。小组成员</w:t>
      </w:r>
    </w:p>
    <w:p>
      <w:r>
        <w:t xml:space="preserve"> </w:t>
      </w:r>
    </w:p>
    <w:p>
      <w:r>
        <w:t xml:space="preserve"> - 2 -   </w:t>
      </w:r>
    </w:p>
    <w:p>
      <w:r>
        <w:t xml:space="preserve">为： </w:t>
      </w:r>
    </w:p>
    <w:p>
      <w:r>
        <w:t xml:space="preserve">组  长：陈发棣 </w:t>
      </w:r>
    </w:p>
    <w:p>
      <w:r>
        <w:t xml:space="preserve">副组长：董维春  刘营军 </w:t>
      </w:r>
    </w:p>
    <w:p>
      <w:r>
        <w:t xml:space="preserve">成  员（按姓氏笔画排序） ： </w:t>
      </w:r>
    </w:p>
    <w:p>
      <w:r>
        <w:t xml:space="preserve">刘  亮  张  炜  吴益东  吴  震  姜  东   </w:t>
      </w:r>
    </w:p>
    <w:p>
      <w:r>
        <w:t xml:space="preserve">倪丹梅  黄水清  谭智赟  </w:t>
      </w:r>
    </w:p>
    <w:p>
      <w:r>
        <w:t>2.各学院成立免试研究生推荐工作小组，由学院主要负责人、</w:t>
      </w:r>
    </w:p>
    <w:p>
      <w:r>
        <w:t>主管学院本科生、研究生、学生工作的负责人和具有相关学科副</w:t>
      </w:r>
    </w:p>
    <w:p>
      <w:r>
        <w:t>教授以上职称的教师代表组成，一般不少于5 人。负责对学院具</w:t>
      </w:r>
    </w:p>
    <w:p>
      <w:r>
        <w:t>体推免工作实施办法进行研究、集体决策，对申请推免的学生资</w:t>
      </w:r>
    </w:p>
    <w:p>
      <w:r>
        <w:t xml:space="preserve">格条件进行审核认定，对学院推荐名单进行审定。 </w:t>
      </w:r>
    </w:p>
    <w:p>
      <w:r>
        <w:t xml:space="preserve">二、推荐条件 </w:t>
      </w:r>
    </w:p>
    <w:p>
      <w:r>
        <w:t>1.拥护中国共产党的领导，愿为社会主义现代化建设服务，</w:t>
      </w:r>
    </w:p>
    <w:p>
      <w:r>
        <w:t>政治立场坚定，思想品德良好，遵纪守法，诚实守信，勤奋好学，</w:t>
      </w:r>
    </w:p>
    <w:p>
      <w:r>
        <w:t xml:space="preserve">具有较强的学习、研究和独立工作能力，各学年综合测评优良。 </w:t>
      </w:r>
    </w:p>
    <w:p>
      <w:r>
        <w:t xml:space="preserve">2.必修课无不及格记录。 </w:t>
      </w:r>
    </w:p>
    <w:p>
      <w:r>
        <w:t>3.英语 CET4 级 460 分及以上， 或CET6 级 426 分及以上， 或</w:t>
      </w:r>
    </w:p>
    <w:p>
      <w:r>
        <w:t>托福 80 分及以上， 或GRE1200 分及以上， 或雅思 （A 类）6 分及</w:t>
      </w:r>
    </w:p>
    <w:p>
      <w:r>
        <w:t xml:space="preserve">以上。 </w:t>
      </w:r>
    </w:p>
    <w:p>
      <w:r>
        <w:t xml:space="preserve">4.达到大学生体育锻炼标准，身体健康。 </w:t>
      </w:r>
    </w:p>
    <w:p>
      <w:r>
        <w:t xml:space="preserve">5.未有任何尚在期限内的处分。 </w:t>
      </w:r>
    </w:p>
    <w:p>
      <w:r>
        <w:t xml:space="preserve">三、推荐名额 </w:t>
      </w:r>
    </w:p>
    <w:p>
      <w:r>
        <w:t xml:space="preserve"> </w:t>
      </w:r>
    </w:p>
    <w:p>
      <w:r>
        <w:t xml:space="preserve"> - 3 -   </w:t>
      </w:r>
    </w:p>
    <w:p>
      <w:r>
        <w:t>所有推免生均享有依据招生政策自主选择报考招生单位和专</w:t>
      </w:r>
    </w:p>
    <w:p>
      <w:r>
        <w:t>业的权利，所有推荐名额（除有特殊政策要求的专项计划外） ，均</w:t>
      </w:r>
    </w:p>
    <w:p>
      <w:r>
        <w:t xml:space="preserve">可向其他招生单位推荐。 </w:t>
      </w:r>
    </w:p>
    <w:p>
      <w:r>
        <w:t>2021 年继续执行“研究生支教团”政策，教育部另外下拨14</w:t>
      </w:r>
    </w:p>
    <w:p>
      <w:r>
        <w:t xml:space="preserve">个研究生支教团专项指标，由校团委负责遴选。 </w:t>
      </w:r>
    </w:p>
    <w:p>
      <w:r>
        <w:t xml:space="preserve">四、工作要求 </w:t>
      </w:r>
    </w:p>
    <w:p>
      <w:r>
        <w:t xml:space="preserve">1.落实立德树人根本任务 </w:t>
      </w:r>
    </w:p>
    <w:p>
      <w:r>
        <w:t>各学院要坚持德智体美劳全面衡量，以德为先，把学生思想</w:t>
      </w:r>
    </w:p>
    <w:p>
      <w:r>
        <w:t>品德考核作为推免生遴选的重要内容和录取的重要依据。要严格</w:t>
      </w:r>
    </w:p>
    <w:p>
      <w:r>
        <w:t>遵循实事求是的原则，注重对学生政治态度、思想表现、道德品</w:t>
      </w:r>
    </w:p>
    <w:p>
      <w:r>
        <w:t>质、科学精神、诚实守信、遵纪守法等方面的考察，思想品德考</w:t>
      </w:r>
    </w:p>
    <w:p>
      <w:r>
        <w:t xml:space="preserve">核不合格者不予推荐和录取。 </w:t>
      </w:r>
    </w:p>
    <w:p>
      <w:r>
        <w:t xml:space="preserve">2.突出考查学生的一贯学业表现 </w:t>
      </w:r>
    </w:p>
    <w:p>
      <w:r>
        <w:t>学院要加强对学生本科阶段学习情况的过程性评价，将本科</w:t>
      </w:r>
    </w:p>
    <w:p>
      <w:r>
        <w:t>阶段学业综合成绩作为推免工作最基础的遴选指标，不得专门组</w:t>
      </w:r>
    </w:p>
    <w:p>
      <w:r>
        <w:t>织遴选推免生的考试（包括笔试、面试等） 。本科阶段学业综合成</w:t>
      </w:r>
    </w:p>
    <w:p>
      <w:r>
        <w:t>绩为学生的GPA 成绩， 不得低于推免遴选综合评价成绩的65%。学</w:t>
      </w:r>
    </w:p>
    <w:p>
      <w:r>
        <w:t>生学习成绩 GPA 绩点以推荐免试工作进行时教务处数据库中的数</w:t>
      </w:r>
    </w:p>
    <w:p>
      <w:r>
        <w:t xml:space="preserve">据为准。 </w:t>
      </w:r>
    </w:p>
    <w:p>
      <w:r>
        <w:t xml:space="preserve">3.引导学生全面发展 </w:t>
      </w:r>
    </w:p>
    <w:p>
      <w:r>
        <w:t>各学院要把学生在校期间参军入伍服兵役、参加志愿服务、</w:t>
      </w:r>
    </w:p>
    <w:p>
      <w:r>
        <w:t>到国际组织实习、科研成果、竞赛获奖等符合全面发展价值导向</w:t>
      </w:r>
    </w:p>
    <w:p>
      <w:r>
        <w:t xml:space="preserve"> </w:t>
      </w:r>
    </w:p>
    <w:p>
      <w:r>
        <w:t xml:space="preserve"> - 4 -   </w:t>
      </w:r>
    </w:p>
    <w:p>
      <w:r>
        <w:t>等因素纳入学校推免生遴选指标体系。要合理设置各遴选指标所</w:t>
      </w:r>
    </w:p>
    <w:p>
      <w:r>
        <w:t>占权重及单项指标上限分值，学生在某一方面有多项加分情况时，</w:t>
      </w:r>
    </w:p>
    <w:p>
      <w:r>
        <w:t>原则上只取一项，不得为仅符合单一或部分遴选指标的学生单列</w:t>
      </w:r>
    </w:p>
    <w:p>
      <w:r>
        <w:t xml:space="preserve">计划或者破格推荐。 </w:t>
      </w:r>
    </w:p>
    <w:p>
      <w:r>
        <w:t xml:space="preserve">4.严格审核认定学生的特殊学术专长 </w:t>
      </w:r>
    </w:p>
    <w:p>
      <w:r>
        <w:t>推免生学术专长原则上仅限学生本科阶段在核心期刊上以独</w:t>
      </w:r>
    </w:p>
    <w:p>
      <w:r>
        <w:t>立作者或者第一作者发表的与学业相关的科研论文；作为主力成</w:t>
      </w:r>
    </w:p>
    <w:p>
      <w:r>
        <w:t>员参加与学业相关的国内权威科研竞赛（全国赛）并获得三等奖</w:t>
      </w:r>
    </w:p>
    <w:p>
      <w:r>
        <w:t>以上奖励（国际赛事参照执行，但不得低于国内赛事相关要求） 。</w:t>
      </w:r>
    </w:p>
    <w:p>
      <w:r>
        <w:t>学生与直系亲属或学历、职称、职务明显高于本人者合作的科研</w:t>
      </w:r>
    </w:p>
    <w:p>
      <w:r>
        <w:t>成果、竞赛奖项等仅作为参考，不纳入学生本人推免遴选综合评</w:t>
      </w:r>
    </w:p>
    <w:p>
      <w:r>
        <w:t>价成绩计算体系，同等条件下可优先考虑。对于社会质疑较多的</w:t>
      </w:r>
    </w:p>
    <w:p>
      <w:r>
        <w:t xml:space="preserve">赛事、刊物，各学院要严格把握。 </w:t>
      </w:r>
    </w:p>
    <w:p>
      <w:r>
        <w:t>学院免试研究生推荐工作小组应对申请推免资格学生的科研</w:t>
      </w:r>
    </w:p>
    <w:p>
      <w:r>
        <w:t>创新成果、论文、竞赛获奖奖项及内容进行审核鉴定，排除抄袭、</w:t>
      </w:r>
    </w:p>
    <w:p>
      <w:r>
        <w:t>造假、冒名及有名无实等情况，并组织相关学生在一定范围内进</w:t>
      </w:r>
    </w:p>
    <w:p>
      <w:r>
        <w:t>行公开答辩。对学生提交的多篇科研成果实行代表作评价，评价</w:t>
      </w:r>
    </w:p>
    <w:p>
      <w:r>
        <w:t>重点聚焦到创新质量和个人贡献。学院免试研究生推荐工作小组</w:t>
      </w:r>
    </w:p>
    <w:p>
      <w:r>
        <w:t>及每位成员都要给出明确审核鉴定意见并签字存档。答辩全程要</w:t>
      </w:r>
    </w:p>
    <w:p>
      <w:r>
        <w:t>录音录像，答辩结果要公开公示。通过审核鉴定或答辩的学生特</w:t>
      </w:r>
    </w:p>
    <w:p>
      <w:r>
        <w:t>殊学术专长，须在推免系统和本单位网站上予以公示。未通过审</w:t>
      </w:r>
    </w:p>
    <w:p>
      <w:r>
        <w:t xml:space="preserve">核鉴定或答辩的，不得纳入推免遴选综合评价成绩计算体系。 </w:t>
      </w:r>
    </w:p>
    <w:p>
      <w:r>
        <w:t xml:space="preserve"> </w:t>
      </w:r>
    </w:p>
    <w:p>
      <w:r>
        <w:t xml:space="preserve"> - 5 -   </w:t>
      </w:r>
    </w:p>
    <w:p>
      <w:r>
        <w:t xml:space="preserve">5.工作原则 </w:t>
      </w:r>
    </w:p>
    <w:p>
      <w:r>
        <w:t>加强组织领导，主要负责同志要对本学院推免工作亲自把关，</w:t>
      </w:r>
    </w:p>
    <w:p>
      <w:r>
        <w:t>坚决杜绝弄虚作假，严防不正之风。学院要切实保障考生自主报</w:t>
      </w:r>
    </w:p>
    <w:p>
      <w:r>
        <w:t>考,所有推免生均享有依据招生政策自主选择报考研究生招生单</w:t>
      </w:r>
    </w:p>
    <w:p>
      <w:r>
        <w:t>位和专业的权利，鼓励推免生在不同地区间、不同招生单位间及</w:t>
      </w:r>
    </w:p>
    <w:p>
      <w:r>
        <w:t xml:space="preserve">不同学科间的交流。 </w:t>
      </w:r>
    </w:p>
    <w:p>
      <w:r>
        <w:t>坚持公开公正和公平透明原则，统一标准、统一程序选拔考</w:t>
      </w:r>
    </w:p>
    <w:p>
      <w:r>
        <w:t>核，工作小组相关人员应实行亲属回避制度。所有获得申请推免</w:t>
      </w:r>
    </w:p>
    <w:p>
      <w:r>
        <w:t>资格的学生，由学院推免工作小组审核并报学校推荐免试研究生</w:t>
      </w:r>
    </w:p>
    <w:p>
      <w:r>
        <w:t>工作领导小组审议通过、公示无异议后，方能获得推荐资格。要</w:t>
      </w:r>
    </w:p>
    <w:p>
      <w:r>
        <w:t>将学生对推免程序、标准的意见和对结果的异议纳入本单位信访</w:t>
      </w:r>
    </w:p>
    <w:p>
      <w:r>
        <w:t>举报、申诉受理机制，充分保证学生反映问题以及申诉渠道畅通，</w:t>
      </w:r>
    </w:p>
    <w:p>
      <w:r>
        <w:t>及时发现、坚决纠正推免工作中出现的错误。对在推免过程中弄</w:t>
      </w:r>
    </w:p>
    <w:p>
      <w:r>
        <w:t>虚作假，有论文抄袭、虚报获奖或科研成果等学术不端行为或者</w:t>
      </w:r>
    </w:p>
    <w:p>
      <w:r>
        <w:t>有其他严重影响推免过程和结果公平公正行为的学生，一经查实，</w:t>
      </w:r>
    </w:p>
    <w:p>
      <w:r>
        <w:t xml:space="preserve">将取消推免资格。 </w:t>
      </w:r>
    </w:p>
    <w:p>
      <w:r>
        <w:t xml:space="preserve">五、时间安排 </w:t>
      </w:r>
    </w:p>
    <w:p>
      <w:r>
        <w:t>1.9 月 21 日前：学院成立推荐免试研究生工作小组，制定本</w:t>
      </w:r>
    </w:p>
    <w:p>
      <w:r>
        <w:t>学院推荐免试研究生推荐办法（含综合评价方案） ，报教务处综合</w:t>
      </w:r>
    </w:p>
    <w:p>
      <w:r>
        <w:t xml:space="preserve">科，经校推荐免试研究生工作领导小组审核同意后公布执行。 </w:t>
      </w:r>
    </w:p>
    <w:p>
      <w:r>
        <w:t>2.9 月 23 日前：推荐生与所在学院联系，办理申请手续，并</w:t>
      </w:r>
    </w:p>
    <w:p>
      <w:r>
        <w:t>提交 《推免生申请表》 （附件 1） 、 《推免生政治思想情况表》 （附件</w:t>
      </w:r>
    </w:p>
    <w:p>
      <w:r>
        <w:t xml:space="preserve"> </w:t>
      </w:r>
    </w:p>
    <w:p>
      <w:r>
        <w:t xml:space="preserve"> - 6 -   </w:t>
      </w:r>
    </w:p>
    <w:p>
      <w:r>
        <w:t>2） 、英语考级证书、各类获奖证书、公开发表的论文等材料复印</w:t>
      </w:r>
    </w:p>
    <w:p>
      <w:r>
        <w:t>件。本科成绩须学校教务部门盖章，其他材料可由考生所在学院</w:t>
      </w:r>
    </w:p>
    <w:p>
      <w:r>
        <w:t xml:space="preserve">审核盖章。 </w:t>
      </w:r>
    </w:p>
    <w:p>
      <w:r>
        <w:t xml:space="preserve">    3.9 月 28 日前：各学院向校推荐免试研究生工作领导小组上</w:t>
      </w:r>
    </w:p>
    <w:p>
      <w:r>
        <w:t>报拟推荐免试名单（电子稿按照附件3 格式报送） ，同时报送拟推</w:t>
      </w:r>
    </w:p>
    <w:p>
      <w:r>
        <w:t xml:space="preserve">荐学生本科阶段学习成绩单 （PDF 格式） ， 由教务处进行名单公示。 </w:t>
      </w:r>
    </w:p>
    <w:p>
      <w:r>
        <w:t xml:space="preserve"> </w:t>
      </w:r>
    </w:p>
    <w:p>
      <w:r>
        <w:t xml:space="preserve">附件：1.推荐免试生申请表  </w:t>
      </w:r>
    </w:p>
    <w:p>
      <w:r>
        <w:t xml:space="preserve">      2.推免生政治思想情况表 </w:t>
      </w:r>
    </w:p>
    <w:p>
      <w:r>
        <w:t xml:space="preserve">3.各学院推荐名单汇总模板 </w:t>
      </w:r>
    </w:p>
    <w:p>
      <w:r>
        <w:t xml:space="preserve"> </w:t>
      </w:r>
    </w:p>
    <w:p>
      <w:r>
        <w:t xml:space="preserve"> </w:t>
      </w:r>
    </w:p>
    <w:p>
      <w:r>
        <w:t xml:space="preserve">南京农业大学  </w:t>
      </w:r>
    </w:p>
    <w:p>
      <w:r>
        <w:t xml:space="preserve">2020 年 9 月 19 日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</w:t>
      </w:r>
    </w:p>
    <w:p>
      <w:r>
        <w:t xml:space="preserve">  南京农业大学校长办公室                    2020 年 9 月 21 日印发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