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人工智能学院开放免试推荐读研补录名额通知</w:t>
      </w:r>
    </w:p>
    <w:p>
      <w:pPr>
        <w:pStyle w:val="Heading2"/>
      </w:pPr>
      <w:r>
        <w:t>通知公告</w:t>
      </w:r>
    </w:p>
    <w:p>
      <w:r>
        <w:t>当前位置:首页&gt;人才培养&gt;本科生&gt;通知公告&gt;正文</w:t>
      </w:r>
    </w:p>
    <w:p>
      <w:r>
        <w:t>作者：来源：发布时间:2024-09-14点击量：3484</w:t>
      </w:r>
    </w:p>
    <w:p>
      <w:r>
        <w:t>各位同学：</w:t>
      </w:r>
    </w:p>
    <w:p>
      <w:r>
        <w:t>由于第一批保研名额有剩余，人工智能学院现开放免试推荐读研补录名额。符合保研条件的同学请务必于2024年9月15日12:30-15:00期间，携带以下材料到12栋A827提交：</w:t>
      </w:r>
    </w:p>
    <w:p>
      <w:r>
        <w:t>1.《南京农业大学2025年推荐免试生申请表》</w:t>
      </w:r>
    </w:p>
    <w:p>
      <w:r>
        <w:t>2.《2025年免试推荐研究生诚信承诺书》</w:t>
      </w:r>
    </w:p>
    <w:p>
      <w:r>
        <w:t>3.相关材料复印件及原件（原件现场备查）</w:t>
      </w:r>
    </w:p>
    <w:p>
      <w:r>
        <w:t>现场将进行各项加分核算，请同学们核对并确认加分情况后签字。过期将不再办理。</w:t>
      </w:r>
    </w:p>
    <w:p>
      <w:r>
        <w:t>请各位同学严格按照要求准备材料，并在规定时间内到场办理。</w:t>
      </w:r>
    </w:p>
    <w:p>
      <w:r>
        <w:t>人工智能学院</w:t>
      </w:r>
    </w:p>
    <w:p>
      <w:r>
        <w:t>2024年9月14日</w:t>
      </w:r>
    </w:p>
    <w:p>
      <w:r>
        <w:t>上一篇：人工智能学院2025年拟推荐免试读研名单（第二批）下一篇：人工智能学院2025年拟推荐免试读研名单（第一批）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