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人工智能学院2025年拟推荐免试读研名单（第二批）</w:t>
      </w:r>
    </w:p>
    <w:p>
      <w:pPr>
        <w:pStyle w:val="Heading2"/>
      </w:pPr>
      <w:r>
        <w:t>通知公告</w:t>
      </w:r>
    </w:p>
    <w:p>
      <w:r>
        <w:t>当前位置:首页&gt;人才培养&gt;本科生&gt;通知公告&gt;正文</w:t>
      </w:r>
    </w:p>
    <w:p>
      <w:r>
        <w:t>作者：来源：发布时间:2024-09-18点击量：7070</w:t>
      </w:r>
    </w:p>
    <w:p>
      <w:r>
        <w:t>1.人工智能学院202 5年第二批免试推荐读研拟推荐名单见附件，如有异议，与人工智能学院教务办公室联系，也可查阅同学提交的免试推荐读研材料。联系与查询时间：9月18日15：00-17：00，地点滨江校区12栋A807，联系电话：025-58606 505。</w:t>
      </w:r>
    </w:p>
    <w:p>
      <w:r>
        <w:t>2.如发现有同学所提交的材料弄虚作假，则取消推免资格。</w:t>
      </w:r>
    </w:p>
    <w:p>
      <w:pPr>
        <w:pStyle w:val="ListBullet"/>
      </w:pPr>
      <w:r>
        <w:t>附件【人工智能学院2025年免试推荐读研拟推荐名单（第二批）.xlsx】已下载4306次</w:t>
      </w:r>
    </w:p>
    <w:p>
      <w:r>
        <w:t>上一篇：关于做好2024级电信大类本科生专业分流工作的通知下一篇：人工智能学院开放免试推荐读研补录名额通知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