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关于南京农业大学工学院2026年推荐优秀应届本科毕业生免试攻读研究生工作方案的公示</w:t>
      </w:r>
    </w:p>
    <w:p>
      <w:r>
        <w:t>为做好2026年推荐优秀应届本科毕业生免试攻读研究生工作，进一步完善拔尖创新人才发现及培养机制，根据《南京农业大学关于开展2026年推荐优秀应届本科毕业生免试攻读研究生学院工作方案修订工作的通知》（校教发〔2025〕34号）文件要求，已对我院2026年推荐免试攻读研究生工作方案进行修订。</w:t>
      </w:r>
    </w:p>
    <w:p>
      <w:r>
        <w:t>现将修订方案予以公示（修订方案见附件），公示时间：2025年3月14日至3月18日。</w:t>
      </w:r>
    </w:p>
    <w:p>
      <w:r>
        <w:t>纸质材料公示地点：滨江校区工学楼（12#）B461教务办公室宣传栏。</w:t>
      </w:r>
    </w:p>
    <w:p>
      <w:r>
        <w:t>如有异议，请于3月18日下班前反馈。谢谢！</w:t>
      </w:r>
    </w:p>
    <w:p>
      <w:r>
        <w:t>联系人：王老师联系电话：58606580</w:t>
      </w:r>
    </w:p>
    <w:p>
      <w:r>
        <w:t>南京农业大学工学院</w:t>
      </w:r>
    </w:p>
    <w:p>
      <w:r>
        <w:t>2025年3月14日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