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外国语学院关于2026年推荐优秀应届本科毕业生免试攻读研究生工作的方案</w:t>
      </w:r>
    </w:p>
    <w:p>
      <w:r>
        <w:t>为进一步做好我院优秀应届本科毕业生推荐免试攻读硕士学位研究生工作，提高优秀生源选拔质量，根据《关于开展2026年推荐优秀应届本科毕业生免试攻读研究生学院工作方案修订工作的通知》（校教发〔2025〕34号）的要求，现就做好我院2026年推荐免试研究生工作通知如下：</w:t>
      </w:r>
    </w:p>
    <w:p>
      <w:r>
        <w:t>一、工作领导小组</w:t>
      </w:r>
    </w:p>
    <w:p>
      <w:r>
        <w:t>主任：裴正薇、董红梅</w:t>
      </w:r>
    </w:p>
    <w:p>
      <w:r>
        <w:t>副主任：马秀鹏、高务龙</w:t>
      </w:r>
    </w:p>
    <w:p>
      <w:r>
        <w:t>委员：王银泉、李震红、李平、陈海涛、李红</w:t>
      </w:r>
    </w:p>
    <w:p>
      <w:r>
        <w:t>顾明生、万枫、王菊芳</w:t>
      </w:r>
    </w:p>
    <w:p>
      <w:r>
        <w:t>秘书：胡頔、曹璇</w:t>
      </w:r>
    </w:p>
    <w:p>
      <w:r>
        <w:t>二、推荐条件</w:t>
      </w:r>
    </w:p>
    <w:p>
      <w:r>
        <w:t>1.外国语学院在籍2026届应届本科毕业生（不含休学、延期毕业学生）。</w:t>
      </w:r>
    </w:p>
    <w:p>
      <w:r>
        <w:t>2.拥护中国共产党的领导，愿为中国式现代化建设服务，政治立场坚定，思想品德良好，遵纪守法，诚实守信，勤奋好学，具有较强的学习、研究和独立工作能力，已有综合测评全部为A等。</w:t>
      </w:r>
    </w:p>
    <w:p>
      <w:r>
        <w:t>3.GPA不低于3.0。</w:t>
      </w:r>
    </w:p>
    <w:p>
      <w:r>
        <w:t>4.必修课不及格记录不超过一门，且参加推免时经补考或重修（仅限该课程无补考仅可重修）已通过课程考核。</w:t>
      </w:r>
    </w:p>
    <w:p>
      <w:r>
        <w:t>5.专业能力突出，英语专业要求专业四级通过，日语专业要求专业四级或日本语能力测试N1级通过。</w:t>
      </w:r>
    </w:p>
    <w:p>
      <w:r>
        <w:t>6.基本掌握第二门外语：英语专业要求所修第二外语两学期成绩至少一次在85分及以上；日语专业要求英语CET-4成绩460分及以上，或CET-6成绩426分及以上，或雅思（A类）6分及以上，或托福成绩80分及以上，或GRE310分及以上。</w:t>
      </w:r>
    </w:p>
    <w:p>
      <w:r>
        <w:t>7.学术研究兴趣浓厚，具有较强的学术科研创新意识、创新能力，培养方案内素质拓展选修课中教授开放研究课程至少修得1学分；本专业推荐选修课修读满足研究生免试推荐基本要求：其中英语专业需修读《SRT》《翻译理论与实践》《应用语言学》《英美文学史及选读》课程且及格；日语专业已修读《SRT》《日本文化概论》《日语句法学》《翻译概论》课程且及格。</w:t>
      </w:r>
    </w:p>
    <w:p>
      <w:r>
        <w:t>8．达到大学生体育锻炼标准，身体健康。</w:t>
      </w:r>
    </w:p>
    <w:p>
      <w:r>
        <w:t>9．未有任何尚在期限内的处分，无任何考试违规违纪和学术不端记录。</w:t>
      </w:r>
    </w:p>
    <w:p>
      <w:r>
        <w:t>三、推荐名额</w:t>
      </w:r>
    </w:p>
    <w:p>
      <w:r>
        <w:t>1．所有推免生均享有依据招生政策自主选择报考招生单位和专业的权利，所有推荐名额（除有特殊政策要求的专项计划外）均可向其他招生单位推荐。</w:t>
      </w:r>
    </w:p>
    <w:p>
      <w:r>
        <w:t>2．“研究生支教团”等推免计划，由相关单位按照工作要求组织遴选。在推免计划遴选公示期间，学生可放弃计划资格；公示期结束后，学生若放弃，不再给予其他途径的推免资格。</w:t>
      </w:r>
    </w:p>
    <w:p>
      <w:r>
        <w:t>3．对于获得中国国际大学生创新大赛、挑战杯全国大学生课外学术科技作品竞赛、挑战杯中国大学生创业计划竞赛国家级金、银奖（或对应等级）的学生（金奖团队排名前二位、银奖团队排名第一位），或获得全国大学生职业规划大赛金奖的学生，在满足学校推免条件的基础上，可获得推免资格，不占用学院名额。</w:t>
      </w:r>
    </w:p>
    <w:p>
      <w:r>
        <w:t>4．对于在学科专业相关领域取得突出成绩的学生,在满足推免基本条件第二、第八、第九条的情况下，由三位专业相关教授（与学生本人无亲属关系）联名推荐、学院学术委员会审核认定，经学校推免领导小组审核答辩资格，通过专家答辩论证后可获得推免资格，不占用学院名额。</w:t>
      </w:r>
    </w:p>
    <w:p>
      <w:r>
        <w:t>四、工作原则</w:t>
      </w:r>
    </w:p>
    <w:p>
      <w:r>
        <w:t>1．如无上位政策变化，原则上2026年学院推免工作方案以此次修订方案为准。</w:t>
      </w:r>
    </w:p>
    <w:p>
      <w:r>
        <w:t>2．学院坚决执行推免重大事项“集体研究、集体决策”机制，学院的推荐办法、综合评价方案等重要事项须由学院推免工作小组集体研究审定。</w:t>
      </w:r>
    </w:p>
    <w:p>
      <w:r>
        <w:t>3．严格规范管理，建立健全回避制度，强化对本校教职工特别是领导干部子女在本校参加推免招生的监管，学院工作小组成员需签订《回避承诺书》，由学院留存。</w:t>
      </w:r>
    </w:p>
    <w:p>
      <w:r>
        <w:t>4．落实信息公开制度，通过本学院网站、公告栏等公布学院推免办法。</w:t>
      </w:r>
    </w:p>
    <w:p>
      <w:r>
        <w:t>五、综合考核评价方案</w:t>
      </w:r>
    </w:p>
    <w:p>
      <w:r>
        <w:t>综合考核评价按综合成绩排序。综合成绩满分为100分，由学生在校学业成绩和综合素质与能力考核成绩两部分组成，计算方法为：综合成绩=（在校生学业成绩GPA/4.5）×100×75%+综合素质与能力考核成绩×25%。</w:t>
      </w:r>
    </w:p>
    <w:p>
      <w:r>
        <w:t>1.在校生学业成绩</w:t>
      </w:r>
    </w:p>
    <w:p>
      <w:r>
        <w:t>在校生学业成绩指学生学习成绩GPA绩点（以个人在校成绩单为准），折算成百分制，占综合成绩的75%。</w:t>
      </w:r>
    </w:p>
    <w:p>
      <w:r>
        <w:t>2.综合素质与能力考核成绩</w:t>
      </w:r>
    </w:p>
    <w:p>
      <w:r>
        <w:t>综合素质与能力考核成绩满分100分，各类别遴选指标单设上限分值，超过上限分值的以上限分值计；总成绩计算时按实际加分的25%进行折算（加分细则请参照附件2）。</w:t>
      </w:r>
    </w:p>
    <w:p>
      <w:r>
        <w:t>六、未尽事宜，另行通知。本实施办法解释权归外国语学院。</w:t>
      </w:r>
    </w:p>
    <w:p>
      <w:r>
        <w:t>附件1：回避承诺书</w:t>
      </w:r>
    </w:p>
    <w:p>
      <w:r>
        <w:t>附件2：2026年推荐优秀应届本科毕业生免试攻读研究生综合素质与能力考核成绩对照表</w:t>
      </w:r>
    </w:p>
    <w:p>
      <w:r>
        <w:t>南京农业大学外国语学院</w:t>
      </w:r>
    </w:p>
    <w:p>
      <w:r>
        <w:t>2025年3月10日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