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关于做好2013年外国语学院推荐免试研究生工作的预备通知</w:t>
      </w:r>
    </w:p>
    <w:p>
      <w:r>
        <w:t>外语院大四各班级：</w:t>
      </w:r>
    </w:p>
    <w:p>
      <w:r>
        <w:t>2013年外国语学院推荐免试研究生工作即将开始，但因具体通知研究生院暂未下发，请准备申请保研的同学先参照2012年外国语学院推荐免试研究生的通知准备相关材料，待正式通知出台后按要求上报学院。</w:t>
      </w:r>
    </w:p>
    <w:p>
      <w:r>
        <w:t>外国语学院</w:t>
      </w:r>
    </w:p>
    <w:p>
      <w:r>
        <w:t>二〇一二年九月十一日</w:t>
      </w:r>
    </w:p>
    <w:p>
      <w:r>
        <w:t>附件：2012年外国语学院推荐免试研究生工作的通知（共5页）</w:t>
      </w:r>
    </w:p>
    <w:p>
      <w:r>
        <w:t>2012年外国语学院推荐免试研究生工作的通知.doc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