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外国语学院2027年拟推荐免试研究生科研创新成果审核认定结果公示</w:t>
      </w:r>
    </w:p>
    <w:p>
      <w:r>
        <w:t>根据《南京农业大学关于做好2027年推荐优秀应届本科毕业生免试攻读研究生工作的通知》（校教发〔2026〕175号）文件精神和《外国语学院关于2027年推荐优秀应届本科毕业生免试攻读研究生工作的方案》要求，经学生自主申报、公开答辩，学院推免工作审核专家组审核，现将2027年拟推荐免试研究生科研创新成果审核认定结果予以公示，名单详见附件。</w:t>
      </w:r>
    </w:p>
    <w:p>
      <w:r>
        <w:t>若对以上认定结果存有异议，请于9月7日17:00之前反馈至学院。</w:t>
      </w:r>
    </w:p>
    <w:p>
      <w:r>
        <w:t>联系人：曹璇、胡頔</w:t>
      </w:r>
    </w:p>
    <w:p>
      <w:r>
        <w:t>联系地址：教学楼A308、A311</w:t>
      </w:r>
    </w:p>
    <w:p>
      <w:r>
        <w:t>联系电话：025-84396722、025-84395755</w:t>
      </w:r>
    </w:p>
    <w:p>
      <w:r>
        <w:t>外国语学院</w:t>
      </w:r>
    </w:p>
    <w:p>
      <w:r>
        <w:t>2025年9月5日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