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南京农业大学外国语学院2014年推荐免试研究生名单公示</w:t>
      </w:r>
    </w:p>
    <w:tbl>
      <w:tblPr>
        <w:tblStyle w:val="TableGrid"/>
        <w:tblW w:type="auto" w:w="0"/>
        <w:tblLook w:firstColumn="1" w:firstRow="1" w:lastColumn="0" w:lastRow="0" w:noHBand="0" w:noVBand="1" w:val="04A0"/>
      </w:tblPr>
      <w:tblGrid>
        <w:gridCol w:w="8640"/>
      </w:tblGrid>
      <w:tr>
        <w:tc>
          <w:tcPr>
            <w:tcW w:type="dxa" w:w="8640"/>
          </w:tcPr>
          <w:p>
            <w:r>
              <w:t>根据《南京农业大学推荐免试研究生工作实施办法》和《南京农业大学外国语学院2014年推荐免试研究生工作实施办法》的通知要求，经学生申请、学院推荐免试研究生工作领导小组审核通过，现将外国语学院2014年推荐免试研究生复试名单公布如下（以成绩排名为序）：英语系陈兆霞秦可蓉王振宁代思洋贾金婷姚珊施静日语系王宇玺蒋静烨张玉珠葛锐张明丽蔡赛梅如有异议，请以书面形式于2013年9月24日上午10点前送外语院学生办信箱（教学楼A308），联系电话：84396722。外国语学院党委二〇一三年九月十八日</w:t>
            </w:r>
          </w:p>
        </w:tc>
      </w:tr>
      <w:tr>
        <w:tc>
          <w:tcPr>
            <w:tcW w:type="dxa" w:w="8640"/>
          </w:tcPr>
          <w:p>
            <w:r/>
          </w:p>
        </w:tc>
      </w:tr>
      <w:tr>
        <w:tc>
          <w:tcPr>
            <w:tcW w:type="dxa" w:w="864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