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关于2026年推免递补名额拟推荐名单的公示</w:t>
      </w:r>
    </w:p>
    <w:p>
      <w:r>
        <w:t>因英语专业学生唐薛儿自愿放弃推免资格，根据《外国语学院关于2026年推荐优秀应届本科毕业生免试攻读研究生工作的通知》要求，依据综合考核成绩排序，拟推荐以下同学递补：</w:t>
      </w:r>
    </w:p>
    <w:p>
      <w:r>
        <w:t>英语专业：綦筱涵</w:t>
      </w:r>
    </w:p>
    <w:p>
      <w:r>
        <w:t>以上名单须经学校统一公示无异议后方可正式获得推荐资格。如有异议，请于2025年9月11日17:00前实名反馈至外国语学院学生工作办公室（教学楼A308）。联系电话：84396722。</w:t>
      </w:r>
    </w:p>
    <w:p>
      <w:r>
        <w:t>外国语学院</w:t>
      </w:r>
    </w:p>
    <w:p>
      <w:r>
        <w:t>2025年9月9日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