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关于2025年推免递补名额拟推荐名单的公示</w:t>
      </w:r>
    </w:p>
    <w:p>
      <w:r>
        <w:t>因推免名额增加1名，根据《外国语学院关于2025年推荐优秀应届本科毕业生免试攻读研究生工作的通知》的要求，按照综合考核成绩，拟递补以下同学：</w:t>
      </w:r>
    </w:p>
    <w:p>
      <w:r>
        <w:t>英语专业:徐月晨</w:t>
      </w:r>
    </w:p>
    <w:p>
      <w:r>
        <w:t>以上名单需经学校统一公示无异议后方可正式获得推荐资格。</w:t>
      </w:r>
    </w:p>
    <w:p>
      <w:r>
        <w:t>如有异议，请于2024年9月22日前反馈至外国语学院学生工作办公室（教学楼A308）。</w:t>
      </w:r>
    </w:p>
    <w:p>
      <w:r>
        <w:t>外国语学院</w:t>
      </w:r>
    </w:p>
    <w:p>
      <w:r>
        <w:t>2024年9月20日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