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关于2022年推荐优秀应届本科毕业生免试攻读研究生拟推荐名单公示</w:t>
      </w:r>
    </w:p>
    <w:p>
      <w:r>
        <w:t>为进一步做好我院优秀应届本科毕业生推荐免试攻读硕士学位研究生工作，提高优秀生源选拔质量，根据《外国语学院关于2022年推荐优秀应届本科毕业生免试攻读研究生工作的通知》的要求，我院开展了202 2年推荐优秀应届本科毕业生免试攻读研究生推荐工作。经学生申请，学院对申请材料进行了资质审查，并对符合资质的申请学生进行了综合考核评价，经学院推荐免试研究生工作领导小组审核，拟推荐名单如下（按综合成绩排序）：</w:t>
      </w:r>
    </w:p>
    <w:p>
      <w:r>
        <w:t>英语专业:鲍昕杜典张凌怡李思晴石琛张合澐昌伦越朱翔宇卫婷曼</w:t>
      </w:r>
    </w:p>
    <w:p>
      <w:r>
        <w:t>日语专业:尤玉兰靳晓凡马怡俪郑金屿左玉林袁朝孟琳君张佳琪</w:t>
      </w:r>
    </w:p>
    <w:p>
      <w:r>
        <w:t>以上名单需经学校统一公示无异议后方可正式获得推荐资格。如有异议，请于20 21年9月2 0日前反馈至外国语学院学生工作办公室（教学楼A308）。</w:t>
      </w:r>
    </w:p>
    <w:p>
      <w:r>
        <w:t>外国语学院</w:t>
      </w:r>
    </w:p>
    <w:p>
      <w:r>
        <w:t>20 21年9月15日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