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园艺学院关于做好2027年推荐优秀应届本科毕业生免试攻读研究生工作的通知</w:t>
      </w:r>
    </w:p>
    <w:p>
      <w:r>
        <w:t>202 3级各班级：</w:t>
      </w:r>
    </w:p>
    <w:p>
      <w:r>
        <w:t>根据《南京农业大学关于做好202 7年推荐优秀应届本科毕业生免试攻读研究生工作的通知》（校教发〔2026〕175号）精神，现将我院202 7年优秀应届本科毕业生免试攻读研究生推荐工作通知如下。</w:t>
      </w:r>
    </w:p>
    <w:p>
      <w:r>
        <w:t>一、组织领导</w:t>
      </w:r>
    </w:p>
    <w:p>
      <w:r>
        <w:t>学院成立202 7年推荐免试攻读研究生工作小组，负责我院202 7年推荐免试研究生有关工作，组成人员为：</w:t>
      </w:r>
    </w:p>
    <w:p>
      <w:r>
        <w:t>组长：吴彦宁陈素梅</w:t>
      </w:r>
    </w:p>
    <w:p>
      <w:r>
        <w:t>副组长：束浩渊陶书田束胜王利凯</w:t>
      </w:r>
    </w:p>
    <w:p>
      <w:r>
        <w:t>成员：上官凌飞魏家星汪涛王健陈暄</w:t>
      </w:r>
    </w:p>
    <w:p>
      <w:r>
        <w:t>秘书：蔡行楷吾淑萍陈新赵真</w:t>
      </w:r>
    </w:p>
    <w:p>
      <w:r>
        <w:t>二、申请方式</w:t>
      </w:r>
    </w:p>
    <w:p>
      <w:r>
        <w:t>1．请有意向申请的同学根据《园艺学院202 7年推荐免试研究生推荐办法》（附件1），如实填写《推荐免试生申请表》（附件2）、《园艺学院202 7年推荐免试研究生承诺书》（附件3）、《园艺学院202 7年推荐免试研究生综合素质加分统计表》（附件4）。</w:t>
      </w:r>
    </w:p>
    <w:p>
      <w:r>
        <w:t>2．提出申请的同学必须提供所有奖状、证书、证明原件，无原件的提交书面申请（注明获奖名称、等级、时间、组织单位，并加盖组织单位公章）；宿舍或团队的集体加分以个人为单位提交。</w:t>
      </w:r>
    </w:p>
    <w:p>
      <w:r>
        <w:t>三、名额分配</w:t>
      </w:r>
    </w:p>
    <w:p>
      <w:r>
        <w:t>1．学校分配给学院202 7年推免总名额共80个，其中金善宝实验班1 1个、其他班级6 9个。具体分配如下：园艺（金善宝实验班）1 1个，园艺专业27个，园林专业6个，风景园林专业13个，中药专业11个，设施农业科学与工程专业6个，茶学专业6个。</w:t>
      </w:r>
    </w:p>
    <w:p>
      <w:r>
        <w:t>2．学校另分配给学院4个申请攻读我校国家生命学院“直博生”专项名额（园艺专业申报）。符合学院推免条件的园艺专业学生可到园艺楼206办公室吾老师处申请报名，经学院评审后推荐至学校；学校评审通过后，该生将不再占用园艺专业原推免名额。根据学校要求，直博生专项可遴选学生范围为本专业原分配推免名额和顺延候补人员，按照综合成绩从高至低依次确定入围人员，不得跳过顺位直接选取后续考生（即必须顺延）。</w:t>
      </w:r>
    </w:p>
    <w:p>
      <w:r>
        <w:t>3．学校开展在推免生中选拔“直博生”工作。园艺学一级学科（含果树学、蔬菜学、观赏园艺学、茶学、设施园艺学）可招收“直博生”，由推免生提出申请参加各二级学科的面试小组考核，经学院推免工作领导小组同意后报研究生院审批。有关要求待学校发布正式通知后另行通知。</w:t>
      </w:r>
    </w:p>
    <w:p>
      <w:r>
        <w:t>4．学校开展第29届（2027 — 2028年度）研究生支教团成员选聘等专项计划校内招生工作，申请学生均需符合推免条件，有关要求另行通知。</w:t>
      </w:r>
    </w:p>
    <w:p>
      <w:r>
        <w:t>5．如相关专业（含金善宝实验班）各类推免名额出现剩余，或学校后期另有额外推免名额分配至学院，学院将根据学校有关要求另行研究决定分配方案。</w:t>
      </w:r>
    </w:p>
    <w:p>
      <w:r>
        <w:t>四、注意事项</w:t>
      </w:r>
    </w:p>
    <w:p>
      <w:r>
        <w:t>1 .本次推免工作将严格遵循实事求是的原则，注重对学生政治态度、思想表现、道德品质、科学精神、诚实守信、遵纪守法等方面进行考察，思想品德考核不合格者不予推荐和录取。学生提供所有证明材料要保证真实，弄虚作假者一经发现即取消推免资格。</w:t>
      </w:r>
    </w:p>
    <w:p>
      <w:r>
        <w:t>2.参与本次推免学生中，如有直系亲属或其他利益相关者在本单位工作，尤其是担任本单位中层及以上领导干部和推免招生工作人员的，在提交推免生报名材料时，需要向学院报备。中层及以上领导干部和推免招生工作人员，如有直系亲属或其他利益相关者报名参加本单位推免，应主动向教务处报备并全程回避;如有非直系亲属等报名参加本单位推免，应主动向教务处报备。学院工作小组成员需签订《回避承诺书》，由学院留存。</w:t>
      </w:r>
    </w:p>
    <w:p>
      <w:r>
        <w:t>3.如因学校和学院原因导致无综合素质认定加分原件的，由学院根据申请书及加分统计表进行确认；证书已发放但丢失，且无法证明的，不作为综合素质认定加分依据。</w:t>
      </w:r>
    </w:p>
    <w:p>
      <w:r>
        <w:t>4.学院将成立专家组，开展学生高水平科研创新成果、竞赛奖项等的审核认定及答辩工作，有关事宜另行通知。</w:t>
      </w:r>
    </w:p>
    <w:p>
      <w:r>
        <w:t>5．所有材料请在学院网站公告栏下载。提出申请的同学请将申请材料电子稿以“班级+学号+姓名”的格式命名PDF文件，于9月3日1 0 :00前发送至wushuping @njau.edu.cn，纸质材料（附件2、附件3、附件4）于9月3日1 0 :00前提交至园艺楼206办公室吾老师处。请严格遵守时间节点，逾期不再受理。</w:t>
      </w:r>
    </w:p>
    <w:p>
      <w:r>
        <w:t>联系人:蔡老师、吾老师，联系电话：025-84395075</w:t>
      </w:r>
    </w:p>
    <w:p>
      <w:r>
        <w:t>附件：1．园艺学院202 7年推荐免试研究生推荐办法</w:t>
      </w:r>
    </w:p>
    <w:p>
      <w:r>
        <w:t>2．南京农业大学202 7年推荐免试生申请表</w:t>
      </w:r>
    </w:p>
    <w:p>
      <w:r>
        <w:t>3．202 7年推荐免试研究生承诺书</w:t>
      </w:r>
    </w:p>
    <w:p>
      <w:r>
        <w:t>4．园艺学院202 7年推荐免试研究生综合素质</w:t>
      </w:r>
    </w:p>
    <w:p>
      <w:r>
        <w:t>加分统计表</w:t>
      </w:r>
    </w:p>
    <w:p>
      <w:r>
        <w:t>园艺学院</w:t>
      </w:r>
    </w:p>
    <w:p>
      <w:r>
        <w:t>202 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