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动物科技学院2022年推荐优秀应届本科毕业生 免试攻读研究生工作实施办法</w:t>
      </w:r>
    </w:p>
    <w:p>
      <w:r>
        <w:t>一、组织领导</w:t>
      </w:r>
    </w:p>
    <w:p>
      <w:r>
        <w:t>学院成立2022年推荐免试攻读研究生工作小组。</w:t>
      </w:r>
    </w:p>
    <w:p>
      <w:r>
        <w:t>组长：毛胜勇</w:t>
      </w:r>
    </w:p>
    <w:p>
      <w:r>
        <w:t>成员：高峰刘红林朱伟云王锋孙少琛张艳丽蒋广震吴峰</w:t>
      </w:r>
    </w:p>
    <w:p>
      <w:r>
        <w:t>二、推免申请基本条件</w:t>
      </w:r>
    </w:p>
    <w:p>
      <w:r>
        <w:t>1．拥护中国共产党的领导，愿为社会主义现代化建设服务，政治立场坚定，思想品德良好，遵纪守法，诚实守信，勤奋好学，具有较强的学习、研究和独立工作能力，各学年综合测评优良（B级以上）。</w:t>
      </w:r>
    </w:p>
    <w:p>
      <w:r>
        <w:t>2．必修课无不及格记录。</w:t>
      </w:r>
    </w:p>
    <w:p>
      <w:r>
        <w:t>3．英语CET4级460分及以上，或CET6级426分及以上，或托福80分及以上，或GRE1200分及以上，或雅思6分及以上。</w:t>
      </w:r>
    </w:p>
    <w:p>
      <w:r>
        <w:t>4．达到大学生体育锻炼标准，身体健康。</w:t>
      </w:r>
    </w:p>
    <w:p>
      <w:r>
        <w:t>5．未有任何尚在期限内的处分。</w:t>
      </w:r>
    </w:p>
    <w:p>
      <w:r>
        <w:t>三、推免审核办法</w:t>
      </w:r>
    </w:p>
    <w:p>
      <w:r>
        <w:t>学院对所有申请推免且符合申请基本条件的学生进行综合考核，按综合考核总成绩的排名确定拟推荐免试名单。综合考核总成绩由学业综合成绩（GPA绩点，占70%）、综合素质与能力（占30%）折算组成，按总分排序。</w:t>
      </w:r>
    </w:p>
    <w:p>
      <w:r>
        <w:t>1．GPA绩点（70%）</w:t>
      </w:r>
    </w:p>
    <w:p>
      <w:r>
        <w:t>折算分值为：（本人GPA/4.5）&amp;times; 100&amp;times;70%。</w:t>
      </w:r>
    </w:p>
    <w:p>
      <w:r>
        <w:t>2．综合素质得分项目（30%）</w:t>
      </w:r>
    </w:p>
    <w:p>
      <w:r>
        <w:t>综合素质得分项目包括在校期间参军入伍服兵役、参加志愿服务、到国际组织学习、科研成果、省级及以上创新创业竞赛获奖、学科专业竞赛获奖等符合全面发展价值导向等项目（参见《动物科技学院推荐免试攻读研究生学位综合素质得分项目细则》）。对有特殊学术专长或具有突出培养潜质，且成绩特别突出的，经学院严格审核后，由推免工作小组组织相关学生公开答辩，根据成果的创新质量和个人贡献给出鉴定意见，可适当加大该项目综合素质分值。</w:t>
      </w:r>
    </w:p>
    <w:p>
      <w:r>
        <w:t>折算分值为：本人得分&amp;times; 30%。</w:t>
      </w:r>
    </w:p>
    <w:p>
      <w:r>
        <w:t>四、推荐程序</w:t>
      </w:r>
    </w:p>
    <w:p>
      <w:r>
        <w:t>1．学生本人提出书面申请，提供综合排名所需材料。</w:t>
      </w:r>
    </w:p>
    <w:p>
      <w:r>
        <w:t>2．学院对申请的学生进行综合考核，按综合考核总成绩排名提出拟推荐名单。</w:t>
      </w:r>
    </w:p>
    <w:p>
      <w:r>
        <w:t>3．学院推免工作小组对拟推荐名单进行审核审议，经学院公示无异议后，报学校教务处审核公示。公示无异议后，方可获得推荐资格。</w:t>
      </w:r>
    </w:p>
    <w:p>
      <w:r>
        <w:t>五、有关说明</w:t>
      </w:r>
    </w:p>
    <w:p>
      <w:r>
        <w:t>本办法由学院推荐免试研究生工作小组负责解释，如遇与学校推荐免试攻读硕士研究生有关规定相冲突的，以学校规定为准。</w:t>
      </w:r>
    </w:p>
    <w:p>
      <w:r>
        <w:t>动物科技学院</w:t>
      </w:r>
    </w:p>
    <w:p>
      <w:r>
        <w:t>2021年9月10日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