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动物科技学院关于2025年推荐免试硕士研究生（含“直博生”）面试工作的通知</w:t>
      </w:r>
    </w:p>
    <w:p>
      <w:r>
        <w:t>根据教育部相关文件要求，为规范我院招收优秀应届本科毕业生免试攻读硕士学位研究生（以下简称推免生）工作，依照南京农业大学有关文件精神，结合我院实际情况，现将有关事项通知如下：</w:t>
      </w:r>
    </w:p>
    <w:p>
      <w:r>
        <w:t>一、接收推免生基本条件</w:t>
      </w:r>
    </w:p>
    <w:p>
      <w:r>
        <w:t>第一条品德良好，遵纪守法，诚实守信，学风端正。</w:t>
      </w:r>
    </w:p>
    <w:p>
      <w:r>
        <w:t>第二条勤奋学习，刻苦钻研，学术兴趣浓厚，有较强的创新意识和创新能力。</w:t>
      </w:r>
    </w:p>
    <w:p>
      <w:r>
        <w:t>第三条取得本科就读学校推荐免试资格。</w:t>
      </w:r>
    </w:p>
    <w:p>
      <w:r>
        <w:t>第四条身体健康状况符合国家和我校规定的体检要求。</w:t>
      </w:r>
    </w:p>
    <w:p>
      <w:r>
        <w:t>第五条未有任何尚在期限内的处分。</w:t>
      </w:r>
    </w:p>
    <w:p>
      <w:r>
        <w:t>二、接收面试工作程序</w:t>
      </w:r>
    </w:p>
    <w:p>
      <w:r>
        <w:t>（一）报名：</w:t>
      </w:r>
    </w:p>
    <w:p>
      <w:r>
        <w:t>即日起至2024年9月23日8:00（期间24小时开放），凡符合上述申请条件且有意愿报考我校的优秀应届本科毕业生，请登录“南京农业大学接收推荐免试研究生网上申请系统”，务必如实填写各项信息并提交。</w:t>
      </w:r>
    </w:p>
    <w:p>
      <w:r>
        <w:t>（二）材料提交：</w:t>
      </w:r>
    </w:p>
    <w:p>
      <w:r>
        <w:t>拟参加复试的学生须提交以下材料扫描件，请将所有材料扫描按编号顺序合并为1个PDF文件后发送至邮箱xuting@njau.edu.cn（注意：预报名系统已提交签字盖章版材料的请忽略）。</w:t>
      </w:r>
    </w:p>
    <w:p>
      <w:r>
        <w:t>1）本人有效身份证件正、反面；</w:t>
      </w:r>
    </w:p>
    <w:p>
      <w:r>
        <w:t>2）《教育部学籍在线验证报告》（PDF版，请前往学信网认证）；</w:t>
      </w:r>
    </w:p>
    <w:p>
      <w:r>
        <w:t>3）大学本科阶段成绩单（须加盖学校教务处公章）；</w:t>
      </w:r>
    </w:p>
    <w:p>
      <w:r>
        <w:t>4）《政治思想情况表》（附件1）；</w:t>
      </w:r>
    </w:p>
    <w:p>
      <w:r>
        <w:t>5）《推荐免试生申请表》（附件2）或《直博生申请表》（附件3）。</w:t>
      </w:r>
    </w:p>
    <w:p>
      <w:r>
        <w:t>附件请见https://zsgz.njau.edu.cn/info/1007/1574.htm</w:t>
      </w:r>
    </w:p>
    <w:p>
      <w:r>
        <w:t>四、面试工作安排</w:t>
      </w:r>
    </w:p>
    <w:p>
      <w:r>
        <w:t>1、面试时间：2024年9月26日下午14:00-17:00</w:t>
      </w:r>
    </w:p>
    <w:p>
      <w:r>
        <w:t>2、面试方式</w:t>
      </w:r>
    </w:p>
    <w:p>
      <w:r>
        <w:t>采用线下现场面试。请提前加入推免QQ群（2025动科推免面试--1005054517），具体面试地点等稍后QQ群里通知。</w:t>
      </w:r>
    </w:p>
    <w:p>
      <w:r>
        <w:t>复试开始前，需要对学生进行实名认证，复试全程录音录像，并保留视频用于备查。</w:t>
      </w:r>
    </w:p>
    <w:p>
      <w:r>
        <w:t>3、面试内容</w:t>
      </w:r>
    </w:p>
    <w:p>
      <w:r>
        <w:t>复试内容包括英语、专业知识、综合素质考察等，形式均为口试，主要考核学生的外语水平、学科知识结构和综合素质能力。</w:t>
      </w:r>
    </w:p>
    <w:p>
      <w:r>
        <w:t>对“直博生”应加强科研能力方面的考核，可以采取多种形式考核，如实验操作、报告、写作等，以考察其是否具有攻读博士学位研究生的能力和潜质。</w:t>
      </w:r>
    </w:p>
    <w:p>
      <w:r>
        <w:t>4、面试成绩</w:t>
      </w:r>
    </w:p>
    <w:p>
      <w:r>
        <w:t>（1）复试成绩为考核小组成员打分的平均分（满分100分，合格分为60分）；</w:t>
      </w:r>
    </w:p>
    <w:p>
      <w:r>
        <w:t>（2）排名方法：按平均分由高到低排名。</w:t>
      </w:r>
    </w:p>
    <w:p>
      <w:r>
        <w:t>五、拟录取</w:t>
      </w:r>
    </w:p>
    <w:p>
      <w:r>
        <w:t>考核小组根据复试成绩排名由高到低确定拟录取名单，含确认是否直博以及拟录取导师等信息。复试成绩不合格的考生不予录取，思想品德考核不合格的考生不予录取。</w:t>
      </w:r>
    </w:p>
    <w:p>
      <w:r>
        <w:t>六、其他</w:t>
      </w:r>
    </w:p>
    <w:p>
      <w:r>
        <w:t>1、未尽事宜由学院研究生招生工作领导小组负责解释。</w:t>
      </w:r>
    </w:p>
    <w:p>
      <w:r>
        <w:t>2、联系人：徐婷025-84395346</w:t>
      </w:r>
    </w:p>
    <w:p>
      <w:r>
        <w:t>南京农业大学动物科技学院</w:t>
      </w:r>
    </w:p>
    <w:p>
      <w:r>
        <w:t>二Ｏ二四年九月十九日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