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动物科技学院关于2023年推荐免试硕士研究生（含“直博生”）面试工作的通知</w:t>
      </w:r>
    </w:p>
    <w:p>
      <w:r>
        <w:t>根据教育部相关文件要求，为规范我院招收优秀应届本科毕业生免试攻读硕士学位研究生（以下简称推免生）工作，依照南京农业大学有关文件精神，结合我院实际情况，现将有关事项通知如下：</w:t>
      </w:r>
    </w:p>
    <w:p>
      <w:r>
        <w:t>一、接收推免生基本条件</w:t>
      </w:r>
    </w:p>
    <w:p>
      <w:r>
        <w:t>第一条品德良好，遵纪守法，诚实守信，学风端正。</w:t>
      </w:r>
    </w:p>
    <w:p>
      <w:r>
        <w:t>第二条勤奋学习，刻苦钻研，学术兴趣浓厚，有较强的创新意识和创新能力。</w:t>
      </w:r>
    </w:p>
    <w:p>
      <w:r>
        <w:t>第三条取得本科就读学校推荐免试资格。</w:t>
      </w:r>
    </w:p>
    <w:p>
      <w:r>
        <w:t>第四条身体健康状况符合国家和我校规定的体检要求。</w:t>
      </w:r>
    </w:p>
    <w:p>
      <w:r>
        <w:t>第五条未有任何尚在期限内的处分。</w:t>
      </w:r>
    </w:p>
    <w:p>
      <w:r>
        <w:t>二、接收面试工作程序</w:t>
      </w:r>
    </w:p>
    <w:p>
      <w:r>
        <w:t>（一）报名：</w:t>
      </w:r>
    </w:p>
    <w:p>
      <w:r>
        <w:t>即日起至9月22日12:00期间，凡符合上述申请条件且有意愿报考我院的优秀应届本科毕业生，请登录“南京农业大学接收推荐免试研究生网上申请系统”，务必如实填写各项信息并提交。</w:t>
      </w:r>
    </w:p>
    <w:p>
      <w:r>
        <w:t>（二）提交材料：</w:t>
      </w:r>
    </w:p>
    <w:p>
      <w:r>
        <w:t>申请者须除在报名系统上传材料外，须将下列材料填写、盖章并扫描为1个PDF文件后以“报考专业+姓名”命名，发送到邮箱xuting@njau.edu.cn。</w:t>
      </w:r>
    </w:p>
    <w:p>
      <w:r>
        <w:t>1.政治思想情况表（见附件1，须加盖学院党委公章）；</w:t>
      </w:r>
    </w:p>
    <w:p>
      <w:r>
        <w:t>2.推荐免试生申请表（见附件2）或直博生申请表（见附件3）。</w:t>
      </w:r>
    </w:p>
    <w:p>
      <w:r>
        <w:t>（三）面试：</w:t>
      </w:r>
    </w:p>
    <w:p>
      <w:r>
        <w:t>面试时间：另行通知</w:t>
      </w:r>
    </w:p>
    <w:p>
      <w:r>
        <w:t>面试对象：南京农业大学接收推荐免试研究生网上申请系统内报名的推免生</w:t>
      </w:r>
    </w:p>
    <w:p>
      <w:r>
        <w:t>面试方式：采取网络远程面试方式进行，预计使用“腾讯会议”软件，请各位同学提前下载该APP。</w:t>
      </w:r>
    </w:p>
    <w:p>
      <w:r>
        <w:t>备注：请各位同学提前准备好身份证等有效证件，便于身份识别。</w:t>
      </w:r>
    </w:p>
    <w:p>
      <w:r>
        <w:t>三、其他事项</w:t>
      </w:r>
    </w:p>
    <w:p>
      <w:r>
        <w:t>1、未尽事宜依照校研究生院发布的文件执行。</w:t>
      </w:r>
    </w:p>
    <w:p>
      <w:r>
        <w:t>2、为便于联系，请大家加入QQ群：494047246</w:t>
      </w:r>
    </w:p>
    <w:p>
      <w:r>
        <w:t>动物科技学院</w:t>
      </w:r>
    </w:p>
    <w:p>
      <w:r>
        <w:t>20 22年9月20日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