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动物科技学院关于2020年推荐免试硕士研究生（含“直博生”）面试工作的通知</w:t>
      </w:r>
    </w:p>
    <w:p>
      <w:r>
        <w:t>为做好动物科技学院2020年接收优秀应届本科毕业生免试研究生（以下简称推免生）工作，依照南京农业大学有关文件精神，经动物科技学院研究，现将有关事项通知如下：</w:t>
      </w:r>
    </w:p>
    <w:p>
      <w:r>
        <w:t>一、组织领导</w:t>
      </w:r>
    </w:p>
    <w:p>
      <w:r>
        <w:t>学院成立推免生面试工作领导小组，负责学院推免生面试工作。</w:t>
      </w:r>
    </w:p>
    <w:p>
      <w:r>
        <w:t>组长：毛胜勇</w:t>
      </w:r>
    </w:p>
    <w:p>
      <w:r>
        <w:t>成员：刘红林、朱伟云、高峰、孙少琛、王锋</w:t>
      </w:r>
    </w:p>
    <w:p>
      <w:r>
        <w:t>秘书：徐婷</w:t>
      </w:r>
    </w:p>
    <w:p>
      <w:r>
        <w:t>办公地点：逸夫楼2036</w:t>
      </w:r>
    </w:p>
    <w:p>
      <w:r>
        <w:t>联系电话：025-84395346</w:t>
      </w:r>
    </w:p>
    <w:p>
      <w:r>
        <w:t>自通知发布之日起，接受学生咨询，报名同学须登录我校研究生招生网“南京农业大学接收推荐免试研究生网上申请系统”进行提前申请，网上申请时间为：2019年7月17日8:00至2019年9月24日17:00（期间24小时开放）。</w:t>
      </w:r>
    </w:p>
    <w:p>
      <w:r>
        <w:t>二、接收推免生基本条件</w:t>
      </w:r>
    </w:p>
    <w:p>
      <w:r>
        <w:t>1．纳入国家普通本科招生计划录取的应届毕业生，获得本科就读学校推荐免试资格。</w:t>
      </w:r>
    </w:p>
    <w:p>
      <w:r>
        <w:t>2．本科学校或专业具备以下条件之一者，同等条件下优先接收：</w:t>
      </w:r>
    </w:p>
    <w:p>
      <w:r>
        <w:t>1）“985工程”、“211工程”高校（录取为学术型硕士或直博生者减免前3年学费）；</w:t>
      </w:r>
    </w:p>
    <w:p>
      <w:r>
        <w:t>2）“国家基地班”专业、我校的生科基地班、生命基地班及强化班专业；</w:t>
      </w:r>
    </w:p>
    <w:p>
      <w:r>
        <w:t>3．身心健康，须符合《普通高等学校招生体检工作指导意见》要求（注：如有既往病史，必须如实填写）。</w:t>
      </w:r>
    </w:p>
    <w:p>
      <w:r>
        <w:t>4．诚实守信，学风端正，无考试作弊、剽窃他人学术成果以及其他违法违纪受处分记录。</w:t>
      </w:r>
    </w:p>
    <w:p>
      <w:r>
        <w:t>三、面试安排</w:t>
      </w:r>
    </w:p>
    <w:p>
      <w:r>
        <w:t>时间：2019年9月25号（星期三）上午9点</w:t>
      </w:r>
    </w:p>
    <w:p>
      <w:r>
        <w:t>地点：逸夫楼2040会议室</w:t>
      </w:r>
    </w:p>
    <w:p>
      <w:r>
        <w:t>四、面试所需材料</w:t>
      </w:r>
    </w:p>
    <w:p>
      <w:r>
        <w:t>申请者须携带如下材料参加面试，材料不要提前寄送：</w:t>
      </w:r>
    </w:p>
    <w:p>
      <w:r>
        <w:t>1.加盖所在学校教务部门公章的本科阶段成绩单原件。</w:t>
      </w:r>
    </w:p>
    <w:p>
      <w:r>
        <w:t>2.本人有效身份证件和学生证原件及复印件。</w:t>
      </w:r>
    </w:p>
    <w:p>
      <w:r>
        <w:t>3.《政治思想情况表》、《推免生申请表》、《直博生申请表》。（见附件）</w:t>
      </w:r>
    </w:p>
    <w:p>
      <w:r>
        <w:t>4.校级及以上获奖证书、公开发表的学术论文和外语水平证明等原件及复印件。</w:t>
      </w:r>
    </w:p>
    <w:p>
      <w:r>
        <w:t>五、其他事项</w:t>
      </w:r>
    </w:p>
    <w:p>
      <w:r>
        <w:t>未尽事宜依照校研究生院发布的文件执行。</w:t>
      </w:r>
    </w:p>
    <w:p>
      <w:r>
        <w:t>动物科技学院</w:t>
      </w:r>
    </w:p>
    <w:p>
      <w:r>
        <w:t>2019年9月18日</w:t>
      </w:r>
    </w:p>
    <w:p>
      <w:r>
        <w:t>附件.zip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