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动物科技学院2026届推荐免试攻读研究生名单公示</w:t>
      </w:r>
    </w:p>
    <w:p>
      <w:r>
        <w:t>导航</w:t>
      </w:r>
    </w:p>
    <w:p>
      <w:r>
        <w:t>轮播图</w:t>
      </w:r>
    </w:p>
    <w:p>
      <w:r>
        <w:t>侧导航</w:t>
      </w:r>
    </w:p>
    <w:p>
      <w:r>
        <w:t>侧导航</w:t>
      </w:r>
    </w:p>
    <w:p>
      <w:pPr>
        <w:pStyle w:val="Heading4"/>
      </w:pPr>
      <w:r>
        <w:t>首页</w:t>
      </w:r>
    </w:p>
    <w:p>
      <w:pPr>
        <w:pStyle w:val="Heading3"/>
      </w:pPr>
      <w:r>
        <w:t>学生工作</w:t>
      </w:r>
    </w:p>
    <w:p>
      <w:pPr>
        <w:pStyle w:val="ListBullet"/>
      </w:pPr>
      <w:r>
        <w:t>公示公告</w:t>
      </w:r>
    </w:p>
    <w:p>
      <w:pPr>
        <w:pStyle w:val="ListBullet"/>
      </w:pPr>
      <w:r>
        <w:t>学工动态</w:t>
      </w:r>
    </w:p>
    <w:p>
      <w:pPr>
        <w:pStyle w:val="ListBullet"/>
      </w:pPr>
      <w:r>
        <w:t>制度建设</w:t>
      </w:r>
    </w:p>
    <w:p>
      <w:pPr>
        <w:pStyle w:val="ListBullet"/>
      </w:pPr>
      <w:r>
        <w:t>常用下载</w:t>
      </w:r>
    </w:p>
    <w:p>
      <w:pPr>
        <w:pStyle w:val="Heading3"/>
      </w:pPr>
      <w:r>
        <w:t>就业信息</w:t>
      </w:r>
    </w:p>
    <w:p>
      <w:pPr>
        <w:pStyle w:val="Heading3"/>
      </w:pPr>
      <w:r>
        <w:t>学院新闻</w:t>
      </w:r>
    </w:p>
    <w:p>
      <w:pPr>
        <w:pStyle w:val="Heading3"/>
      </w:pPr>
      <w:r>
        <w:t>通知公告</w:t>
      </w:r>
    </w:p>
    <w:p>
      <w:pPr>
        <w:pStyle w:val="Heading3"/>
      </w:pPr>
      <w:r>
        <w:t>动科故事</w:t>
      </w:r>
    </w:p>
    <w:p>
      <w:pPr>
        <w:pStyle w:val="Heading3"/>
      </w:pPr>
      <w:r>
        <w:t>主题教育</w:t>
      </w:r>
    </w:p>
    <w:p>
      <w:pPr>
        <w:pStyle w:val="Heading3"/>
      </w:pPr>
      <w:r>
        <w:t>学术交流</w:t>
      </w:r>
    </w:p>
    <w:p>
      <w:r>
        <w:t>侧导航</w:t>
      </w:r>
    </w:p>
    <w:p>
      <w:r>
        <w:t>l列表</w:t>
      </w:r>
    </w:p>
    <w:p>
      <w:r>
        <w:t>通知公告</w:t>
      </w:r>
    </w:p>
    <w:p>
      <w:pPr>
        <w:pStyle w:val="Heading4"/>
      </w:pPr>
      <w:r>
        <w:t>来源:发布时间: 2025-09-05点击量: 3065</w:t>
      </w:r>
    </w:p>
    <w:p>
      <w:r>
        <w:t>以上为动物科技学院2026年免试推荐名单公示，公示期为3天，如对该名单有疑义，请于2025年9月7日前将反馈意见反映至动物科技学院教务办（卫岗校区理科楼C403）</w:t>
      </w:r>
    </w:p>
    <w:p>
      <w:r>
        <w:t>动物科技学院</w:t>
      </w:r>
    </w:p>
    <w:p>
      <w:r>
        <w:t>2025年09月05日</w:t>
      </w:r>
    </w:p>
    <w:p>
      <w:r>
        <w:t>上一篇：动物科技学院2026年招收推荐免试研究生工作通知</w:t>
      </w:r>
    </w:p>
    <w:p>
      <w:r>
        <w:t>下一篇：关于公布2024年度最佳党日活动和2025年“一部一品”党建工作品牌项目立项评选结果的通知</w:t>
      </w:r>
    </w:p>
    <w:p>
      <w:r>
        <w:t>【关闭】</w:t>
      </w:r>
    </w:p>
    <w:p>
      <w:r>
        <w:t>版权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