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动物科技学院2023届推荐免试攻读研究生名单公示</w:t>
      </w:r>
    </w:p>
    <w:p>
      <w:r>
        <w:t>根据学校、学院关于推免工作相关规定，我院2023年免试推荐攻读研究生名额为37名（其中动物科学专业30名，金善宝实验班7名）。按照个人申报、学院审核的基本程序，经学院2023年推荐免试攻读研究生工作小组审议，现将名单进行公示。公示期为3天，如对该名单有异议，请于2022年9月21日前将反馈意见反映至动物科技学院教务办（逸夫楼2035，联系电话025-84395355）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t>动物科技学院2023届推荐免试攻读研究生名单公示（动物科学专业30名）</w:t>
            </w:r>
          </w:p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序号</w:t>
            </w:r>
          </w:p>
        </w:tc>
        <w:tc>
          <w:tcPr>
            <w:tcW w:type="dxa" w:w="864"/>
          </w:tcPr>
          <w:p>
            <w:r>
              <w:t>姓名</w:t>
            </w:r>
          </w:p>
        </w:tc>
        <w:tc>
          <w:tcPr>
            <w:tcW w:type="dxa" w:w="864"/>
          </w:tcPr>
          <w:p>
            <w:r>
              <w:t>学号</w:t>
            </w:r>
          </w:p>
        </w:tc>
        <w:tc>
          <w:tcPr>
            <w:tcW w:type="dxa" w:w="864"/>
          </w:tcPr>
          <w:p>
            <w:r>
              <w:t>专业班级</w:t>
            </w:r>
          </w:p>
        </w:tc>
        <w:tc>
          <w:tcPr>
            <w:tcW w:type="dxa" w:w="864"/>
          </w:tcPr>
          <w:p>
            <w:r>
              <w:t>GPA成绩</w:t>
            </w:r>
          </w:p>
        </w:tc>
        <w:tc>
          <w:tcPr>
            <w:tcW w:type="dxa" w:w="864"/>
          </w:tcPr>
          <w:p>
            <w:r>
              <w:t>综合测评等级</w:t>
            </w:r>
          </w:p>
        </w:tc>
        <w:tc>
          <w:tcPr>
            <w:tcW w:type="dxa" w:w="864"/>
          </w:tcPr>
          <w:p>
            <w:r>
              <w:t>加分项目及分数</w:t>
            </w:r>
          </w:p>
        </w:tc>
        <w:tc>
          <w:tcPr>
            <w:tcW w:type="dxa" w:w="864"/>
          </w:tcPr>
          <w:p>
            <w:r>
              <w:t>学术专长</w:t>
            </w:r>
          </w:p>
        </w:tc>
        <w:tc>
          <w:tcPr>
            <w:tcW w:type="dxa" w:w="864"/>
          </w:tcPr>
          <w:p>
            <w:r>
              <w:t>综合排名</w:t>
            </w:r>
          </w:p>
        </w:tc>
        <w:tc>
          <w:tcPr>
            <w:tcW w:type="dxa" w:w="864"/>
          </w:tcPr>
          <w:p>
            <w:r>
              <w:t>备注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苏晓彤</w:t>
            </w:r>
          </w:p>
        </w:tc>
        <w:tc>
          <w:tcPr>
            <w:tcW w:type="dxa" w:w="864"/>
          </w:tcPr>
          <w:p>
            <w:r>
              <w:t>15119113</w:t>
            </w:r>
          </w:p>
        </w:tc>
        <w:tc>
          <w:tcPr>
            <w:tcW w:type="dxa" w:w="864"/>
          </w:tcPr>
          <w:p>
            <w:r>
              <w:t>动物科学191</w:t>
            </w:r>
          </w:p>
        </w:tc>
        <w:tc>
          <w:tcPr>
            <w:tcW w:type="dxa" w:w="864"/>
          </w:tcPr>
          <w:p>
            <w:r>
              <w:t>4.11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综合素质分19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赵千涵</w:t>
            </w:r>
          </w:p>
        </w:tc>
        <w:tc>
          <w:tcPr>
            <w:tcW w:type="dxa" w:w="864"/>
          </w:tcPr>
          <w:p>
            <w:r>
              <w:t>15119124</w:t>
            </w:r>
          </w:p>
        </w:tc>
        <w:tc>
          <w:tcPr>
            <w:tcW w:type="dxa" w:w="864"/>
          </w:tcPr>
          <w:p>
            <w:r>
              <w:t>动物科学191</w:t>
            </w:r>
          </w:p>
        </w:tc>
        <w:tc>
          <w:tcPr>
            <w:tcW w:type="dxa" w:w="864"/>
          </w:tcPr>
          <w:p>
            <w:r>
              <w:t>3.73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综合素质分37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张萱</w:t>
            </w:r>
          </w:p>
        </w:tc>
        <w:tc>
          <w:tcPr>
            <w:tcW w:type="dxa" w:w="864"/>
          </w:tcPr>
          <w:p>
            <w:r>
              <w:t>15119414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3.91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综合素质分25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何燕敏</w:t>
            </w:r>
          </w:p>
        </w:tc>
        <w:tc>
          <w:tcPr>
            <w:tcW w:type="dxa" w:w="864"/>
          </w:tcPr>
          <w:p>
            <w:r>
              <w:t>35119214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3.96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综合素质分20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李梦琳</w:t>
            </w:r>
          </w:p>
        </w:tc>
        <w:tc>
          <w:tcPr>
            <w:tcW w:type="dxa" w:w="864"/>
          </w:tcPr>
          <w:p>
            <w:r>
              <w:t>35119212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3.85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综合素质分20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柳越</w:t>
            </w:r>
          </w:p>
        </w:tc>
        <w:tc>
          <w:tcPr>
            <w:tcW w:type="dxa" w:w="864"/>
          </w:tcPr>
          <w:p>
            <w:r>
              <w:t>15119418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3.71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综合素质分24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张彦哲</w:t>
            </w:r>
          </w:p>
        </w:tc>
        <w:tc>
          <w:tcPr>
            <w:tcW w:type="dxa" w:w="864"/>
          </w:tcPr>
          <w:p>
            <w:r>
              <w:t>15119118</w:t>
            </w:r>
          </w:p>
        </w:tc>
        <w:tc>
          <w:tcPr>
            <w:tcW w:type="dxa" w:w="864"/>
          </w:tcPr>
          <w:p>
            <w:r>
              <w:t>动物科学191</w:t>
            </w:r>
          </w:p>
        </w:tc>
        <w:tc>
          <w:tcPr>
            <w:tcW w:type="dxa" w:w="864"/>
          </w:tcPr>
          <w:p>
            <w:r>
              <w:t>3.69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综合素质分23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杨静怡</w:t>
            </w:r>
          </w:p>
        </w:tc>
        <w:tc>
          <w:tcPr>
            <w:tcW w:type="dxa" w:w="864"/>
          </w:tcPr>
          <w:p>
            <w:r>
              <w:t>35119112</w:t>
            </w:r>
          </w:p>
        </w:tc>
        <w:tc>
          <w:tcPr>
            <w:tcW w:type="dxa" w:w="864"/>
          </w:tcPr>
          <w:p>
            <w:r>
              <w:t>动物科学191</w:t>
            </w:r>
          </w:p>
        </w:tc>
        <w:tc>
          <w:tcPr>
            <w:tcW w:type="dxa" w:w="864"/>
          </w:tcPr>
          <w:p>
            <w:r>
              <w:t>3.8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综合素质分17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朱磊磊</w:t>
            </w:r>
          </w:p>
        </w:tc>
        <w:tc>
          <w:tcPr>
            <w:tcW w:type="dxa" w:w="864"/>
          </w:tcPr>
          <w:p>
            <w:r>
              <w:t>15119208</w:t>
            </w:r>
          </w:p>
        </w:tc>
        <w:tc>
          <w:tcPr>
            <w:tcW w:type="dxa" w:w="864"/>
          </w:tcPr>
          <w:p>
            <w:r>
              <w:t>动物科学192</w:t>
            </w:r>
          </w:p>
        </w:tc>
        <w:tc>
          <w:tcPr>
            <w:tcW w:type="dxa" w:w="864"/>
          </w:tcPr>
          <w:p>
            <w:r>
              <w:t>3.66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综合素质分22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>
              <w:t>郭玉娇</w:t>
            </w:r>
          </w:p>
        </w:tc>
        <w:tc>
          <w:tcPr>
            <w:tcW w:type="dxa" w:w="864"/>
          </w:tcPr>
          <w:p>
            <w:r>
              <w:t>15119421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3.83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综合素质分13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>
              <w:t>刘铖</w:t>
            </w:r>
          </w:p>
        </w:tc>
        <w:tc>
          <w:tcPr>
            <w:tcW w:type="dxa" w:w="864"/>
          </w:tcPr>
          <w:p>
            <w:r>
              <w:t>15119209</w:t>
            </w:r>
          </w:p>
        </w:tc>
        <w:tc>
          <w:tcPr>
            <w:tcW w:type="dxa" w:w="864"/>
          </w:tcPr>
          <w:p>
            <w:r>
              <w:t>动物科学192</w:t>
            </w:r>
          </w:p>
        </w:tc>
        <w:tc>
          <w:tcPr>
            <w:tcW w:type="dxa" w:w="864"/>
          </w:tcPr>
          <w:p>
            <w:r>
              <w:t>3.62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综合素质分20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>
              <w:t>齐君</w:t>
            </w:r>
          </w:p>
        </w:tc>
        <w:tc>
          <w:tcPr>
            <w:tcW w:type="dxa" w:w="864"/>
          </w:tcPr>
          <w:p>
            <w:r>
              <w:t>15119310</w:t>
            </w:r>
          </w:p>
        </w:tc>
        <w:tc>
          <w:tcPr>
            <w:tcW w:type="dxa" w:w="864"/>
          </w:tcPr>
          <w:p>
            <w:r>
              <w:t>动物科学193</w:t>
            </w:r>
          </w:p>
        </w:tc>
        <w:tc>
          <w:tcPr>
            <w:tcW w:type="dxa" w:w="864"/>
          </w:tcPr>
          <w:p>
            <w:r>
              <w:t>3.72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综合素质分14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梅丽华</w:t>
            </w:r>
          </w:p>
        </w:tc>
        <w:tc>
          <w:tcPr>
            <w:tcW w:type="dxa" w:w="864"/>
          </w:tcPr>
          <w:p>
            <w:r>
              <w:t>15119126</w:t>
            </w:r>
          </w:p>
        </w:tc>
        <w:tc>
          <w:tcPr>
            <w:tcW w:type="dxa" w:w="864"/>
          </w:tcPr>
          <w:p>
            <w:r>
              <w:t>动物科学191</w:t>
            </w:r>
          </w:p>
        </w:tc>
        <w:tc>
          <w:tcPr>
            <w:tcW w:type="dxa" w:w="864"/>
          </w:tcPr>
          <w:p>
            <w:r>
              <w:t>3.54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综合素质分21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864"/>
          </w:tcPr>
          <w:p>
            <w:r>
              <w:t>张泽</w:t>
            </w:r>
          </w:p>
        </w:tc>
        <w:tc>
          <w:tcPr>
            <w:tcW w:type="dxa" w:w="864"/>
          </w:tcPr>
          <w:p>
            <w:r>
              <w:t>15119215</w:t>
            </w:r>
          </w:p>
        </w:tc>
        <w:tc>
          <w:tcPr>
            <w:tcW w:type="dxa" w:w="864"/>
          </w:tcPr>
          <w:p>
            <w:r>
              <w:t>动物科学192</w:t>
            </w:r>
          </w:p>
        </w:tc>
        <w:tc>
          <w:tcPr>
            <w:tcW w:type="dxa" w:w="864"/>
          </w:tcPr>
          <w:p>
            <w:r>
              <w:t>3.66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综合素质分14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864"/>
          </w:tcPr>
          <w:p>
            <w:r>
              <w:t>赵建磊</w:t>
            </w:r>
          </w:p>
        </w:tc>
        <w:tc>
          <w:tcPr>
            <w:tcW w:type="dxa" w:w="864"/>
          </w:tcPr>
          <w:p>
            <w:r>
              <w:t>9193011428</w:t>
            </w:r>
          </w:p>
        </w:tc>
        <w:tc>
          <w:tcPr>
            <w:tcW w:type="dxa" w:w="864"/>
          </w:tcPr>
          <w:p>
            <w:r>
              <w:t>动物科学192</w:t>
            </w:r>
          </w:p>
        </w:tc>
        <w:tc>
          <w:tcPr>
            <w:tcW w:type="dxa" w:w="864"/>
          </w:tcPr>
          <w:p>
            <w:r>
              <w:t>3.58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综合素质分18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郭露</w:t>
            </w:r>
          </w:p>
        </w:tc>
        <w:tc>
          <w:tcPr>
            <w:tcW w:type="dxa" w:w="864"/>
          </w:tcPr>
          <w:p>
            <w:r>
              <w:t>15119422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3.83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综合素质分4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</w:t>
            </w:r>
          </w:p>
        </w:tc>
        <w:tc>
          <w:tcPr>
            <w:tcW w:type="dxa" w:w="864"/>
          </w:tcPr>
          <w:p>
            <w:r>
              <w:t>李慧贤</w:t>
            </w:r>
          </w:p>
        </w:tc>
        <w:tc>
          <w:tcPr>
            <w:tcW w:type="dxa" w:w="864"/>
          </w:tcPr>
          <w:p>
            <w:r>
              <w:t>15119114</w:t>
            </w:r>
          </w:p>
        </w:tc>
        <w:tc>
          <w:tcPr>
            <w:tcW w:type="dxa" w:w="864"/>
          </w:tcPr>
          <w:p>
            <w:r>
              <w:t>动物科学191</w:t>
            </w:r>
          </w:p>
        </w:tc>
        <w:tc>
          <w:tcPr>
            <w:tcW w:type="dxa" w:w="864"/>
          </w:tcPr>
          <w:p>
            <w:r>
              <w:t>3.83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综合素质分4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17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</w:t>
            </w:r>
          </w:p>
        </w:tc>
        <w:tc>
          <w:tcPr>
            <w:tcW w:type="dxa" w:w="864"/>
          </w:tcPr>
          <w:p>
            <w:r>
              <w:t>董恬宁</w:t>
            </w:r>
          </w:p>
        </w:tc>
        <w:tc>
          <w:tcPr>
            <w:tcW w:type="dxa" w:w="864"/>
          </w:tcPr>
          <w:p>
            <w:r>
              <w:t>15119423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3.61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综合素质分15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18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</w:t>
            </w:r>
          </w:p>
        </w:tc>
        <w:tc>
          <w:tcPr>
            <w:tcW w:type="dxa" w:w="864"/>
          </w:tcPr>
          <w:p>
            <w:r>
              <w:t>常楷曼</w:t>
            </w:r>
          </w:p>
        </w:tc>
        <w:tc>
          <w:tcPr>
            <w:tcW w:type="dxa" w:w="864"/>
          </w:tcPr>
          <w:p>
            <w:r>
              <w:t>15119127</w:t>
            </w:r>
          </w:p>
        </w:tc>
        <w:tc>
          <w:tcPr>
            <w:tcW w:type="dxa" w:w="864"/>
          </w:tcPr>
          <w:p>
            <w:r>
              <w:t>动物科学192</w:t>
            </w:r>
          </w:p>
        </w:tc>
        <w:tc>
          <w:tcPr>
            <w:tcW w:type="dxa" w:w="864"/>
          </w:tcPr>
          <w:p>
            <w:r>
              <w:t>3.63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综合素质分13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19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</w:t>
            </w:r>
          </w:p>
        </w:tc>
        <w:tc>
          <w:tcPr>
            <w:tcW w:type="dxa" w:w="864"/>
          </w:tcPr>
          <w:p>
            <w:r>
              <w:t>王嫣</w:t>
            </w:r>
          </w:p>
        </w:tc>
        <w:tc>
          <w:tcPr>
            <w:tcW w:type="dxa" w:w="864"/>
          </w:tcPr>
          <w:p>
            <w:r>
              <w:t>15119403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3.52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综合素质分18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20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</w:t>
            </w:r>
          </w:p>
        </w:tc>
        <w:tc>
          <w:tcPr>
            <w:tcW w:type="dxa" w:w="864"/>
          </w:tcPr>
          <w:p>
            <w:r>
              <w:t>郑凯宸</w:t>
            </w:r>
          </w:p>
        </w:tc>
        <w:tc>
          <w:tcPr>
            <w:tcW w:type="dxa" w:w="864"/>
          </w:tcPr>
          <w:p>
            <w:r>
              <w:t>15119318</w:t>
            </w:r>
          </w:p>
        </w:tc>
        <w:tc>
          <w:tcPr>
            <w:tcW w:type="dxa" w:w="864"/>
          </w:tcPr>
          <w:p>
            <w:r>
              <w:t>动物科学193</w:t>
            </w:r>
          </w:p>
        </w:tc>
        <w:tc>
          <w:tcPr>
            <w:tcW w:type="dxa" w:w="864"/>
          </w:tcPr>
          <w:p>
            <w:r>
              <w:t>3.56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综合素质分15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21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</w:t>
            </w:r>
          </w:p>
        </w:tc>
        <w:tc>
          <w:tcPr>
            <w:tcW w:type="dxa" w:w="864"/>
          </w:tcPr>
          <w:p>
            <w:r>
              <w:t>朱明辉</w:t>
            </w:r>
          </w:p>
        </w:tc>
        <w:tc>
          <w:tcPr>
            <w:tcW w:type="dxa" w:w="864"/>
          </w:tcPr>
          <w:p>
            <w:r>
              <w:t>15119207</w:t>
            </w:r>
          </w:p>
        </w:tc>
        <w:tc>
          <w:tcPr>
            <w:tcW w:type="dxa" w:w="864"/>
          </w:tcPr>
          <w:p>
            <w:r>
              <w:t>动物科学192</w:t>
            </w:r>
          </w:p>
        </w:tc>
        <w:tc>
          <w:tcPr>
            <w:tcW w:type="dxa" w:w="864"/>
          </w:tcPr>
          <w:p>
            <w:r>
              <w:t>3.66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综合素质分9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22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</w:t>
            </w:r>
          </w:p>
        </w:tc>
        <w:tc>
          <w:tcPr>
            <w:tcW w:type="dxa" w:w="864"/>
          </w:tcPr>
          <w:p>
            <w:r>
              <w:t>邓曼</w:t>
            </w:r>
          </w:p>
        </w:tc>
        <w:tc>
          <w:tcPr>
            <w:tcW w:type="dxa" w:w="864"/>
          </w:tcPr>
          <w:p>
            <w:r>
              <w:t>15119304</w:t>
            </w:r>
          </w:p>
        </w:tc>
        <w:tc>
          <w:tcPr>
            <w:tcW w:type="dxa" w:w="864"/>
          </w:tcPr>
          <w:p>
            <w:r>
              <w:t>动物科学193</w:t>
            </w:r>
          </w:p>
        </w:tc>
        <w:tc>
          <w:tcPr>
            <w:tcW w:type="dxa" w:w="864"/>
          </w:tcPr>
          <w:p>
            <w:r>
              <w:t>3.51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综合素质分14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23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</w:t>
            </w:r>
          </w:p>
        </w:tc>
        <w:tc>
          <w:tcPr>
            <w:tcW w:type="dxa" w:w="864"/>
          </w:tcPr>
          <w:p>
            <w:r>
              <w:t>谢婧</w:t>
            </w:r>
          </w:p>
        </w:tc>
        <w:tc>
          <w:tcPr>
            <w:tcW w:type="dxa" w:w="864"/>
          </w:tcPr>
          <w:p>
            <w:r>
              <w:t>15119227</w:t>
            </w:r>
          </w:p>
        </w:tc>
        <w:tc>
          <w:tcPr>
            <w:tcW w:type="dxa" w:w="864"/>
          </w:tcPr>
          <w:p>
            <w:r>
              <w:t>动物科学192</w:t>
            </w:r>
          </w:p>
        </w:tc>
        <w:tc>
          <w:tcPr>
            <w:tcW w:type="dxa" w:w="864"/>
          </w:tcPr>
          <w:p>
            <w:r>
              <w:t>3.53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综合素质分12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24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</w:t>
            </w:r>
          </w:p>
        </w:tc>
        <w:tc>
          <w:tcPr>
            <w:tcW w:type="dxa" w:w="864"/>
          </w:tcPr>
          <w:p>
            <w:r>
              <w:t>谢宏</w:t>
            </w:r>
          </w:p>
        </w:tc>
        <w:tc>
          <w:tcPr>
            <w:tcW w:type="dxa" w:w="864"/>
          </w:tcPr>
          <w:p>
            <w:r>
              <w:t>15119427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3.67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综合素质分4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25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</w:t>
            </w:r>
          </w:p>
        </w:tc>
        <w:tc>
          <w:tcPr>
            <w:tcW w:type="dxa" w:w="864"/>
          </w:tcPr>
          <w:p>
            <w:r>
              <w:t>朱家良</w:t>
            </w:r>
          </w:p>
        </w:tc>
        <w:tc>
          <w:tcPr>
            <w:tcW w:type="dxa" w:w="864"/>
          </w:tcPr>
          <w:p>
            <w:r>
              <w:t>15119309</w:t>
            </w:r>
          </w:p>
        </w:tc>
        <w:tc>
          <w:tcPr>
            <w:tcW w:type="dxa" w:w="864"/>
          </w:tcPr>
          <w:p>
            <w:r>
              <w:t>动物科学193</w:t>
            </w:r>
          </w:p>
        </w:tc>
        <w:tc>
          <w:tcPr>
            <w:tcW w:type="dxa" w:w="864"/>
          </w:tcPr>
          <w:p>
            <w:r>
              <w:t>3.43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综合素质分15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26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</w:t>
            </w:r>
          </w:p>
        </w:tc>
        <w:tc>
          <w:tcPr>
            <w:tcW w:type="dxa" w:w="864"/>
          </w:tcPr>
          <w:p>
            <w:r>
              <w:t>时宁坤</w:t>
            </w:r>
          </w:p>
        </w:tc>
        <w:tc>
          <w:tcPr>
            <w:tcW w:type="dxa" w:w="864"/>
          </w:tcPr>
          <w:p>
            <w:r>
              <w:t>15119313</w:t>
            </w:r>
          </w:p>
        </w:tc>
        <w:tc>
          <w:tcPr>
            <w:tcW w:type="dxa" w:w="864"/>
          </w:tcPr>
          <w:p>
            <w:r>
              <w:t>动物科学193</w:t>
            </w:r>
          </w:p>
        </w:tc>
        <w:tc>
          <w:tcPr>
            <w:tcW w:type="dxa" w:w="864"/>
          </w:tcPr>
          <w:p>
            <w:r>
              <w:t>3.45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综合素质分13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27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</w:t>
            </w:r>
          </w:p>
        </w:tc>
        <w:tc>
          <w:tcPr>
            <w:tcW w:type="dxa" w:w="864"/>
          </w:tcPr>
          <w:p>
            <w:r>
              <w:t>段红伟</w:t>
            </w:r>
          </w:p>
        </w:tc>
        <w:tc>
          <w:tcPr>
            <w:tcW w:type="dxa" w:w="864"/>
          </w:tcPr>
          <w:p>
            <w:r>
              <w:t>15119419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3.37</w:t>
            </w:r>
          </w:p>
        </w:tc>
        <w:tc>
          <w:tcPr>
            <w:tcW w:type="dxa" w:w="864"/>
          </w:tcPr>
          <w:p>
            <w:r>
              <w:t>BA</w:t>
            </w:r>
          </w:p>
        </w:tc>
        <w:tc>
          <w:tcPr>
            <w:tcW w:type="dxa" w:w="864"/>
          </w:tcPr>
          <w:p>
            <w:r>
              <w:t>综合素质分15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28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</w:t>
            </w:r>
          </w:p>
        </w:tc>
        <w:tc>
          <w:tcPr>
            <w:tcW w:type="dxa" w:w="864"/>
          </w:tcPr>
          <w:p>
            <w:r>
              <w:t>李成伟</w:t>
            </w:r>
          </w:p>
        </w:tc>
        <w:tc>
          <w:tcPr>
            <w:tcW w:type="dxa" w:w="864"/>
          </w:tcPr>
          <w:p>
            <w:r>
              <w:t>15119410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3.28</w:t>
            </w:r>
          </w:p>
        </w:tc>
        <w:tc>
          <w:tcPr>
            <w:tcW w:type="dxa" w:w="864"/>
          </w:tcPr>
          <w:p>
            <w:r>
              <w:t>BA</w:t>
            </w:r>
          </w:p>
        </w:tc>
        <w:tc>
          <w:tcPr>
            <w:tcW w:type="dxa" w:w="864"/>
          </w:tcPr>
          <w:p>
            <w:r>
              <w:t>综合素质分9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29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</w:t>
            </w:r>
          </w:p>
        </w:tc>
        <w:tc>
          <w:tcPr>
            <w:tcW w:type="dxa" w:w="864"/>
          </w:tcPr>
          <w:p>
            <w:r>
              <w:t>陈雅慧</w:t>
            </w:r>
          </w:p>
        </w:tc>
        <w:tc>
          <w:tcPr>
            <w:tcW w:type="dxa" w:w="864"/>
          </w:tcPr>
          <w:p>
            <w:r>
              <w:t>35119217</w:t>
            </w:r>
          </w:p>
        </w:tc>
        <w:tc>
          <w:tcPr>
            <w:tcW w:type="dxa" w:w="864"/>
          </w:tcPr>
          <w:p>
            <w:r>
              <w:t>动物科学194</w:t>
            </w:r>
          </w:p>
        </w:tc>
        <w:tc>
          <w:tcPr>
            <w:tcW w:type="dxa" w:w="864"/>
          </w:tcPr>
          <w:p>
            <w:r>
              <w:t>3.26</w:t>
            </w:r>
          </w:p>
        </w:tc>
        <w:tc>
          <w:tcPr>
            <w:tcW w:type="dxa" w:w="864"/>
          </w:tcPr>
          <w:p>
            <w:r>
              <w:t>BB</w:t>
            </w:r>
          </w:p>
        </w:tc>
        <w:tc>
          <w:tcPr>
            <w:tcW w:type="dxa" w:w="864"/>
          </w:tcPr>
          <w:p>
            <w:r>
              <w:t>综合素质分7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30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</w:t>
            </w:r>
          </w:p>
        </w:tc>
        <w:tc>
          <w:tcPr>
            <w:tcW w:type="dxa" w:w="864"/>
          </w:tcPr>
          <w:p>
            <w:r>
              <w:t>韩萍</w:t>
            </w:r>
          </w:p>
        </w:tc>
        <w:tc>
          <w:tcPr>
            <w:tcW w:type="dxa" w:w="864"/>
          </w:tcPr>
          <w:p>
            <w:r>
              <w:t>15119328</w:t>
            </w:r>
          </w:p>
        </w:tc>
        <w:tc>
          <w:tcPr>
            <w:tcW w:type="dxa" w:w="864"/>
          </w:tcPr>
          <w:p>
            <w:r>
              <w:t>动物科学193</w:t>
            </w:r>
          </w:p>
        </w:tc>
        <w:tc>
          <w:tcPr>
            <w:tcW w:type="dxa" w:w="864"/>
          </w:tcPr>
          <w:p>
            <w:r>
              <w:t>3.22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>
              <w:t>综合素质分1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31</w:t>
            </w:r>
          </w:p>
        </w:tc>
        <w:tc>
          <w:tcPr>
            <w:tcW w:type="dxa" w:w="864"/>
          </w:tcPr>
          <w:p>
            <w:r>
              <w:t>顺位候补</w:t>
            </w:r>
          </w:p>
        </w:tc>
      </w:tr>
      <w:tr>
        <w:tc>
          <w:tcPr>
            <w:tcW w:type="dxa" w:w="864"/>
          </w:tcPr>
          <w:p>
            <w:r>
              <w:t>动物科技学院2023届推荐免试攻读研究生名单公示（金善宝实验班8名）</w:t>
            </w:r>
          </w:p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序号</w:t>
            </w:r>
          </w:p>
        </w:tc>
        <w:tc>
          <w:tcPr>
            <w:tcW w:type="dxa" w:w="864"/>
          </w:tcPr>
          <w:p>
            <w:r>
              <w:t>姓名</w:t>
            </w:r>
          </w:p>
        </w:tc>
        <w:tc>
          <w:tcPr>
            <w:tcW w:type="dxa" w:w="864"/>
          </w:tcPr>
          <w:p>
            <w:r>
              <w:t>学号</w:t>
            </w:r>
          </w:p>
        </w:tc>
        <w:tc>
          <w:tcPr>
            <w:tcW w:type="dxa" w:w="864"/>
          </w:tcPr>
          <w:p>
            <w:r>
              <w:t>专业班级</w:t>
            </w:r>
          </w:p>
        </w:tc>
        <w:tc>
          <w:tcPr>
            <w:tcW w:type="dxa" w:w="864"/>
          </w:tcPr>
          <w:p>
            <w:r>
              <w:t>GPA成绩</w:t>
            </w:r>
          </w:p>
        </w:tc>
        <w:tc>
          <w:tcPr>
            <w:tcW w:type="dxa" w:w="864"/>
          </w:tcPr>
          <w:p>
            <w:r>
              <w:t>综合测评等级</w:t>
            </w:r>
          </w:p>
        </w:tc>
        <w:tc>
          <w:tcPr>
            <w:tcW w:type="dxa" w:w="864"/>
          </w:tcPr>
          <w:p>
            <w:r>
              <w:t>加分项目及分数</w:t>
            </w:r>
          </w:p>
        </w:tc>
        <w:tc>
          <w:tcPr>
            <w:tcW w:type="dxa" w:w="864"/>
          </w:tcPr>
          <w:p>
            <w:r>
              <w:t>学术专长</w:t>
            </w:r>
          </w:p>
        </w:tc>
        <w:tc>
          <w:tcPr>
            <w:tcW w:type="dxa" w:w="864"/>
          </w:tcPr>
          <w:p>
            <w:r>
              <w:t>综合排名</w:t>
            </w:r>
          </w:p>
        </w:tc>
        <w:tc>
          <w:tcPr>
            <w:tcW w:type="dxa" w:w="864"/>
          </w:tcPr>
          <w:p>
            <w:r>
              <w:t>备注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周怡航</w:t>
            </w:r>
          </w:p>
        </w:tc>
        <w:tc>
          <w:tcPr>
            <w:tcW w:type="dxa" w:w="864"/>
          </w:tcPr>
          <w:p>
            <w:r>
              <w:t>15119220</w:t>
            </w:r>
          </w:p>
        </w:tc>
        <w:tc>
          <w:tcPr>
            <w:tcW w:type="dxa" w:w="864"/>
          </w:tcPr>
          <w:p>
            <w:r>
              <w:t>动物实验191</w:t>
            </w:r>
          </w:p>
        </w:tc>
        <w:tc>
          <w:tcPr>
            <w:tcW w:type="dxa" w:w="864"/>
          </w:tcPr>
          <w:p>
            <w:r>
              <w:t>3.75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综合素质分31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李诗佳</w:t>
            </w:r>
          </w:p>
        </w:tc>
        <w:tc>
          <w:tcPr>
            <w:tcW w:type="dxa" w:w="864"/>
          </w:tcPr>
          <w:p>
            <w:r>
              <w:t>15119211</w:t>
            </w:r>
          </w:p>
        </w:tc>
        <w:tc>
          <w:tcPr>
            <w:tcW w:type="dxa" w:w="864"/>
          </w:tcPr>
          <w:p>
            <w:r>
              <w:t>动物实验191</w:t>
            </w:r>
          </w:p>
        </w:tc>
        <w:tc>
          <w:tcPr>
            <w:tcW w:type="dxa" w:w="864"/>
          </w:tcPr>
          <w:p>
            <w:r>
              <w:t>3.84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综合素质分21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程超</w:t>
            </w:r>
          </w:p>
        </w:tc>
        <w:tc>
          <w:tcPr>
            <w:tcW w:type="dxa" w:w="864"/>
          </w:tcPr>
          <w:p>
            <w:r>
              <w:t>15119128</w:t>
            </w:r>
          </w:p>
        </w:tc>
        <w:tc>
          <w:tcPr>
            <w:tcW w:type="dxa" w:w="864"/>
          </w:tcPr>
          <w:p>
            <w:r>
              <w:t>动物实验191</w:t>
            </w:r>
          </w:p>
        </w:tc>
        <w:tc>
          <w:tcPr>
            <w:tcW w:type="dxa" w:w="864"/>
          </w:tcPr>
          <w:p>
            <w:r>
              <w:t>3.91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综合素质分16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潘彦悦</w:t>
            </w:r>
          </w:p>
        </w:tc>
        <w:tc>
          <w:tcPr>
            <w:tcW w:type="dxa" w:w="864"/>
          </w:tcPr>
          <w:p>
            <w:r>
              <w:t>15119229</w:t>
            </w:r>
          </w:p>
        </w:tc>
        <w:tc>
          <w:tcPr>
            <w:tcW w:type="dxa" w:w="864"/>
          </w:tcPr>
          <w:p>
            <w:r>
              <w:t>动物实验191</w:t>
            </w:r>
          </w:p>
        </w:tc>
        <w:tc>
          <w:tcPr>
            <w:tcW w:type="dxa" w:w="864"/>
          </w:tcPr>
          <w:p>
            <w:r>
              <w:t>3.78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综合素质分22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闫瑾儿</w:t>
            </w:r>
          </w:p>
        </w:tc>
        <w:tc>
          <w:tcPr>
            <w:tcW w:type="dxa" w:w="864"/>
          </w:tcPr>
          <w:p>
            <w:r>
              <w:t>15119110</w:t>
            </w:r>
          </w:p>
        </w:tc>
        <w:tc>
          <w:tcPr>
            <w:tcW w:type="dxa" w:w="864"/>
          </w:tcPr>
          <w:p>
            <w:r>
              <w:t>动物实验191</w:t>
            </w:r>
          </w:p>
        </w:tc>
        <w:tc>
          <w:tcPr>
            <w:tcW w:type="dxa" w:w="864"/>
          </w:tcPr>
          <w:p>
            <w:r>
              <w:t>3.68</w:t>
            </w:r>
          </w:p>
        </w:tc>
        <w:tc>
          <w:tcPr>
            <w:tcW w:type="dxa" w:w="864"/>
          </w:tcPr>
          <w:p>
            <w:r>
              <w:t>BB</w:t>
            </w:r>
          </w:p>
        </w:tc>
        <w:tc>
          <w:tcPr>
            <w:tcW w:type="dxa" w:w="864"/>
          </w:tcPr>
          <w:p>
            <w:r>
              <w:t>综合素质分27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王雅涵</w:t>
            </w:r>
          </w:p>
        </w:tc>
        <w:tc>
          <w:tcPr>
            <w:tcW w:type="dxa" w:w="864"/>
          </w:tcPr>
          <w:p>
            <w:r>
              <w:t>31119320</w:t>
            </w:r>
          </w:p>
        </w:tc>
        <w:tc>
          <w:tcPr>
            <w:tcW w:type="dxa" w:w="864"/>
          </w:tcPr>
          <w:p>
            <w:r>
              <w:t>动物实验191</w:t>
            </w:r>
          </w:p>
        </w:tc>
        <w:tc>
          <w:tcPr>
            <w:tcW w:type="dxa" w:w="864"/>
          </w:tcPr>
          <w:p>
            <w:r>
              <w:t>3.79</w:t>
            </w:r>
          </w:p>
        </w:tc>
        <w:tc>
          <w:tcPr>
            <w:tcW w:type="dxa" w:w="864"/>
          </w:tcPr>
          <w:p>
            <w:r>
              <w:t>BA</w:t>
            </w:r>
          </w:p>
        </w:tc>
        <w:tc>
          <w:tcPr>
            <w:tcW w:type="dxa" w:w="864"/>
          </w:tcPr>
          <w:p>
            <w:r>
              <w:t>综合素质分26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高艺华</w:t>
            </w:r>
          </w:p>
        </w:tc>
        <w:tc>
          <w:tcPr>
            <w:tcW w:type="dxa" w:w="864"/>
          </w:tcPr>
          <w:p>
            <w:r>
              <w:t>15119323</w:t>
            </w:r>
          </w:p>
        </w:tc>
        <w:tc>
          <w:tcPr>
            <w:tcW w:type="dxa" w:w="864"/>
          </w:tcPr>
          <w:p>
            <w:r>
              <w:t>动物实验191</w:t>
            </w:r>
          </w:p>
        </w:tc>
        <w:tc>
          <w:tcPr>
            <w:tcW w:type="dxa" w:w="864"/>
          </w:tcPr>
          <w:p>
            <w:r>
              <w:t>3.65</w:t>
            </w:r>
          </w:p>
        </w:tc>
        <w:tc>
          <w:tcPr>
            <w:tcW w:type="dxa" w:w="864"/>
          </w:tcPr>
          <w:p>
            <w:r>
              <w:t>BB</w:t>
            </w:r>
          </w:p>
        </w:tc>
        <w:tc>
          <w:tcPr>
            <w:tcW w:type="dxa" w:w="864"/>
          </w:tcPr>
          <w:p>
            <w:r>
              <w:t>综合素质分23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郑宇婧</w:t>
            </w:r>
          </w:p>
        </w:tc>
        <w:tc>
          <w:tcPr>
            <w:tcW w:type="dxa" w:w="864"/>
          </w:tcPr>
          <w:p>
            <w:r>
              <w:t>9193011529</w:t>
            </w:r>
          </w:p>
        </w:tc>
        <w:tc>
          <w:tcPr>
            <w:tcW w:type="dxa" w:w="864"/>
          </w:tcPr>
          <w:p>
            <w:r>
              <w:t>动物实验191</w:t>
            </w:r>
          </w:p>
        </w:tc>
        <w:tc>
          <w:tcPr>
            <w:tcW w:type="dxa" w:w="864"/>
          </w:tcPr>
          <w:p>
            <w:r>
              <w:t>3.64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综合素质分22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国际农业发展硕士</w:t>
            </w:r>
          </w:p>
        </w:tc>
      </w:tr>
      <w:tr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钟沛</w:t>
            </w:r>
          </w:p>
        </w:tc>
        <w:tc>
          <w:tcPr>
            <w:tcW w:type="dxa" w:w="864"/>
          </w:tcPr>
          <w:p>
            <w:r>
              <w:t>1419117</w:t>
            </w:r>
          </w:p>
        </w:tc>
        <w:tc>
          <w:tcPr>
            <w:tcW w:type="dxa" w:w="864"/>
          </w:tcPr>
          <w:p>
            <w:r>
              <w:t>动物实验191</w:t>
            </w:r>
          </w:p>
        </w:tc>
        <w:tc>
          <w:tcPr>
            <w:tcW w:type="dxa" w:w="864"/>
          </w:tcPr>
          <w:p>
            <w:r>
              <w:t>3.6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>
              <w:t>综合素质分18</w:t>
            </w:r>
          </w:p>
        </w:tc>
        <w:tc>
          <w:tcPr>
            <w:tcW w:type="dxa" w:w="864"/>
          </w:tcPr>
          <w:p>
            <w:r>
              <w:t>动物科学</w:t>
            </w:r>
          </w:p>
        </w:tc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顺位候补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