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动物科技学院推荐免试研究生名单公示（2022年入学）</w:t>
      </w:r>
    </w:p>
    <w:p>
      <w:r>
        <w:t>动物科学专业部分</w:t>
      </w:r>
    </w:p>
    <w:p>
      <w:r>
        <w:t>动物科学强化班部分</w:t>
      </w:r>
    </w:p>
    <w:p>
      <w:r>
        <w:t>以上为动物科技学院推荐免试研究生名单（2022年入学），公示期为3天，如对该名单有疑义，请与2021年9月18日前将反馈意见反映至动物科技学院教务办（逸夫楼2035），联系方式——025-84395355。</w:t>
      </w:r>
    </w:p>
    <w:p>
      <w:r>
        <w:t>动物科技学院</w:t>
      </w:r>
    </w:p>
    <w:p>
      <w:r>
        <w:t>2021年9月16日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