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【通知公告】动物医学院关于做好推荐优秀2027年本科毕业生免试攻读研究生工作的通知</w:t>
      </w:r>
    </w:p>
    <w:p>
      <w:r>
        <w:t>动物医学院2027届各班级：</w:t>
      </w:r>
    </w:p>
    <w:p>
      <w:r>
        <w:t>为了进一步做好动物医学院推荐免试研究生工作，根据校教发[2026]175号文件《南京农业大学关于做好2027年推荐优秀应届本科毕业生免试攻读研究生工作的通知》文件精神，经学院研究，现将有关事项通知如下：</w:t>
      </w:r>
    </w:p>
    <w:p>
      <w:r>
        <w:t>一、组织领导</w:t>
      </w:r>
    </w:p>
    <w:p>
      <w:r>
        <w:t>动物医学院成立推荐免试研究生遴选工作领导小组。</w:t>
      </w:r>
    </w:p>
    <w:p>
      <w:r>
        <w:t>组长：平继辉苗晋锋</w:t>
      </w:r>
    </w:p>
    <w:p>
      <w:r>
        <w:t>成员：姚敏磊刘斐马喆常广军刘家国曹瑞兵杨晓静王丽平</w:t>
      </w:r>
    </w:p>
    <w:p>
      <w:r>
        <w:t>秘书：贾晓庆金晓曦尤思聪</w:t>
      </w:r>
    </w:p>
    <w:p>
      <w:r>
        <w:t>领导小组办公室设在行政南楼A309室，自通知发布之日起，接受学生咨询。</w:t>
      </w:r>
    </w:p>
    <w:p>
      <w:r>
        <w:t>二、推荐名额</w:t>
      </w:r>
    </w:p>
    <w:p>
      <w:r>
        <w:t>1.动物医学院可推荐名额：</w:t>
      </w:r>
    </w:p>
    <w:p>
      <w:r>
        <w:t>学院可推荐免试研究生总名额为73名。其中，动物医学专业可推荐49名，动物药学专业可推荐6名，金善宝实验班可推荐14名，另含国家生命学院直博生专项4名。</w:t>
      </w:r>
    </w:p>
    <w:p>
      <w:r>
        <w:t>2.不占用学院名额：</w:t>
      </w:r>
    </w:p>
    <w:p>
      <w:r>
        <w:t>（1）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2）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三、推荐基本条件</w:t>
      </w:r>
    </w:p>
    <w:p>
      <w:r>
        <w:t>1．拥护中国共产党的领导，愿为中国式现代化建设服务，政治立场坚定，思想品德良好，遵纪守法，诚实守信，各学年综合测评优良。</w:t>
      </w:r>
    </w:p>
    <w:p>
      <w:r>
        <w:t>2.应届本科毕业生，勤奋好学，GPA不低于3.2。系统掌握本学科专业领域的基础理论、专业知识和基本技能；具有从事科学研究、专业实践的能力和基础,以及较强的创新意识和潜质。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3．必修课不及格记录不超过一门，且参加推免时经补考或一次重修（仅限该课程无补考仅可重修）已通过课程考核，完成本专业要求的保研必修课程。</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7．国家生命学院直博生专项：学生愿意留本校直博，导师愿意接收；且导师带领学生后续开展的课题研究方向需围绕生物育种大方向(如：抗病育种)专业领域。</w:t>
      </w:r>
    </w:p>
    <w:p>
      <w:r>
        <w:t>四、推荐方法</w:t>
      </w:r>
    </w:p>
    <w:p>
      <w:r>
        <w:t>1．学院依照申请学生的综合考核总成绩顺序确定候选人名单，若有学生放弃免试保研资格，在公示结束前将按顺序增补。综合考核内容包括学生学习成绩GPA绩点和综合素质与能力表现考核。</w:t>
      </w:r>
    </w:p>
    <w:p>
      <w:r>
        <w:t>2．学习成绩GPA绩点以推荐免试工作进行时教务处数据库中的数据为准，在综合考核中所占权重比例为70％。</w:t>
      </w:r>
    </w:p>
    <w:p>
      <w:r>
        <w:t>3．综合素质与能力表现考核成绩包括综合测评得分和综合能力附加分，在综合考核中所占权重比例为30％。综合素质与能力表现具体计分方法见动物医学院推荐免试硕士研究生（含直博生）的综合考核方案。</w:t>
      </w:r>
    </w:p>
    <w:p>
      <w:r>
        <w:t>五、工作原则</w:t>
      </w:r>
    </w:p>
    <w:p>
      <w:r>
        <w:t>1．要严格审核认定学生的高水平科研创新成果、竞赛奖项等的真实性、原创性。一般按学院(或学科专业)分别成立材料审核专家组，每组不少于3人(可视情况邀请本研究领域校外权威专家、相关期刊单位或赛事主办单位负责人等)，并组织学生在学校一定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2．要严格规范管理。对于符合推荐名额第二条的学生，需由学生本人向学院提交申请、科研成果证明材料及三位专业相关教授(与学生本人无亲属关系)联名推荐材料，并通过学院学术委员会审核答辩、学校推免领导工作小组资格审核、学校专家组审核答辩，经公示无异议后方可获得推免资格。期间，学生申请材料需一并公示，学院学术委员会及学校专家组审核答辩需全程录像。</w:t>
      </w:r>
    </w:p>
    <w:p>
      <w:r>
        <w:t>3.要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附件6)，由学院留存。</w:t>
      </w:r>
    </w:p>
    <w:p>
      <w:r>
        <w:t>六、时间安排</w:t>
      </w:r>
    </w:p>
    <w:p>
      <w:r>
        <w:t>1．9月1日前：学院成立免试推荐工作领导小组，制订本院具体推荐方案，上报学校审批。</w:t>
      </w:r>
    </w:p>
    <w:p>
      <w:r>
        <w:t>2．9月2日中午12点之前：满足上述推荐条件的学生将以下纸质版材料送至大学生活动中心205室，辅导员尤思聪处。</w:t>
      </w:r>
    </w:p>
    <w:p>
      <w:r>
        <w:t>①《推免生申请表》（附件1）。</w:t>
      </w:r>
    </w:p>
    <w:p>
      <w:r>
        <w:t>②动物医学院2027年本科毕业生保研附加分申请表（附件2）</w:t>
      </w:r>
    </w:p>
    <w:p>
      <w:r>
        <w:t>③用于附加分加分的各类获奖证书、公开发表的论文等材料原件和复印件各一份。</w:t>
      </w:r>
    </w:p>
    <w:p>
      <w:r>
        <w:t>④对于有直系亲属或其他利益相关者在本单位工作的学生，尤其是担任本单位中层及以上领导干部和推免招生工作人员的，需主动报备，并在综合考核中加强监督和管理。没有的，提交免试推荐研究生承诺书（附件3）。</w:t>
      </w:r>
    </w:p>
    <w:p>
      <w:r>
        <w:t>⑤参加国家生命学院直博生专项的须提供承诺书（附件4）。</w:t>
      </w:r>
    </w:p>
    <w:p>
      <w:r>
        <w:t>⑥动物医学院2027年推荐免试硕士研究生（含直博生）申请表（附件5）。</w:t>
      </w:r>
    </w:p>
    <w:p>
      <w:r>
        <w:t>3．9月7日：学院公示</w:t>
      </w:r>
    </w:p>
    <w:p>
      <w:r>
        <w:t>4．9月10日前：学院向教务处上报免试推荐名单。</w:t>
      </w:r>
    </w:p>
    <w:p>
      <w:r>
        <w:t>七、其他事项</w:t>
      </w:r>
    </w:p>
    <w:p>
      <w:r>
        <w:t>1．申请推免学生若综合成绩分值相同，则按照在校GPA高低顺序排名；若在校GPA相同，则按照英语四级成绩排名。</w:t>
      </w:r>
    </w:p>
    <w:p>
      <w:r>
        <w:t>2．推荐保研的学生如在最后一学年表现较差或学习松懈，成绩不合要求，学校取消其录取资格。</w:t>
      </w:r>
    </w:p>
    <w:p>
      <w:r>
        <w:t>3．已取得本研贯通资格的同学按照动物医学院“本研贯通”项目选拔方案要求执行。</w:t>
      </w:r>
    </w:p>
    <w:p>
      <w:r>
        <w:t>4．申请人推免材料如有弄虚作假、不符文件要求的，经查实后取消其保研资格。</w:t>
      </w:r>
    </w:p>
    <w:p>
      <w:r>
        <w:t>5．学院接收推免事宜投诉电话是15896636998，13770914554，联系人：尤思聪、贾晓庆。</w:t>
      </w:r>
    </w:p>
    <w:p>
      <w:r>
        <w:t>动物医学院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