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【本科教育】动物医学院2027年推荐免试研究生名单公示</w:t>
      </w:r>
    </w:p>
    <w:p>
      <w:r>
        <w:t>各位老师、同学：</w:t>
      </w:r>
    </w:p>
    <w:p>
      <w:r>
        <w:t>根据《南京农业大学关于做好2027年推荐优秀应届本科毕业生免试攻读研究生工作的通知》（校教发[2026]175号）精神，动物医学院按照要求成立学院推荐免试研究生工作领导小组，制定推荐免试研究生工作细则，在上报学校有关部门审核备案后，在学院网站正式发布。经学生个人申请，学院审核相关材料，学院推荐免试研究生工作小组讨论后，拟定202 7年推荐免试研究生名单（详细情况见附件1），现予以公示。</w:t>
      </w:r>
    </w:p>
    <w:p>
      <w:r>
        <w:t>为保证学院保研名额正常使用，本次公示增加了递补学生名单，动药7号，动医53、54号递补学生名单（即前面有学生放弃或学校2+3辅导员、IAD项目及直博生被正式录取，按此顺序递增保研学生）。</w:t>
      </w:r>
    </w:p>
    <w:p>
      <w:r>
        <w:t>若有异议，请于9月9日17:30前向学院推荐免试研究生工作小组反映，联系电话：，13770914554（贾晓庆），15896636998（尤思聪）。</w:t>
      </w:r>
    </w:p>
    <w:p>
      <w:r>
        <w:t>备注：金善宝实验班A号学生为本研贯通培养，B号学生为本次推免学生。</w:t>
      </w:r>
    </w:p>
    <w:p>
      <w:r>
        <w:t>动物医学院</w:t>
      </w:r>
    </w:p>
    <w:p>
      <w:r>
        <w:t>202 6年9月7日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