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【本科教学】动医学院2024年推荐免试研究生名单公示</w:t>
      </w:r>
    </w:p>
    <w:p>
      <w:r>
        <w:t>各位老师、各位同学：</w:t>
      </w:r>
    </w:p>
    <w:p>
      <w:r>
        <w:t>根据学校“南京农业大学关于做好2024年推荐优秀应届本科毕业生免试攻读研究生推荐工作的通知”（校教发〔2023〕193号）文件精神，学院成立了推荐免试研究生工作领导小组，制定了推荐免试研究生的细则，上报学校有关部门，并在学院网站通知公告栏公示，经学生志愿申请，学院审核相关材料，学院推荐免试研究生工作小组讨论，拟定推荐免试研究生名单（详细情况见附件1），现予以公示。</w:t>
      </w:r>
    </w:p>
    <w:p>
      <w:r>
        <w:t>若有异议，请于9月21日5:30前向学院推荐免试研究生工作小组反映，联系电话：84397619（贾晓庆），84395893（徐刚）。</w:t>
      </w:r>
    </w:p>
    <w:p>
      <w:r>
        <w:t>注：贾晓庆老师负责学生成绩相关数据</w:t>
      </w:r>
    </w:p>
    <w:p>
      <w:r>
        <w:t>徐刚老师负责附加分相关数据</w:t>
      </w:r>
    </w:p>
    <w:p>
      <w:r>
        <w:t>动物医学院</w:t>
      </w:r>
    </w:p>
    <w:p>
      <w:r>
        <w:t>2023.9.21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