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2018年公共管理学院推荐免试研究生工作方案</w:t>
      </w:r>
    </w:p>
    <w:p>
      <w:r>
        <w:t>根据《教育部办公厅关于进一步完善推荐优秀应届本科毕业生免试攻读研究生工作办法的通知》和《南京农业大学关于做好2018年优秀应届本科毕业生免试攻读研究生推荐工作的通知》（校教发【2017】383号）等文件精神，现将公共管理学院2018年应届本科生推荐免试研究生工作方案公布如下：</w:t>
      </w:r>
    </w:p>
    <w:p>
      <w:r>
        <w:t>一、基本条件</w:t>
      </w:r>
    </w:p>
    <w:p>
      <w:r>
        <w:t>1.拥护中国共产党的领导，愿为社会主义现代化建设服务，品德良好，勤奋好学，具有较强的学习、研究和独立工作能力，各学年综合测评优良。</w:t>
      </w:r>
    </w:p>
    <w:p>
      <w:r>
        <w:t>2.必修课无不及格记录。</w:t>
      </w:r>
    </w:p>
    <w:p>
      <w:r>
        <w:t>3.英语CET4级460分及以上，或CET6级426分及以上，或托福80分及以上，或GRE1200分及以上，或雅思6分及以上。</w:t>
      </w:r>
    </w:p>
    <w:p>
      <w:r>
        <w:t>4.达到大学生体育锻炼标准，身体健康。</w:t>
      </w:r>
    </w:p>
    <w:p>
      <w:r>
        <w:t>5.未有任何尚在期限内的处分。</w:t>
      </w:r>
    </w:p>
    <w:p>
      <w:r>
        <w:t>二、综合考核评价方案</w:t>
      </w:r>
    </w:p>
    <w:p>
      <w:r>
        <w:t>1.学院按照提交《申请表》学生的综合成绩进行排名，综合成绩包括学习成绩（GPA折算分）和其它综合素质得分（最高不超过25分）两部分。即</w:t>
      </w:r>
    </w:p>
    <w:p>
      <w:r>
        <w:t>综合成绩= GPA折算分+其它综合素质得分</w:t>
      </w:r>
    </w:p>
    <w:p>
      <w:r>
        <w:t>2.学习成绩（GPA折算分）按照如下公式进行折算</w:t>
      </w:r>
    </w:p>
    <w:p>
      <w:r>
        <w:t>GPA折算分=其中“Z”以各专业本届实际GPA最高值计</w:t>
      </w:r>
    </w:p>
    <w:p>
      <w:r>
        <w:t>3.其它综合素质得分按照如下项目进行累加，但最高不超过25分。</w:t>
      </w:r>
    </w:p>
    <w:p>
      <w:r>
        <w:t>n课外科技活动（含英语、数学、计算机、科技作品等方面的竞赛）获奖：校级一等奖加3分、省级一等奖加6分、二等奖加4分、全国一等奖加10分、全国二等奖加6分、全国三等奖加4分；（若为团体奖，个人排名须为前3名，校级团体奖仅限“挑战杯”大学生课外学术科技作品竞赛、大学生创业计划竞赛。同类科目各级获奖不兼得，取高分值一项）。</w:t>
      </w:r>
    </w:p>
    <w:p>
      <w:r>
        <w:t>n学生在学期间主持国家级或省级SRT项目结题优秀加4分，参加加1.5分，主持国家级、省级SRT项目结题合格加3分，参加加1分；主持校级SRT项目结题优秀加3分，参加加1分，主持校级SRT项目结题合格加2分，参加加0.5分；院级SRT项目等同于省级项目加分。</w:t>
      </w:r>
    </w:p>
    <w:p>
      <w:r>
        <w:t>n在学术期刊上发表学术论文（限第一作者或者本校教师为第一作者且本人为第二作者）：学校认定的核心期刊一、二、三类分别每篇加8分、6分、4分；其他正式出版的期刊每篇加1分。（论文最多择优认定3篇）。</w:t>
      </w:r>
    </w:p>
    <w:p>
      <w:r>
        <w:t>n托福80分及以上，或GRE1200分及以上，或雅思6分及以上加2分，不累计加分。</w:t>
      </w:r>
    </w:p>
    <w:p>
      <w:r>
        <w:t>n获得江苏省三好学生称号的加5分，校级十佳学生称号加2分，省优秀团员加2分。</w:t>
      </w:r>
    </w:p>
    <w:p>
      <w:r>
        <w:t>n获得国家奖学金、国家三好学生奖学金一等奖或金善宝奖学金或邹秉文奖学金加3分/次，国家三好学生奖学金二等奖学金加2分/次；单项奖1分/次；（同年获奖不兼得，取高分值一项）。</w:t>
      </w:r>
    </w:p>
    <w:p>
      <w:r>
        <w:t>n省级优秀学干、优秀团干等奖励加3分；省社会实践先进个人，十佳学生干部、十佳社团干部，校级团员标兵、校园青年先锋加2分；校级优秀学生干部、校级优秀团干部奖励加1分（同类奖励不兼得，取高分值一项，本项满分3分）。</w:t>
      </w:r>
    </w:p>
    <w:p>
      <w:r>
        <w:t>n获校级社会实践优秀论文，社会实践先进个人，省优秀志愿者加1分。</w:t>
      </w:r>
    </w:p>
    <w:p>
      <w:r>
        <w:t>n文化、艺术、体育等各类竞赛获省级二等奖（或第二名）及以上奖励者加3分；校级一等奖（或第一名）奖励者加1分；（多次获奖不累加，本项满分3分）。</w:t>
      </w:r>
    </w:p>
    <w:p>
      <w:r>
        <w:t>三、特别申请</w:t>
      </w:r>
    </w:p>
    <w:p>
      <w:r>
        <w:t>对有特殊学术专长或具有突出培养潜质者，如在大学生课外科技活动等竞赛中获全国性一、二等奖（若为团体奖，个人排名须为前3名），或已在《南京农业大学自然科学核心期刊目录》二类以上学术期刊或CSSCI收录期刊上以第一作者发表本专业论文，或已在SCI源刊物以第一、第二作者发表本专业论文，或参加优秀本科生出国交流项目（CSC）、江苏高校学生境外学习政府奖学金项目者，或在校期间参军入伍服兵役，或到国际组织实习者等，应纳入推免评价体系中。有关学生的说明材料要在学院公示不少于5天。</w:t>
      </w:r>
    </w:p>
    <w:p>
      <w:r>
        <w:t>四、推荐名额</w:t>
      </w:r>
    </w:p>
    <w:p>
      <w:r>
        <w:t>1.按照学校文件精神，学院推荐名额向国家重点学科、品牌特色专业倾斜，结合我院实际情况，总计26个免推名额分配如下：土地资源管理专业13名；人文地理与城乡规划专业3名；行政管理专业4名；劳动与社会保障专业2名；人力资源管理专业4名。</w:t>
      </w:r>
    </w:p>
    <w:p>
      <w:r>
        <w:t>2.根据教育与学校文件要求，所有推免生均享有依据招生政策自主选择报考招生单位和专业的权利，所有推荐名额（除有特殊政策要求的专项计划外），均可向其他招生单位推荐。</w:t>
      </w:r>
    </w:p>
    <w:p>
      <w:r>
        <w:t>3.2018年继续执行“研究生支教团”和“教育部直属师范大学接收外校推免生名额补偿”政策，教育部另外下拨11个研究生支教团专项指标和3个教育部直属师范大学接收外校推免生专项指标，分别由团委和相关学院负责遴选。</w:t>
      </w:r>
    </w:p>
    <w:p>
      <w:r>
        <w:t>4.推免生可继续申请担任我校“2+3”模式本科生辅导员计划，由学生工作部牵头进行选聘。</w:t>
      </w:r>
    </w:p>
    <w:p>
      <w:r>
        <w:t>五、工作进程</w:t>
      </w:r>
    </w:p>
    <w:p>
      <w:r>
        <w:t>1.9月11日前学院成立推荐免试研究生工作领导小组，制定本学院推荐免试研究生推荐办法（含综合考核评价方案），报教务处综合科，经校推荐免试研究生工作领导小组审核同意后公布执行。</w:t>
      </w:r>
    </w:p>
    <w:p>
      <w:r>
        <w:t>2.9月12日下午14：30，在逸夫楼7021召开2018年公共管理学院免试推荐研究生工作说明会，学生开始填写表格并准备申请材料。</w:t>
      </w:r>
    </w:p>
    <w:p>
      <w:r>
        <w:t>3.9月13日下午17：00之前，学生提交申请表并附相关证明材料至学院学生工作办公室（逸夫楼7013；电话：84395254；武昕宇老师处），逾期不再受理。</w:t>
      </w:r>
    </w:p>
    <w:p>
      <w:r>
        <w:t>4.9月15日前学院公布学院各专业学生的排名情况，确定公共管理学院2018年获得推免生的资格名单，在学院范围内公示。</w:t>
      </w:r>
    </w:p>
    <w:p>
      <w:r>
        <w:t>5.9月18日前，推荐生与所在学院联系，办理申请手续，并提交《推免生申请表》、《推免生政治思想情况表》、《本科阶段学习成绩单》、英语考级证书、各类获奖证书、公开发表的论文等材料复印件。本科成绩须学校教务部门盖章，其他材料可由考生所在学院盖章。</w:t>
      </w:r>
    </w:p>
    <w:p>
      <w:r>
        <w:t>6.9月20日前，学院向教务处上报推免生名单。由教务处进行名单公示。</w:t>
      </w:r>
    </w:p>
    <w:p>
      <w:r>
        <w:t>公共管理学院</w:t>
      </w:r>
    </w:p>
    <w:p>
      <w:r>
        <w:t>2017年9月11日</w:t>
      </w:r>
    </w:p>
    <w:p>
      <w:r>
        <w:t>附：</w:t>
      </w:r>
    </w:p>
    <w:p>
      <w:r>
        <w:t>公共管理学院2016年推荐免试研究生工作小组</w:t>
      </w:r>
    </w:p>
    <w:p>
      <w:r>
        <w:t>组长：石晓平</w:t>
      </w:r>
    </w:p>
    <w:p>
      <w:r>
        <w:t>成员：郭忠兴谢勇张树峰刘志民刘友兆李放刘祖云刘述良</w:t>
      </w:r>
    </w:p>
    <w:p>
      <w:r>
        <w:t>郭杰吴未周蕾</w:t>
      </w:r>
    </w:p>
    <w:p>
      <w:r>
        <w:t>秘书：武昕宇徐明颜玉萍</w:t>
      </w:r>
    </w:p>
    <w:p>
      <w:r>
        <w:t>下载文件为：《2018年公共管理学院推荐免试研究生工作方案》《2018年公共管理学院应届本科生免试推荐研究生申请表》《2018年关于学院对免试推荐研究生工作中综合素质项目评分的补充通告》</w:t>
      </w:r>
    </w:p>
    <w:p>
      <w:r>
        <w:t>附件下载1：</w:t>
      </w:r>
    </w:p>
    <w:p>
      <w:r>
        <w:t>附件下载2：</w:t>
      </w:r>
    </w:p>
    <w:p>
      <w:r>
        <w:t>附件下载3：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