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南京农业大学信息管理学院关于2023年优秀应届本科毕业生免试攻读研究生推荐工作的公示</w:t>
      </w:r>
    </w:p>
    <w:p>
      <w:r>
        <w:t>导航</w:t>
      </w:r>
    </w:p>
    <w:p>
      <w:r>
        <w:t>轮播图</w:t>
      </w:r>
    </w:p>
    <w:p>
      <w:r>
        <w:t>侧导航</w:t>
      </w:r>
    </w:p>
    <w:p>
      <w:r>
        <w:t>侧导航</w:t>
      </w:r>
    </w:p>
    <w:p>
      <w:pPr>
        <w:pStyle w:val="Heading4"/>
      </w:pPr>
      <w:r>
        <w:t>首页</w:t>
      </w:r>
    </w:p>
    <w:p>
      <w:pPr>
        <w:pStyle w:val="Heading3"/>
      </w:pPr>
      <w:r>
        <w:t>通知公告</w:t>
      </w:r>
    </w:p>
    <w:p>
      <w:pPr>
        <w:pStyle w:val="Heading3"/>
      </w:pPr>
      <w:r>
        <w:t>学院新闻</w:t>
      </w:r>
    </w:p>
    <w:p>
      <w:pPr>
        <w:pStyle w:val="Heading3"/>
      </w:pPr>
      <w:r>
        <w:t>党建思政</w:t>
      </w:r>
    </w:p>
    <w:p>
      <w:pPr>
        <w:pStyle w:val="ListBullet"/>
      </w:pPr>
      <w:r>
        <w:t>党建管理</w:t>
      </w:r>
    </w:p>
    <w:p>
      <w:pPr>
        <w:pStyle w:val="ListBullet"/>
      </w:pPr>
      <w:r>
        <w:t>党建学习</w:t>
      </w:r>
    </w:p>
    <w:p>
      <w:pPr>
        <w:pStyle w:val="ListBullet"/>
      </w:pPr>
      <w:r>
        <w:t>党建活动</w:t>
      </w:r>
    </w:p>
    <w:p>
      <w:pPr>
        <w:pStyle w:val="ListBullet"/>
      </w:pPr>
      <w:r>
        <w:t>党建专题</w:t>
      </w:r>
    </w:p>
    <w:p>
      <w:pPr>
        <w:pStyle w:val="Heading3"/>
      </w:pPr>
      <w:r>
        <w:t>学生动态</w:t>
      </w:r>
    </w:p>
    <w:p>
      <w:pPr>
        <w:pStyle w:val="Heading3"/>
      </w:pPr>
      <w:r>
        <w:t>诚聘英才</w:t>
      </w:r>
    </w:p>
    <w:p>
      <w:r>
        <w:t>侧导航</w:t>
      </w:r>
    </w:p>
    <w:p>
      <w:r>
        <w:t>l列表</w:t>
      </w:r>
    </w:p>
    <w:p>
      <w:r>
        <w:t>通知公告</w:t>
      </w:r>
    </w:p>
    <w:p>
      <w:pPr>
        <w:pStyle w:val="Heading4"/>
      </w:pPr>
      <w:r>
        <w:t>来源:发布时间: 2022-09-20点击量: 3193</w:t>
      </w:r>
    </w:p>
    <w:p>
      <w:r>
        <w:t>根据《南京农业大学信息管理学院关于做好2023年推荐优秀应届本科毕业生免试攻读研究生工作的通知》推荐办法，经各专业学生自愿申请，学院推荐免试攻读研究生工作领导小组的审核，拟确定各专业2023年推荐免试攻读研究生名单（详见附件）。</w:t>
      </w:r>
    </w:p>
    <w:p>
      <w:r>
        <w:t>公示期为2022年9月21日至2022年9月25日。如有异议，请于公示期内反馈，联系人：秦可蓉，联系电话：025-58606573，邮箱：qinkerong@njau.edu.cn。</w:t>
      </w:r>
    </w:p>
    <w:p>
      <w:r>
        <w:t>信息管理学院</w:t>
      </w:r>
    </w:p>
    <w:p>
      <w:r>
        <w:t>2022年9月21日</w:t>
      </w:r>
    </w:p>
    <w:p>
      <w:pPr>
        <w:pStyle w:val="ListBullet"/>
      </w:pPr>
      <w:r>
        <w:t>附件【信息管理学院2023年拟推荐免试攻读研究生名单公示.pdf】已下载2422次</w:t>
      </w:r>
    </w:p>
    <w:p>
      <w:r>
        <w:t>上一篇：南京农业大学信息管理学院关于2023年优秀应届本科毕业生免试攻读研究生拟推荐名单递补的公示</w:t>
      </w:r>
    </w:p>
    <w:p>
      <w:r>
        <w:t>下一篇：信息管理学院关于做好2023年优秀应届本科毕业生免试攻读研究生推荐工作的通知</w:t>
      </w:r>
    </w:p>
    <w:p>
      <w:r>
        <w:t>【关闭】</w:t>
      </w:r>
    </w:p>
    <w:p>
      <w:r>
        <w:t>版权</w:t>
      </w:r>
    </w:p>
    <w:p>
      <w:r>
        <w:t>滚动渐显</w:t>
      </w:r>
    </w:p>
    <w:p>
      <w:r>
        <w:t>滚动渐显结束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