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人文学院2016年保研工作预备通知</w:t>
      </w:r>
    </w:p>
    <w:p>
      <w:r>
        <w:t>请2012级各班级相互转告，保研工作开始启动，请有意向报名的同学先准备材料。具体推免方案会在周一开会决定。截止日期待定。（学校的文件已在信息门户OA系统公布）</w:t>
      </w:r>
    </w:p>
    <w:p>
      <w:r>
        <w:t>人文学院教务办</w:t>
      </w:r>
    </w:p>
    <w:p>
      <w:r>
        <w:t>2015-9-11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