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2024届毕业班推免成绩公示</w:t>
      </w:r>
    </w:p>
    <w:p>
      <w:r>
        <w:t>今年学院一共有30个推免指标，共有36人申请推免资格。根据学院推免工作实施办法，现将成绩分专业按照由高到低排序予以公示。公示时间2023年9月21日-2023年9月25日18:00，如有异议，工作时间内请和学院反馈，电话：025-84396661、025-84396617。</w:t>
      </w:r>
    </w:p>
    <w:p>
      <w:r>
        <w:t>人文与社会发展学院</w:t>
      </w:r>
    </w:p>
    <w:p>
      <w:r>
        <w:t>2023年9月21日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班级名称</w:t>
            </w:r>
          </w:p>
        </w:tc>
        <w:tc>
          <w:tcPr>
            <w:tcW w:type="dxa" w:w="1234"/>
          </w:tcPr>
          <w:p>
            <w:r>
              <w:t>绩点</w:t>
            </w:r>
          </w:p>
        </w:tc>
        <w:tc>
          <w:tcPr>
            <w:tcW w:type="dxa" w:w="1234"/>
          </w:tcPr>
          <w:p>
            <w:r>
              <w:t>绩点折合</w:t>
            </w:r>
          </w:p>
        </w:tc>
        <w:tc>
          <w:tcPr>
            <w:tcW w:type="dxa" w:w="1234"/>
          </w:tcPr>
          <w:p>
            <w:r>
              <w:t>综合素质加分</w:t>
            </w:r>
          </w:p>
        </w:tc>
        <w:tc>
          <w:tcPr>
            <w:tcW w:type="dxa" w:w="1234"/>
          </w:tcPr>
          <w:p>
            <w:r>
              <w:t>总分</w:t>
            </w:r>
          </w:p>
        </w:tc>
      </w:tr>
      <w:tr>
        <w:tc>
          <w:tcPr>
            <w:tcW w:type="dxa" w:w="1234"/>
          </w:tcPr>
          <w:p>
            <w:r>
              <w:t>9202210106</w:t>
            </w:r>
          </w:p>
        </w:tc>
        <w:tc>
          <w:tcPr>
            <w:tcW w:type="dxa" w:w="1234"/>
          </w:tcPr>
          <w:p>
            <w:r>
              <w:t>朱奕丰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3.99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100.00</w:t>
            </w:r>
          </w:p>
        </w:tc>
      </w:tr>
      <w:tr>
        <w:tc>
          <w:tcPr>
            <w:tcW w:type="dxa" w:w="1234"/>
          </w:tcPr>
          <w:p>
            <w:r>
              <w:t>9202210222</w:t>
            </w:r>
          </w:p>
        </w:tc>
        <w:tc>
          <w:tcPr>
            <w:tcW w:type="dxa" w:w="1234"/>
          </w:tcPr>
          <w:p>
            <w:r>
              <w:t>周开宇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3.85</w:t>
            </w:r>
          </w:p>
        </w:tc>
        <w:tc>
          <w:tcPr>
            <w:tcW w:type="dxa" w:w="1234"/>
          </w:tcPr>
          <w:p>
            <w:r>
              <w:t>77.19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97.19</w:t>
            </w:r>
          </w:p>
        </w:tc>
      </w:tr>
      <w:tr>
        <w:tc>
          <w:tcPr>
            <w:tcW w:type="dxa" w:w="1234"/>
          </w:tcPr>
          <w:p>
            <w:r>
              <w:t>9201310621</w:t>
            </w:r>
          </w:p>
        </w:tc>
        <w:tc>
          <w:tcPr>
            <w:tcW w:type="dxa" w:w="1234"/>
          </w:tcPr>
          <w:p>
            <w:r>
              <w:t>金路瑶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3.84</w:t>
            </w:r>
          </w:p>
        </w:tc>
        <w:tc>
          <w:tcPr>
            <w:tcW w:type="dxa" w:w="1234"/>
          </w:tcPr>
          <w:p>
            <w:r>
              <w:t>76.99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96.99</w:t>
            </w:r>
          </w:p>
        </w:tc>
      </w:tr>
      <w:tr>
        <w:tc>
          <w:tcPr>
            <w:tcW w:type="dxa" w:w="1234"/>
          </w:tcPr>
          <w:p>
            <w:r>
              <w:t>9202210514</w:t>
            </w:r>
          </w:p>
        </w:tc>
        <w:tc>
          <w:tcPr>
            <w:tcW w:type="dxa" w:w="1234"/>
          </w:tcPr>
          <w:p>
            <w:r>
              <w:t>吴晔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3.81</w:t>
            </w:r>
          </w:p>
        </w:tc>
        <w:tc>
          <w:tcPr>
            <w:tcW w:type="dxa" w:w="1234"/>
          </w:tcPr>
          <w:p>
            <w:r>
              <w:t>76.39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96.39</w:t>
            </w:r>
          </w:p>
        </w:tc>
      </w:tr>
      <w:tr>
        <w:tc>
          <w:tcPr>
            <w:tcW w:type="dxa" w:w="1234"/>
          </w:tcPr>
          <w:p>
            <w:r>
              <w:t>9202210223</w:t>
            </w:r>
          </w:p>
        </w:tc>
        <w:tc>
          <w:tcPr>
            <w:tcW w:type="dxa" w:w="1234"/>
          </w:tcPr>
          <w:p>
            <w:r>
              <w:t>孟亦茹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3.75</w:t>
            </w:r>
          </w:p>
        </w:tc>
        <w:tc>
          <w:tcPr>
            <w:tcW w:type="dxa" w:w="1234"/>
          </w:tcPr>
          <w:p>
            <w:r>
              <w:t>75.19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95.19</w:t>
            </w:r>
          </w:p>
        </w:tc>
      </w:tr>
      <w:tr>
        <w:tc>
          <w:tcPr>
            <w:tcW w:type="dxa" w:w="1234"/>
          </w:tcPr>
          <w:p>
            <w:r>
              <w:t>9202210629</w:t>
            </w:r>
          </w:p>
        </w:tc>
        <w:tc>
          <w:tcPr>
            <w:tcW w:type="dxa" w:w="1234"/>
          </w:tcPr>
          <w:p>
            <w:r>
              <w:t>益纵</w:t>
            </w:r>
          </w:p>
        </w:tc>
        <w:tc>
          <w:tcPr>
            <w:tcW w:type="dxa" w:w="1234"/>
          </w:tcPr>
          <w:p>
            <w:r>
              <w:t>社会201</w:t>
            </w:r>
          </w:p>
        </w:tc>
        <w:tc>
          <w:tcPr>
            <w:tcW w:type="dxa" w:w="1234"/>
          </w:tcPr>
          <w:p>
            <w:r>
              <w:t>3.52</w:t>
            </w:r>
          </w:p>
        </w:tc>
        <w:tc>
          <w:tcPr>
            <w:tcW w:type="dxa" w:w="1234"/>
          </w:tcPr>
          <w:p>
            <w:r>
              <w:t>70.58</w:t>
            </w:r>
          </w:p>
        </w:tc>
        <w:tc>
          <w:tcPr>
            <w:tcW w:type="dxa" w:w="1234"/>
          </w:tcPr>
          <w:p>
            <w:r>
              <w:t>17.55</w:t>
            </w:r>
          </w:p>
        </w:tc>
        <w:tc>
          <w:tcPr>
            <w:tcW w:type="dxa" w:w="1234"/>
          </w:tcPr>
          <w:p>
            <w:r>
              <w:t>88.13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9202210413</w:t>
            </w:r>
          </w:p>
        </w:tc>
        <w:tc>
          <w:tcPr>
            <w:tcW w:type="dxa" w:w="1234"/>
          </w:tcPr>
          <w:p>
            <w:r>
              <w:t>沐昱</w:t>
            </w:r>
          </w:p>
        </w:tc>
        <w:tc>
          <w:tcPr>
            <w:tcW w:type="dxa" w:w="1234"/>
          </w:tcPr>
          <w:p>
            <w:r>
              <w:t>旅游201</w:t>
            </w:r>
          </w:p>
        </w:tc>
        <w:tc>
          <w:tcPr>
            <w:tcW w:type="dxa" w:w="1234"/>
          </w:tcPr>
          <w:p>
            <w:r>
              <w:t>3.68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17.60</w:t>
            </w:r>
          </w:p>
        </w:tc>
        <w:tc>
          <w:tcPr>
            <w:tcW w:type="dxa" w:w="1234"/>
          </w:tcPr>
          <w:p>
            <w:r>
              <w:t>97.60</w:t>
            </w:r>
          </w:p>
        </w:tc>
      </w:tr>
      <w:tr>
        <w:tc>
          <w:tcPr>
            <w:tcW w:type="dxa" w:w="1234"/>
          </w:tcPr>
          <w:p>
            <w:r>
              <w:t>9202210226</w:t>
            </w:r>
          </w:p>
        </w:tc>
        <w:tc>
          <w:tcPr>
            <w:tcW w:type="dxa" w:w="1234"/>
          </w:tcPr>
          <w:p>
            <w:r>
              <w:t>姚黄莺</w:t>
            </w:r>
          </w:p>
        </w:tc>
        <w:tc>
          <w:tcPr>
            <w:tcW w:type="dxa" w:w="1234"/>
          </w:tcPr>
          <w:p>
            <w:r>
              <w:t>旅游201</w:t>
            </w:r>
          </w:p>
        </w:tc>
        <w:tc>
          <w:tcPr>
            <w:tcW w:type="dxa" w:w="1234"/>
          </w:tcPr>
          <w:p>
            <w:r>
              <w:t>3.61</w:t>
            </w:r>
          </w:p>
        </w:tc>
        <w:tc>
          <w:tcPr>
            <w:tcW w:type="dxa" w:w="1234"/>
          </w:tcPr>
          <w:p>
            <w:r>
              <w:t>78.48</w:t>
            </w:r>
          </w:p>
        </w:tc>
        <w:tc>
          <w:tcPr>
            <w:tcW w:type="dxa" w:w="1234"/>
          </w:tcPr>
          <w:p>
            <w:r>
              <w:t>7.20</w:t>
            </w:r>
          </w:p>
        </w:tc>
        <w:tc>
          <w:tcPr>
            <w:tcW w:type="dxa" w:w="1234"/>
          </w:tcPr>
          <w:p>
            <w:r>
              <w:t>85.68</w:t>
            </w:r>
          </w:p>
        </w:tc>
      </w:tr>
      <w:tr>
        <w:tc>
          <w:tcPr>
            <w:tcW w:type="dxa" w:w="1234"/>
          </w:tcPr>
          <w:p>
            <w:r>
              <w:t>9202210117</w:t>
            </w:r>
          </w:p>
        </w:tc>
        <w:tc>
          <w:tcPr>
            <w:tcW w:type="dxa" w:w="1234"/>
          </w:tcPr>
          <w:p>
            <w:r>
              <w:t>宋聪聪</w:t>
            </w:r>
          </w:p>
        </w:tc>
        <w:tc>
          <w:tcPr>
            <w:tcW w:type="dxa" w:w="1234"/>
          </w:tcPr>
          <w:p>
            <w:r>
              <w:t>旅游201</w:t>
            </w:r>
          </w:p>
        </w:tc>
        <w:tc>
          <w:tcPr>
            <w:tcW w:type="dxa" w:w="1234"/>
          </w:tcPr>
          <w:p>
            <w:r>
              <w:t>3.47</w:t>
            </w:r>
          </w:p>
        </w:tc>
        <w:tc>
          <w:tcPr>
            <w:tcW w:type="dxa" w:w="1234"/>
          </w:tcPr>
          <w:p>
            <w:r>
              <w:t>75.43</w:t>
            </w:r>
          </w:p>
        </w:tc>
        <w:tc>
          <w:tcPr>
            <w:tcW w:type="dxa" w:w="1234"/>
          </w:tcPr>
          <w:p>
            <w:r>
              <w:t>5.70</w:t>
            </w:r>
          </w:p>
        </w:tc>
        <w:tc>
          <w:tcPr>
            <w:tcW w:type="dxa" w:w="1234"/>
          </w:tcPr>
          <w:p>
            <w:r>
              <w:t>81.13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9202210123</w:t>
            </w:r>
          </w:p>
        </w:tc>
        <w:tc>
          <w:tcPr>
            <w:tcW w:type="dxa" w:w="1234"/>
          </w:tcPr>
          <w:p>
            <w:r>
              <w:t>侯妍</w:t>
            </w:r>
          </w:p>
        </w:tc>
        <w:tc>
          <w:tcPr>
            <w:tcW w:type="dxa" w:w="1234"/>
          </w:tcPr>
          <w:p>
            <w:r>
              <w:t>公管201</w:t>
            </w:r>
          </w:p>
        </w:tc>
        <w:tc>
          <w:tcPr>
            <w:tcW w:type="dxa" w:w="1234"/>
          </w:tcPr>
          <w:p>
            <w:r>
              <w:t>3.8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19.20</w:t>
            </w:r>
          </w:p>
        </w:tc>
        <w:tc>
          <w:tcPr>
            <w:tcW w:type="dxa" w:w="1234"/>
          </w:tcPr>
          <w:p>
            <w:r>
              <w:t>99.20</w:t>
            </w:r>
          </w:p>
        </w:tc>
      </w:tr>
      <w:tr>
        <w:tc>
          <w:tcPr>
            <w:tcW w:type="dxa" w:w="1234"/>
          </w:tcPr>
          <w:p>
            <w:r>
              <w:t>9202210225</w:t>
            </w:r>
          </w:p>
        </w:tc>
        <w:tc>
          <w:tcPr>
            <w:tcW w:type="dxa" w:w="1234"/>
          </w:tcPr>
          <w:p>
            <w:r>
              <w:t>祝雨婷</w:t>
            </w:r>
          </w:p>
        </w:tc>
        <w:tc>
          <w:tcPr>
            <w:tcW w:type="dxa" w:w="1234"/>
          </w:tcPr>
          <w:p>
            <w:r>
              <w:t>公管201</w:t>
            </w:r>
          </w:p>
        </w:tc>
        <w:tc>
          <w:tcPr>
            <w:tcW w:type="dxa" w:w="1234"/>
          </w:tcPr>
          <w:p>
            <w:r>
              <w:t>3.69</w:t>
            </w:r>
          </w:p>
        </w:tc>
        <w:tc>
          <w:tcPr>
            <w:tcW w:type="dxa" w:w="1234"/>
          </w:tcPr>
          <w:p>
            <w:r>
              <w:t>77.68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97.68</w:t>
            </w:r>
          </w:p>
        </w:tc>
      </w:tr>
      <w:tr>
        <w:tc>
          <w:tcPr>
            <w:tcW w:type="dxa" w:w="1234"/>
          </w:tcPr>
          <w:p>
            <w:r>
              <w:t>9202210308</w:t>
            </w:r>
          </w:p>
        </w:tc>
        <w:tc>
          <w:tcPr>
            <w:tcW w:type="dxa" w:w="1234"/>
          </w:tcPr>
          <w:p>
            <w:r>
              <w:t>孙骁</w:t>
            </w:r>
          </w:p>
        </w:tc>
        <w:tc>
          <w:tcPr>
            <w:tcW w:type="dxa" w:w="1234"/>
          </w:tcPr>
          <w:p>
            <w:r>
              <w:t>公管201</w:t>
            </w:r>
          </w:p>
        </w:tc>
        <w:tc>
          <w:tcPr>
            <w:tcW w:type="dxa" w:w="1234"/>
          </w:tcPr>
          <w:p>
            <w:r>
              <w:t>3.58</w:t>
            </w:r>
          </w:p>
        </w:tc>
        <w:tc>
          <w:tcPr>
            <w:tcW w:type="dxa" w:w="1234"/>
          </w:tcPr>
          <w:p>
            <w:r>
              <w:t>75.37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95.37</w:t>
            </w:r>
          </w:p>
        </w:tc>
      </w:tr>
      <w:tr>
        <w:tc>
          <w:tcPr>
            <w:tcW w:type="dxa" w:w="1234"/>
          </w:tcPr>
          <w:p>
            <w:r>
              <w:t>9202210617</w:t>
            </w:r>
          </w:p>
        </w:tc>
        <w:tc>
          <w:tcPr>
            <w:tcW w:type="dxa" w:w="1234"/>
          </w:tcPr>
          <w:p>
            <w:r>
              <w:t>陈晓然</w:t>
            </w:r>
          </w:p>
        </w:tc>
        <w:tc>
          <w:tcPr>
            <w:tcW w:type="dxa" w:w="1234"/>
          </w:tcPr>
          <w:p>
            <w:r>
              <w:t>公管201</w:t>
            </w:r>
          </w:p>
        </w:tc>
        <w:tc>
          <w:tcPr>
            <w:tcW w:type="dxa" w:w="1234"/>
          </w:tcPr>
          <w:p>
            <w:r>
              <w:t>3.62</w:t>
            </w:r>
          </w:p>
        </w:tc>
        <w:tc>
          <w:tcPr>
            <w:tcW w:type="dxa" w:w="1234"/>
          </w:tcPr>
          <w:p>
            <w:r>
              <w:t>76.21</w:t>
            </w:r>
          </w:p>
        </w:tc>
        <w:tc>
          <w:tcPr>
            <w:tcW w:type="dxa" w:w="1234"/>
          </w:tcPr>
          <w:p>
            <w:r>
              <w:t>16.50</w:t>
            </w:r>
          </w:p>
        </w:tc>
        <w:tc>
          <w:tcPr>
            <w:tcW w:type="dxa" w:w="1234"/>
          </w:tcPr>
          <w:p>
            <w:r>
              <w:t>92.71</w:t>
            </w:r>
          </w:p>
        </w:tc>
      </w:tr>
      <w:tr>
        <w:tc>
          <w:tcPr>
            <w:tcW w:type="dxa" w:w="1234"/>
          </w:tcPr>
          <w:p>
            <w:r>
              <w:t>9202210313</w:t>
            </w:r>
          </w:p>
        </w:tc>
        <w:tc>
          <w:tcPr>
            <w:tcW w:type="dxa" w:w="1234"/>
          </w:tcPr>
          <w:p>
            <w:r>
              <w:t>何展宇</w:t>
            </w:r>
          </w:p>
        </w:tc>
        <w:tc>
          <w:tcPr>
            <w:tcW w:type="dxa" w:w="1234"/>
          </w:tcPr>
          <w:p>
            <w:r>
              <w:t>公管201</w:t>
            </w:r>
          </w:p>
        </w:tc>
        <w:tc>
          <w:tcPr>
            <w:tcW w:type="dxa" w:w="1234"/>
          </w:tcPr>
          <w:p>
            <w:r>
              <w:t>3.74</w:t>
            </w:r>
          </w:p>
        </w:tc>
        <w:tc>
          <w:tcPr>
            <w:tcW w:type="dxa" w:w="1234"/>
          </w:tcPr>
          <w:p>
            <w:r>
              <w:t>78.74</w:t>
            </w:r>
          </w:p>
        </w:tc>
        <w:tc>
          <w:tcPr>
            <w:tcW w:type="dxa" w:w="1234"/>
          </w:tcPr>
          <w:p>
            <w:r>
              <w:t>10.50</w:t>
            </w:r>
          </w:p>
        </w:tc>
        <w:tc>
          <w:tcPr>
            <w:tcW w:type="dxa" w:w="1234"/>
          </w:tcPr>
          <w:p>
            <w:r>
              <w:t>89.24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9202210227</w:t>
            </w:r>
          </w:p>
        </w:tc>
        <w:tc>
          <w:tcPr>
            <w:tcW w:type="dxa" w:w="1234"/>
          </w:tcPr>
          <w:p>
            <w:r>
              <w:t>袁梓琪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4.03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100.00</w:t>
            </w:r>
          </w:p>
        </w:tc>
      </w:tr>
      <w:tr>
        <w:tc>
          <w:tcPr>
            <w:tcW w:type="dxa" w:w="1234"/>
          </w:tcPr>
          <w:p>
            <w:r>
              <w:t>9202210228</w:t>
            </w:r>
          </w:p>
        </w:tc>
        <w:tc>
          <w:tcPr>
            <w:tcW w:type="dxa" w:w="1234"/>
          </w:tcPr>
          <w:p>
            <w:r>
              <w:t>铁心雨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3.86</w:t>
            </w:r>
          </w:p>
        </w:tc>
        <w:tc>
          <w:tcPr>
            <w:tcW w:type="dxa" w:w="1234"/>
          </w:tcPr>
          <w:p>
            <w:r>
              <w:t>76.63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96.63</w:t>
            </w:r>
          </w:p>
        </w:tc>
      </w:tr>
      <w:tr>
        <w:tc>
          <w:tcPr>
            <w:tcW w:type="dxa" w:w="1234"/>
          </w:tcPr>
          <w:p>
            <w:r>
              <w:t>9202210519</w:t>
            </w:r>
          </w:p>
        </w:tc>
        <w:tc>
          <w:tcPr>
            <w:tcW w:type="dxa" w:w="1234"/>
          </w:tcPr>
          <w:p>
            <w:r>
              <w:t>陈焰钦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3.72</w:t>
            </w:r>
          </w:p>
        </w:tc>
        <w:tc>
          <w:tcPr>
            <w:tcW w:type="dxa" w:w="1234"/>
          </w:tcPr>
          <w:p>
            <w:r>
              <w:t>73.85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93.85</w:t>
            </w:r>
          </w:p>
        </w:tc>
      </w:tr>
      <w:tr>
        <w:tc>
          <w:tcPr>
            <w:tcW w:type="dxa" w:w="1234"/>
          </w:tcPr>
          <w:p>
            <w:r>
              <w:t>9202210203</w:t>
            </w:r>
          </w:p>
        </w:tc>
        <w:tc>
          <w:tcPr>
            <w:tcW w:type="dxa" w:w="1234"/>
          </w:tcPr>
          <w:p>
            <w:r>
              <w:t>王涵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3.7</w:t>
            </w:r>
          </w:p>
        </w:tc>
        <w:tc>
          <w:tcPr>
            <w:tcW w:type="dxa" w:w="1234"/>
          </w:tcPr>
          <w:p>
            <w:r>
              <w:t>73.45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93.45</w:t>
            </w:r>
          </w:p>
        </w:tc>
      </w:tr>
      <w:tr>
        <w:tc>
          <w:tcPr>
            <w:tcW w:type="dxa" w:w="1234"/>
          </w:tcPr>
          <w:p>
            <w:r>
              <w:t>9202210220</w:t>
            </w:r>
          </w:p>
        </w:tc>
        <w:tc>
          <w:tcPr>
            <w:tcW w:type="dxa" w:w="1234"/>
          </w:tcPr>
          <w:p>
            <w:r>
              <w:t>苗新宇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3.67</w:t>
            </w:r>
          </w:p>
        </w:tc>
        <w:tc>
          <w:tcPr>
            <w:tcW w:type="dxa" w:w="1234"/>
          </w:tcPr>
          <w:p>
            <w:r>
              <w:t>72.85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92.85</w:t>
            </w:r>
          </w:p>
        </w:tc>
      </w:tr>
      <w:tr>
        <w:tc>
          <w:tcPr>
            <w:tcW w:type="dxa" w:w="1234"/>
          </w:tcPr>
          <w:p>
            <w:r>
              <w:t>9202210232</w:t>
            </w:r>
          </w:p>
        </w:tc>
        <w:tc>
          <w:tcPr>
            <w:tcW w:type="dxa" w:w="1234"/>
          </w:tcPr>
          <w:p>
            <w:r>
              <w:t>程娟</w:t>
            </w:r>
          </w:p>
        </w:tc>
        <w:tc>
          <w:tcPr>
            <w:tcW w:type="dxa" w:w="1234"/>
          </w:tcPr>
          <w:p>
            <w:r>
              <w:t>区域201</w:t>
            </w:r>
          </w:p>
        </w:tc>
        <w:tc>
          <w:tcPr>
            <w:tcW w:type="dxa" w:w="1234"/>
          </w:tcPr>
          <w:p>
            <w:r>
              <w:t>3.66</w:t>
            </w:r>
          </w:p>
        </w:tc>
        <w:tc>
          <w:tcPr>
            <w:tcW w:type="dxa" w:w="1234"/>
          </w:tcPr>
          <w:p>
            <w:r>
              <w:t>72.66</w:t>
            </w:r>
          </w:p>
        </w:tc>
        <w:tc>
          <w:tcPr>
            <w:tcW w:type="dxa" w:w="1234"/>
          </w:tcPr>
          <w:p>
            <w:r>
              <w:t>18.90</w:t>
            </w:r>
          </w:p>
        </w:tc>
        <w:tc>
          <w:tcPr>
            <w:tcW w:type="dxa" w:w="1234"/>
          </w:tcPr>
          <w:p>
            <w:r>
              <w:t>91.56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9202210620</w:t>
            </w:r>
          </w:p>
        </w:tc>
        <w:tc>
          <w:tcPr>
            <w:tcW w:type="dxa" w:w="1234"/>
          </w:tcPr>
          <w:p>
            <w:r>
              <w:t>周芃霄</w:t>
            </w:r>
          </w:p>
        </w:tc>
        <w:tc>
          <w:tcPr>
            <w:tcW w:type="dxa" w:w="1234"/>
          </w:tcPr>
          <w:p>
            <w:r>
              <w:t>法学202</w:t>
            </w:r>
          </w:p>
        </w:tc>
        <w:tc>
          <w:tcPr>
            <w:tcW w:type="dxa" w:w="1234"/>
          </w:tcPr>
          <w:p>
            <w:r>
              <w:t>4.22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100.00</w:t>
            </w:r>
          </w:p>
        </w:tc>
      </w:tr>
      <w:tr>
        <w:tc>
          <w:tcPr>
            <w:tcW w:type="dxa" w:w="1234"/>
          </w:tcPr>
          <w:p>
            <w:r>
              <w:t>9202210132</w:t>
            </w:r>
          </w:p>
        </w:tc>
        <w:tc>
          <w:tcPr>
            <w:tcW w:type="dxa" w:w="1234"/>
          </w:tcPr>
          <w:p>
            <w:r>
              <w:t>魏良希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4.18</w:t>
            </w:r>
          </w:p>
        </w:tc>
        <w:tc>
          <w:tcPr>
            <w:tcW w:type="dxa" w:w="1234"/>
          </w:tcPr>
          <w:p>
            <w:r>
              <w:t>79.24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99.24</w:t>
            </w:r>
          </w:p>
        </w:tc>
      </w:tr>
      <w:tr>
        <w:tc>
          <w:tcPr>
            <w:tcW w:type="dxa" w:w="1234"/>
          </w:tcPr>
          <w:p>
            <w:r>
              <w:t>9202210120</w:t>
            </w:r>
          </w:p>
        </w:tc>
        <w:tc>
          <w:tcPr>
            <w:tcW w:type="dxa" w:w="1234"/>
          </w:tcPr>
          <w:p>
            <w:r>
              <w:t>陈稀稀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4.11</w:t>
            </w:r>
          </w:p>
        </w:tc>
        <w:tc>
          <w:tcPr>
            <w:tcW w:type="dxa" w:w="1234"/>
          </w:tcPr>
          <w:p>
            <w:r>
              <w:t>77.91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97.91</w:t>
            </w:r>
          </w:p>
        </w:tc>
      </w:tr>
      <w:tr>
        <w:tc>
          <w:tcPr>
            <w:tcW w:type="dxa" w:w="1234"/>
          </w:tcPr>
          <w:p>
            <w:r>
              <w:t>9202210628</w:t>
            </w:r>
          </w:p>
        </w:tc>
        <w:tc>
          <w:tcPr>
            <w:tcW w:type="dxa" w:w="1234"/>
          </w:tcPr>
          <w:p>
            <w:r>
              <w:t>郭春滢</w:t>
            </w:r>
          </w:p>
        </w:tc>
        <w:tc>
          <w:tcPr>
            <w:tcW w:type="dxa" w:w="1234"/>
          </w:tcPr>
          <w:p>
            <w:r>
              <w:t>法学202</w:t>
            </w:r>
          </w:p>
        </w:tc>
        <w:tc>
          <w:tcPr>
            <w:tcW w:type="dxa" w:w="1234"/>
          </w:tcPr>
          <w:p>
            <w:r>
              <w:t>4.05</w:t>
            </w:r>
          </w:p>
        </w:tc>
        <w:tc>
          <w:tcPr>
            <w:tcW w:type="dxa" w:w="1234"/>
          </w:tcPr>
          <w:p>
            <w:r>
              <w:t>76.78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96.78</w:t>
            </w:r>
          </w:p>
        </w:tc>
      </w:tr>
      <w:tr>
        <w:tc>
          <w:tcPr>
            <w:tcW w:type="dxa" w:w="1234"/>
          </w:tcPr>
          <w:p>
            <w:r>
              <w:t>9203010618</w:t>
            </w:r>
          </w:p>
        </w:tc>
        <w:tc>
          <w:tcPr>
            <w:tcW w:type="dxa" w:w="1234"/>
          </w:tcPr>
          <w:p>
            <w:r>
              <w:t>薛明顺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4.02</w:t>
            </w:r>
          </w:p>
        </w:tc>
        <w:tc>
          <w:tcPr>
            <w:tcW w:type="dxa" w:w="1234"/>
          </w:tcPr>
          <w:p>
            <w:r>
              <w:t>76.21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96.21</w:t>
            </w:r>
          </w:p>
        </w:tc>
      </w:tr>
      <w:tr>
        <w:tc>
          <w:tcPr>
            <w:tcW w:type="dxa" w:w="1234"/>
          </w:tcPr>
          <w:p>
            <w:r>
              <w:t>9202210518</w:t>
            </w:r>
          </w:p>
        </w:tc>
        <w:tc>
          <w:tcPr>
            <w:tcW w:type="dxa" w:w="1234"/>
          </w:tcPr>
          <w:p>
            <w:r>
              <w:t>陈科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3.99</w:t>
            </w:r>
          </w:p>
        </w:tc>
        <w:tc>
          <w:tcPr>
            <w:tcW w:type="dxa" w:w="1234"/>
          </w:tcPr>
          <w:p>
            <w:r>
              <w:t>75.64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95.64</w:t>
            </w:r>
          </w:p>
        </w:tc>
      </w:tr>
      <w:tr>
        <w:tc>
          <w:tcPr>
            <w:tcW w:type="dxa" w:w="1234"/>
          </w:tcPr>
          <w:p>
            <w:r>
              <w:t>9202210604</w:t>
            </w:r>
          </w:p>
        </w:tc>
        <w:tc>
          <w:tcPr>
            <w:tcW w:type="dxa" w:w="1234"/>
          </w:tcPr>
          <w:p>
            <w:r>
              <w:t>石文菲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3.96</w:t>
            </w:r>
          </w:p>
        </w:tc>
        <w:tc>
          <w:tcPr>
            <w:tcW w:type="dxa" w:w="1234"/>
          </w:tcPr>
          <w:p>
            <w:r>
              <w:t>75.07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95.07</w:t>
            </w:r>
          </w:p>
        </w:tc>
      </w:tr>
      <w:tr>
        <w:tc>
          <w:tcPr>
            <w:tcW w:type="dxa" w:w="1234"/>
          </w:tcPr>
          <w:p>
            <w:r>
              <w:t>9201510216</w:t>
            </w:r>
          </w:p>
        </w:tc>
        <w:tc>
          <w:tcPr>
            <w:tcW w:type="dxa" w:w="1234"/>
          </w:tcPr>
          <w:p>
            <w:r>
              <w:t>张浩</w:t>
            </w:r>
          </w:p>
        </w:tc>
        <w:tc>
          <w:tcPr>
            <w:tcW w:type="dxa" w:w="1234"/>
          </w:tcPr>
          <w:p>
            <w:r>
              <w:t>法学202</w:t>
            </w:r>
          </w:p>
        </w:tc>
        <w:tc>
          <w:tcPr>
            <w:tcW w:type="dxa" w:w="1234"/>
          </w:tcPr>
          <w:p>
            <w:r>
              <w:t>3.92</w:t>
            </w:r>
          </w:p>
        </w:tc>
        <w:tc>
          <w:tcPr>
            <w:tcW w:type="dxa" w:w="1234"/>
          </w:tcPr>
          <w:p>
            <w:r>
              <w:t>74.31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94.31</w:t>
            </w:r>
          </w:p>
        </w:tc>
      </w:tr>
      <w:tr>
        <w:tc>
          <w:tcPr>
            <w:tcW w:type="dxa" w:w="1234"/>
          </w:tcPr>
          <w:p>
            <w:r>
              <w:t>9202210317</w:t>
            </w:r>
          </w:p>
        </w:tc>
        <w:tc>
          <w:tcPr>
            <w:tcW w:type="dxa" w:w="1234"/>
          </w:tcPr>
          <w:p>
            <w:r>
              <w:t>张清颖</w:t>
            </w:r>
          </w:p>
        </w:tc>
        <w:tc>
          <w:tcPr>
            <w:tcW w:type="dxa" w:w="1234"/>
          </w:tcPr>
          <w:p>
            <w:r>
              <w:t>法学201</w:t>
            </w:r>
          </w:p>
        </w:tc>
        <w:tc>
          <w:tcPr>
            <w:tcW w:type="dxa" w:w="1234"/>
          </w:tcPr>
          <w:p>
            <w:r>
              <w:t>3.82</w:t>
            </w:r>
          </w:p>
        </w:tc>
        <w:tc>
          <w:tcPr>
            <w:tcW w:type="dxa" w:w="1234"/>
          </w:tcPr>
          <w:p>
            <w:r>
              <w:t>72.42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92.42</w:t>
            </w:r>
          </w:p>
        </w:tc>
      </w:tr>
      <w:tr>
        <w:tc>
          <w:tcPr>
            <w:tcW w:type="dxa" w:w="1234"/>
          </w:tcPr>
          <w:p>
            <w:r>
              <w:t>9202210314</w:t>
            </w:r>
          </w:p>
        </w:tc>
        <w:tc>
          <w:tcPr>
            <w:tcW w:type="dxa" w:w="1234"/>
          </w:tcPr>
          <w:p>
            <w:r>
              <w:t>佟奇格</w:t>
            </w:r>
          </w:p>
        </w:tc>
        <w:tc>
          <w:tcPr>
            <w:tcW w:type="dxa" w:w="1234"/>
          </w:tcPr>
          <w:p>
            <w:r>
              <w:t>法学202</w:t>
            </w:r>
          </w:p>
        </w:tc>
        <w:tc>
          <w:tcPr>
            <w:tcW w:type="dxa" w:w="1234"/>
          </w:tcPr>
          <w:p>
            <w:r>
              <w:t>3.76</w:t>
            </w:r>
          </w:p>
        </w:tc>
        <w:tc>
          <w:tcPr>
            <w:tcW w:type="dxa" w:w="1234"/>
          </w:tcPr>
          <w:p>
            <w:r>
              <w:t>71.28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91.28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22820103</w:t>
            </w:r>
          </w:p>
        </w:tc>
        <w:tc>
          <w:tcPr>
            <w:tcW w:type="dxa" w:w="1234"/>
          </w:tcPr>
          <w:p>
            <w:r>
              <w:t>王思颖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3.86</w:t>
            </w:r>
          </w:p>
        </w:tc>
        <w:tc>
          <w:tcPr>
            <w:tcW w:type="dxa" w:w="1234"/>
          </w:tcPr>
          <w:p>
            <w:r>
              <w:t>80.00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100.00</w:t>
            </w:r>
          </w:p>
        </w:tc>
      </w:tr>
      <w:tr>
        <w:tc>
          <w:tcPr>
            <w:tcW w:type="dxa" w:w="1234"/>
          </w:tcPr>
          <w:p>
            <w:r>
              <w:t>22820115</w:t>
            </w:r>
          </w:p>
        </w:tc>
        <w:tc>
          <w:tcPr>
            <w:tcW w:type="dxa" w:w="1234"/>
          </w:tcPr>
          <w:p>
            <w:r>
              <w:t>许佳琪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3.84</w:t>
            </w:r>
          </w:p>
        </w:tc>
        <w:tc>
          <w:tcPr>
            <w:tcW w:type="dxa" w:w="1234"/>
          </w:tcPr>
          <w:p>
            <w:r>
              <w:t>79.59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99.59</w:t>
            </w:r>
          </w:p>
        </w:tc>
      </w:tr>
      <w:tr>
        <w:tc>
          <w:tcPr>
            <w:tcW w:type="dxa" w:w="1234"/>
          </w:tcPr>
          <w:p>
            <w:r>
              <w:t>22820104</w:t>
            </w:r>
          </w:p>
        </w:tc>
        <w:tc>
          <w:tcPr>
            <w:tcW w:type="dxa" w:w="1234"/>
          </w:tcPr>
          <w:p>
            <w:r>
              <w:t>王家瑞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3.81</w:t>
            </w:r>
          </w:p>
        </w:tc>
        <w:tc>
          <w:tcPr>
            <w:tcW w:type="dxa" w:w="1234"/>
          </w:tcPr>
          <w:p>
            <w:r>
              <w:t>78.96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98.96</w:t>
            </w:r>
          </w:p>
        </w:tc>
      </w:tr>
      <w:tr>
        <w:tc>
          <w:tcPr>
            <w:tcW w:type="dxa" w:w="1234"/>
          </w:tcPr>
          <w:p>
            <w:r>
              <w:t>22820139</w:t>
            </w:r>
          </w:p>
        </w:tc>
        <w:tc>
          <w:tcPr>
            <w:tcW w:type="dxa" w:w="1234"/>
          </w:tcPr>
          <w:p>
            <w:r>
              <w:t>蔡卓睿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3.8</w:t>
            </w:r>
          </w:p>
        </w:tc>
        <w:tc>
          <w:tcPr>
            <w:tcW w:type="dxa" w:w="1234"/>
          </w:tcPr>
          <w:p>
            <w:r>
              <w:t>78.76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98.76</w:t>
            </w:r>
          </w:p>
        </w:tc>
      </w:tr>
      <w:tr>
        <w:tc>
          <w:tcPr>
            <w:tcW w:type="dxa" w:w="1234"/>
          </w:tcPr>
          <w:p>
            <w:r>
              <w:t>22820101</w:t>
            </w:r>
          </w:p>
        </w:tc>
        <w:tc>
          <w:tcPr>
            <w:tcW w:type="dxa" w:w="1234"/>
          </w:tcPr>
          <w:p>
            <w:r>
              <w:t>丁钰宸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3.7</w:t>
            </w:r>
          </w:p>
        </w:tc>
        <w:tc>
          <w:tcPr>
            <w:tcW w:type="dxa" w:w="1234"/>
          </w:tcPr>
          <w:p>
            <w:r>
              <w:t>76.68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96.68</w:t>
            </w:r>
          </w:p>
        </w:tc>
      </w:tr>
      <w:tr>
        <w:tc>
          <w:tcPr>
            <w:tcW w:type="dxa" w:w="1234"/>
          </w:tcPr>
          <w:p>
            <w:r>
              <w:t>22820112</w:t>
            </w:r>
          </w:p>
        </w:tc>
        <w:tc>
          <w:tcPr>
            <w:tcW w:type="dxa" w:w="1234"/>
          </w:tcPr>
          <w:p>
            <w:r>
              <w:t>匡晶生</w:t>
            </w:r>
          </w:p>
        </w:tc>
        <w:tc>
          <w:tcPr>
            <w:tcW w:type="dxa" w:w="1234"/>
          </w:tcPr>
          <w:p>
            <w:r>
              <w:t>表演201</w:t>
            </w:r>
          </w:p>
        </w:tc>
        <w:tc>
          <w:tcPr>
            <w:tcW w:type="dxa" w:w="1234"/>
          </w:tcPr>
          <w:p>
            <w:r>
              <w:t>3.66</w:t>
            </w:r>
          </w:p>
        </w:tc>
        <w:tc>
          <w:tcPr>
            <w:tcW w:type="dxa" w:w="1234"/>
          </w:tcPr>
          <w:p>
            <w:r>
              <w:t>75.85</w:t>
            </w:r>
          </w:p>
        </w:tc>
        <w:tc>
          <w:tcPr>
            <w:tcW w:type="dxa" w:w="1234"/>
          </w:tcPr>
          <w:p>
            <w:r>
              <w:t>20.00</w:t>
            </w:r>
          </w:p>
        </w:tc>
        <w:tc>
          <w:tcPr>
            <w:tcW w:type="dxa" w:w="1234"/>
          </w:tcPr>
          <w:p>
            <w:r>
              <w:t>95.85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