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2020年推荐免试研究生综合成绩排名公示</w:t>
      </w:r>
    </w:p>
    <w:p>
      <w:r>
        <w:t>今年人文与社会发展学院共有32名应届毕业生申请2020年推荐免试研究生资格。根据学校文件和会议精神，经学院推荐免试研究生工作领导小组认真审查和考核，32名学生全部符合推免要求并经过了面试。现将综合成绩得分和排名予以公示。在9月17日中午12:00前，有任何异议都可以向学院推免领导小组反映，电话：84396661，84396365，84399851。</w:t>
      </w:r>
    </w:p>
    <w:p>
      <w:r>
        <w:t>人文与社会发展学院推免领导小组秘书处</w:t>
      </w:r>
    </w:p>
    <w:p>
      <w:r>
        <w:t>人文与社会发展学院教务办（代章）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t>自然排序</w:t>
            </w:r>
          </w:p>
        </w:tc>
        <w:tc>
          <w:tcPr>
            <w:tcW w:type="dxa" w:w="960"/>
          </w:tcPr>
          <w:p>
            <w:r>
              <w:t>学号</w:t>
            </w:r>
          </w:p>
        </w:tc>
        <w:tc>
          <w:tcPr>
            <w:tcW w:type="dxa" w:w="960"/>
          </w:tcPr>
          <w:p>
            <w:r>
              <w:t>姓名</w:t>
            </w:r>
          </w:p>
        </w:tc>
        <w:tc>
          <w:tcPr>
            <w:tcW w:type="dxa" w:w="960"/>
          </w:tcPr>
          <w:p>
            <w:r>
              <w:t>专业</w:t>
            </w:r>
          </w:p>
        </w:tc>
        <w:tc>
          <w:tcPr>
            <w:tcW w:type="dxa" w:w="960"/>
          </w:tcPr>
          <w:p>
            <w:r>
              <w:t>绩点</w:t>
            </w:r>
          </w:p>
        </w:tc>
        <w:tc>
          <w:tcPr>
            <w:tcW w:type="dxa" w:w="960"/>
          </w:tcPr>
          <w:p>
            <w:r>
              <w:t>绩点折合分</w:t>
            </w:r>
          </w:p>
        </w:tc>
        <w:tc>
          <w:tcPr>
            <w:tcW w:type="dxa" w:w="960"/>
          </w:tcPr>
          <w:p>
            <w:r>
              <w:t>面试</w:t>
            </w:r>
          </w:p>
        </w:tc>
        <w:tc>
          <w:tcPr>
            <w:tcW w:type="dxa" w:w="960"/>
          </w:tcPr>
          <w:p>
            <w:r>
              <w:t>综合素质</w:t>
            </w:r>
          </w:p>
        </w:tc>
        <w:tc>
          <w:tcPr>
            <w:tcW w:type="dxa" w:w="960"/>
          </w:tcPr>
          <w:p>
            <w:r>
              <w:t>综合总分</w:t>
            </w:r>
          </w:p>
        </w:tc>
      </w:tr>
      <w:tr>
        <w:tc>
          <w:tcPr>
            <w:tcW w:type="dxa" w:w="960"/>
          </w:tcPr>
          <w:p>
            <w:r>
              <w:t>1</w:t>
            </w:r>
          </w:p>
        </w:tc>
        <w:tc>
          <w:tcPr>
            <w:tcW w:type="dxa" w:w="960"/>
          </w:tcPr>
          <w:p>
            <w:r>
              <w:t>22116101</w:t>
            </w:r>
          </w:p>
        </w:tc>
        <w:tc>
          <w:tcPr>
            <w:tcW w:type="dxa" w:w="960"/>
          </w:tcPr>
          <w:p>
            <w:r>
              <w:t>卫丹璇</w:t>
            </w:r>
          </w:p>
        </w:tc>
        <w:tc>
          <w:tcPr>
            <w:tcW w:type="dxa" w:w="960"/>
          </w:tcPr>
          <w:p>
            <w:r>
              <w:t>社会161</w:t>
            </w:r>
          </w:p>
        </w:tc>
        <w:tc>
          <w:tcPr>
            <w:tcW w:type="dxa" w:w="960"/>
          </w:tcPr>
          <w:p>
            <w:r>
              <w:t>3.8</w:t>
            </w:r>
          </w:p>
        </w:tc>
        <w:tc>
          <w:tcPr>
            <w:tcW w:type="dxa" w:w="960"/>
          </w:tcPr>
          <w:p>
            <w:r>
              <w:t>65</w:t>
            </w:r>
          </w:p>
        </w:tc>
        <w:tc>
          <w:tcPr>
            <w:tcW w:type="dxa" w:w="960"/>
          </w:tcPr>
          <w:p>
            <w:r>
              <w:t>8.7333</w:t>
            </w:r>
          </w:p>
        </w:tc>
        <w:tc>
          <w:tcPr>
            <w:tcW w:type="dxa" w:w="960"/>
          </w:tcPr>
          <w:p>
            <w:r>
              <w:t>25</w:t>
            </w:r>
          </w:p>
        </w:tc>
        <w:tc>
          <w:tcPr>
            <w:tcW w:type="dxa" w:w="960"/>
          </w:tcPr>
          <w:p>
            <w:r>
              <w:t>98.73</w:t>
            </w:r>
          </w:p>
        </w:tc>
      </w:tr>
      <w:tr>
        <w:tc>
          <w:tcPr>
            <w:tcW w:type="dxa" w:w="960"/>
          </w:tcPr>
          <w:p>
            <w:r>
              <w:t>2</w:t>
            </w:r>
          </w:p>
        </w:tc>
        <w:tc>
          <w:tcPr>
            <w:tcW w:type="dxa" w:w="960"/>
          </w:tcPr>
          <w:p>
            <w:r>
              <w:t>22116105</w:t>
            </w:r>
          </w:p>
        </w:tc>
        <w:tc>
          <w:tcPr>
            <w:tcW w:type="dxa" w:w="960"/>
          </w:tcPr>
          <w:p>
            <w:r>
              <w:t>孔蕾</w:t>
            </w:r>
          </w:p>
        </w:tc>
        <w:tc>
          <w:tcPr>
            <w:tcW w:type="dxa" w:w="960"/>
          </w:tcPr>
          <w:p>
            <w:r>
              <w:t>社会161</w:t>
            </w:r>
          </w:p>
        </w:tc>
        <w:tc>
          <w:tcPr>
            <w:tcW w:type="dxa" w:w="960"/>
          </w:tcPr>
          <w:p>
            <w:r>
              <w:t>3.72</w:t>
            </w:r>
          </w:p>
        </w:tc>
        <w:tc>
          <w:tcPr>
            <w:tcW w:type="dxa" w:w="960"/>
          </w:tcPr>
          <w:p>
            <w:r>
              <w:t>63.6316</w:t>
            </w:r>
          </w:p>
        </w:tc>
        <w:tc>
          <w:tcPr>
            <w:tcW w:type="dxa" w:w="960"/>
          </w:tcPr>
          <w:p>
            <w:r>
              <w:t>8.4333</w:t>
            </w:r>
          </w:p>
        </w:tc>
        <w:tc>
          <w:tcPr>
            <w:tcW w:type="dxa" w:w="960"/>
          </w:tcPr>
          <w:p>
            <w:r>
              <w:t>19.25</w:t>
            </w:r>
          </w:p>
        </w:tc>
        <w:tc>
          <w:tcPr>
            <w:tcW w:type="dxa" w:w="960"/>
          </w:tcPr>
          <w:p>
            <w:r>
              <w:t>91.31</w:t>
            </w:r>
          </w:p>
        </w:tc>
      </w:tr>
      <w:tr>
        <w:tc>
          <w:tcPr>
            <w:tcW w:type="dxa" w:w="960"/>
          </w:tcPr>
          <w:p>
            <w:r>
              <w:t>3</w:t>
            </w:r>
          </w:p>
        </w:tc>
        <w:tc>
          <w:tcPr>
            <w:tcW w:type="dxa" w:w="960"/>
          </w:tcPr>
          <w:p>
            <w:r>
              <w:t>22116106</w:t>
            </w:r>
          </w:p>
        </w:tc>
        <w:tc>
          <w:tcPr>
            <w:tcW w:type="dxa" w:w="960"/>
          </w:tcPr>
          <w:p>
            <w:r>
              <w:t>付嘉伟</w:t>
            </w:r>
          </w:p>
        </w:tc>
        <w:tc>
          <w:tcPr>
            <w:tcW w:type="dxa" w:w="960"/>
          </w:tcPr>
          <w:p>
            <w:r>
              <w:t>社会161</w:t>
            </w:r>
          </w:p>
        </w:tc>
        <w:tc>
          <w:tcPr>
            <w:tcW w:type="dxa" w:w="960"/>
          </w:tcPr>
          <w:p>
            <w:r>
              <w:t>3.58</w:t>
            </w:r>
          </w:p>
        </w:tc>
        <w:tc>
          <w:tcPr>
            <w:tcW w:type="dxa" w:w="960"/>
          </w:tcPr>
          <w:p>
            <w:r>
              <w:t>61.2368</w:t>
            </w:r>
          </w:p>
        </w:tc>
        <w:tc>
          <w:tcPr>
            <w:tcW w:type="dxa" w:w="960"/>
          </w:tcPr>
          <w:p>
            <w:r>
              <w:t>8.9000</w:t>
            </w:r>
          </w:p>
        </w:tc>
        <w:tc>
          <w:tcPr>
            <w:tcW w:type="dxa" w:w="960"/>
          </w:tcPr>
          <w:p>
            <w:r>
              <w:t>20.3</w:t>
            </w:r>
          </w:p>
        </w:tc>
        <w:tc>
          <w:tcPr>
            <w:tcW w:type="dxa" w:w="960"/>
          </w:tcPr>
          <w:p>
            <w:r>
              <w:t>90.44</w:t>
            </w:r>
          </w:p>
        </w:tc>
      </w:tr>
      <w:tr>
        <w:tc>
          <w:tcPr>
            <w:tcW w:type="dxa" w:w="960"/>
          </w:tcPr>
          <w:p>
            <w:r>
              <w:t>4</w:t>
            </w:r>
          </w:p>
        </w:tc>
        <w:tc>
          <w:tcPr>
            <w:tcW w:type="dxa" w:w="960"/>
          </w:tcPr>
          <w:p>
            <w:r>
              <w:t>22116110</w:t>
            </w:r>
          </w:p>
        </w:tc>
        <w:tc>
          <w:tcPr>
            <w:tcW w:type="dxa" w:w="960"/>
          </w:tcPr>
          <w:p>
            <w:r>
              <w:t>刘晨</w:t>
            </w:r>
          </w:p>
        </w:tc>
        <w:tc>
          <w:tcPr>
            <w:tcW w:type="dxa" w:w="960"/>
          </w:tcPr>
          <w:p>
            <w:r>
              <w:t>社会161</w:t>
            </w:r>
          </w:p>
        </w:tc>
        <w:tc>
          <w:tcPr>
            <w:tcW w:type="dxa" w:w="960"/>
          </w:tcPr>
          <w:p>
            <w:r>
              <w:t>3.69</w:t>
            </w:r>
          </w:p>
        </w:tc>
        <w:tc>
          <w:tcPr>
            <w:tcW w:type="dxa" w:w="960"/>
          </w:tcPr>
          <w:p>
            <w:r>
              <w:t>63.1184</w:t>
            </w:r>
          </w:p>
        </w:tc>
        <w:tc>
          <w:tcPr>
            <w:tcW w:type="dxa" w:w="960"/>
          </w:tcPr>
          <w:p>
            <w:r>
              <w:t>9.6333</w:t>
            </w:r>
          </w:p>
        </w:tc>
        <w:tc>
          <w:tcPr>
            <w:tcW w:type="dxa" w:w="960"/>
          </w:tcPr>
          <w:p>
            <w:r>
              <w:t>11.8</w:t>
            </w:r>
          </w:p>
        </w:tc>
        <w:tc>
          <w:tcPr>
            <w:tcW w:type="dxa" w:w="960"/>
          </w:tcPr>
          <w:p>
            <w:r>
              <w:t>84.55</w:t>
            </w:r>
          </w:p>
        </w:tc>
      </w:tr>
      <w:tr>
        <w:tc>
          <w:tcPr>
            <w:tcW w:type="dxa" w:w="960"/>
          </w:tcPr>
          <w:p>
            <w:r>
              <w:t>5</w:t>
            </w:r>
          </w:p>
        </w:tc>
        <w:tc>
          <w:tcPr>
            <w:tcW w:type="dxa" w:w="960"/>
          </w:tcPr>
          <w:p>
            <w:r>
              <w:t>22116121</w:t>
            </w:r>
          </w:p>
        </w:tc>
        <w:tc>
          <w:tcPr>
            <w:tcW w:type="dxa" w:w="960"/>
          </w:tcPr>
          <w:p>
            <w:r>
              <w:t>祝文敏</w:t>
            </w:r>
          </w:p>
        </w:tc>
        <w:tc>
          <w:tcPr>
            <w:tcW w:type="dxa" w:w="960"/>
          </w:tcPr>
          <w:p>
            <w:r>
              <w:t>社会161</w:t>
            </w:r>
          </w:p>
        </w:tc>
        <w:tc>
          <w:tcPr>
            <w:tcW w:type="dxa" w:w="960"/>
          </w:tcPr>
          <w:p>
            <w:r>
              <w:t>3.76</w:t>
            </w:r>
          </w:p>
        </w:tc>
        <w:tc>
          <w:tcPr>
            <w:tcW w:type="dxa" w:w="960"/>
          </w:tcPr>
          <w:p>
            <w:r>
              <w:t>64.3158</w:t>
            </w:r>
          </w:p>
        </w:tc>
        <w:tc>
          <w:tcPr>
            <w:tcW w:type="dxa" w:w="960"/>
          </w:tcPr>
          <w:p>
            <w:r>
              <w:t>8.1667</w:t>
            </w:r>
          </w:p>
        </w:tc>
        <w:tc>
          <w:tcPr>
            <w:tcW w:type="dxa" w:w="960"/>
          </w:tcPr>
          <w:p>
            <w:r>
              <w:t>12</w:t>
            </w:r>
          </w:p>
        </w:tc>
        <w:tc>
          <w:tcPr>
            <w:tcW w:type="dxa" w:w="960"/>
          </w:tcPr>
          <w:p>
            <w:r>
              <w:t>84.48</w:t>
            </w:r>
          </w:p>
        </w:tc>
      </w:tr>
      <w:tr>
        <w:tc>
          <w:tcPr>
            <w:tcW w:type="dxa" w:w="960"/>
          </w:tcPr>
          <w:p>
            <w:r>
              <w:t>6</w:t>
            </w:r>
          </w:p>
        </w:tc>
        <w:tc>
          <w:tcPr>
            <w:tcW w:type="dxa" w:w="960"/>
          </w:tcPr>
          <w:p>
            <w:r>
              <w:t>22116127</w:t>
            </w:r>
          </w:p>
        </w:tc>
        <w:tc>
          <w:tcPr>
            <w:tcW w:type="dxa" w:w="960"/>
          </w:tcPr>
          <w:p>
            <w:r>
              <w:t>梁玥</w:t>
            </w:r>
          </w:p>
        </w:tc>
        <w:tc>
          <w:tcPr>
            <w:tcW w:type="dxa" w:w="960"/>
          </w:tcPr>
          <w:p>
            <w:r>
              <w:t>社会161</w:t>
            </w:r>
          </w:p>
        </w:tc>
        <w:tc>
          <w:tcPr>
            <w:tcW w:type="dxa" w:w="960"/>
          </w:tcPr>
          <w:p>
            <w:r>
              <w:t>3.68</w:t>
            </w:r>
          </w:p>
        </w:tc>
        <w:tc>
          <w:tcPr>
            <w:tcW w:type="dxa" w:w="960"/>
          </w:tcPr>
          <w:p>
            <w:r>
              <w:t>62.9474</w:t>
            </w:r>
          </w:p>
        </w:tc>
        <w:tc>
          <w:tcPr>
            <w:tcW w:type="dxa" w:w="960"/>
          </w:tcPr>
          <w:p>
            <w:r>
              <w:t>6.7333</w:t>
            </w:r>
          </w:p>
        </w:tc>
        <w:tc>
          <w:tcPr>
            <w:tcW w:type="dxa" w:w="960"/>
          </w:tcPr>
          <w:p>
            <w:r>
              <w:t>6.25</w:t>
            </w:r>
          </w:p>
        </w:tc>
        <w:tc>
          <w:tcPr>
            <w:tcW w:type="dxa" w:w="960"/>
          </w:tcPr>
          <w:p>
            <w:r>
              <w:t>75.93</w:t>
            </w:r>
          </w:p>
        </w:tc>
      </w:tr>
      <w:tr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</w:t>
            </w:r>
          </w:p>
        </w:tc>
        <w:tc>
          <w:tcPr>
            <w:tcW w:type="dxa" w:w="960"/>
          </w:tcPr>
          <w:p>
            <w:r>
              <w:t>22216105</w:t>
            </w:r>
          </w:p>
        </w:tc>
        <w:tc>
          <w:tcPr>
            <w:tcW w:type="dxa" w:w="960"/>
          </w:tcPr>
          <w:p>
            <w:r>
              <w:t>冯君妍</w:t>
            </w:r>
          </w:p>
        </w:tc>
        <w:tc>
          <w:tcPr>
            <w:tcW w:type="dxa" w:w="960"/>
          </w:tcPr>
          <w:p>
            <w:r>
              <w:t>旅游161</w:t>
            </w:r>
          </w:p>
        </w:tc>
        <w:tc>
          <w:tcPr>
            <w:tcW w:type="dxa" w:w="960"/>
          </w:tcPr>
          <w:p>
            <w:r>
              <w:t>3.74</w:t>
            </w:r>
          </w:p>
        </w:tc>
        <w:tc>
          <w:tcPr>
            <w:tcW w:type="dxa" w:w="960"/>
          </w:tcPr>
          <w:p>
            <w:r>
              <w:t>62.3333</w:t>
            </w:r>
          </w:p>
        </w:tc>
        <w:tc>
          <w:tcPr>
            <w:tcW w:type="dxa" w:w="960"/>
          </w:tcPr>
          <w:p>
            <w:r>
              <w:t>8.2000</w:t>
            </w:r>
          </w:p>
        </w:tc>
        <w:tc>
          <w:tcPr>
            <w:tcW w:type="dxa" w:w="960"/>
          </w:tcPr>
          <w:p>
            <w:r>
              <w:t>17.8</w:t>
            </w:r>
          </w:p>
        </w:tc>
        <w:tc>
          <w:tcPr>
            <w:tcW w:type="dxa" w:w="960"/>
          </w:tcPr>
          <w:p>
            <w:r>
              <w:t>88.33</w:t>
            </w:r>
          </w:p>
        </w:tc>
      </w:tr>
      <w:tr>
        <w:tc>
          <w:tcPr>
            <w:tcW w:type="dxa" w:w="960"/>
          </w:tcPr>
          <w:p>
            <w:r>
              <w:t>2</w:t>
            </w:r>
          </w:p>
        </w:tc>
        <w:tc>
          <w:tcPr>
            <w:tcW w:type="dxa" w:w="960"/>
          </w:tcPr>
          <w:p>
            <w:r>
              <w:t>22216104</w:t>
            </w:r>
          </w:p>
        </w:tc>
        <w:tc>
          <w:tcPr>
            <w:tcW w:type="dxa" w:w="960"/>
          </w:tcPr>
          <w:p>
            <w:r>
              <w:t>孔晓霞</w:t>
            </w:r>
          </w:p>
        </w:tc>
        <w:tc>
          <w:tcPr>
            <w:tcW w:type="dxa" w:w="960"/>
          </w:tcPr>
          <w:p>
            <w:r>
              <w:t>旅游161</w:t>
            </w:r>
          </w:p>
        </w:tc>
        <w:tc>
          <w:tcPr>
            <w:tcW w:type="dxa" w:w="960"/>
          </w:tcPr>
          <w:p>
            <w:r>
              <w:t>3.76</w:t>
            </w:r>
          </w:p>
        </w:tc>
        <w:tc>
          <w:tcPr>
            <w:tcW w:type="dxa" w:w="960"/>
          </w:tcPr>
          <w:p>
            <w:r>
              <w:t>62.6667</w:t>
            </w:r>
          </w:p>
        </w:tc>
        <w:tc>
          <w:tcPr>
            <w:tcW w:type="dxa" w:w="960"/>
          </w:tcPr>
          <w:p>
            <w:r>
              <w:t>9.3000</w:t>
            </w:r>
          </w:p>
        </w:tc>
        <w:tc>
          <w:tcPr>
            <w:tcW w:type="dxa" w:w="960"/>
          </w:tcPr>
          <w:p>
            <w:r>
              <w:t>14.5</w:t>
            </w:r>
          </w:p>
        </w:tc>
        <w:tc>
          <w:tcPr>
            <w:tcW w:type="dxa" w:w="960"/>
          </w:tcPr>
          <w:p>
            <w:r>
              <w:t>86.47</w:t>
            </w:r>
          </w:p>
        </w:tc>
      </w:tr>
      <w:tr>
        <w:tc>
          <w:tcPr>
            <w:tcW w:type="dxa" w:w="960"/>
          </w:tcPr>
          <w:p>
            <w:r>
              <w:t>3</w:t>
            </w:r>
          </w:p>
        </w:tc>
        <w:tc>
          <w:tcPr>
            <w:tcW w:type="dxa" w:w="960"/>
          </w:tcPr>
          <w:p>
            <w:r>
              <w:t>22216101</w:t>
            </w:r>
          </w:p>
        </w:tc>
        <w:tc>
          <w:tcPr>
            <w:tcW w:type="dxa" w:w="960"/>
          </w:tcPr>
          <w:p>
            <w:r>
              <w:t>王兰</w:t>
            </w:r>
          </w:p>
        </w:tc>
        <w:tc>
          <w:tcPr>
            <w:tcW w:type="dxa" w:w="960"/>
          </w:tcPr>
          <w:p>
            <w:r>
              <w:t>旅游161</w:t>
            </w:r>
          </w:p>
        </w:tc>
        <w:tc>
          <w:tcPr>
            <w:tcW w:type="dxa" w:w="960"/>
          </w:tcPr>
          <w:p>
            <w:r>
              <w:t>3.66</w:t>
            </w:r>
          </w:p>
        </w:tc>
        <w:tc>
          <w:tcPr>
            <w:tcW w:type="dxa" w:w="960"/>
          </w:tcPr>
          <w:p>
            <w:r>
              <w:t>61</w:t>
            </w:r>
          </w:p>
        </w:tc>
        <w:tc>
          <w:tcPr>
            <w:tcW w:type="dxa" w:w="960"/>
          </w:tcPr>
          <w:p>
            <w:r>
              <w:t>7.6000</w:t>
            </w:r>
          </w:p>
        </w:tc>
        <w:tc>
          <w:tcPr>
            <w:tcW w:type="dxa" w:w="960"/>
          </w:tcPr>
          <w:p>
            <w:r>
              <w:t>8.3</w:t>
            </w:r>
          </w:p>
        </w:tc>
        <w:tc>
          <w:tcPr>
            <w:tcW w:type="dxa" w:w="960"/>
          </w:tcPr>
          <w:p>
            <w:r>
              <w:t>76.90</w:t>
            </w:r>
          </w:p>
        </w:tc>
      </w:tr>
      <w:tr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</w:t>
            </w:r>
          </w:p>
        </w:tc>
        <w:tc>
          <w:tcPr>
            <w:tcW w:type="dxa" w:w="960"/>
          </w:tcPr>
          <w:p>
            <w:r>
              <w:t>22316122</w:t>
            </w:r>
          </w:p>
        </w:tc>
        <w:tc>
          <w:tcPr>
            <w:tcW w:type="dxa" w:w="960"/>
          </w:tcPr>
          <w:p>
            <w:r>
              <w:t>徐津安</w:t>
            </w:r>
          </w:p>
        </w:tc>
        <w:tc>
          <w:tcPr>
            <w:tcW w:type="dxa" w:w="960"/>
          </w:tcPr>
          <w:p>
            <w:r>
              <w:t>公管161</w:t>
            </w:r>
          </w:p>
        </w:tc>
        <w:tc>
          <w:tcPr>
            <w:tcW w:type="dxa" w:w="960"/>
          </w:tcPr>
          <w:p>
            <w:r>
              <w:t>3.93</w:t>
            </w:r>
          </w:p>
        </w:tc>
        <w:tc>
          <w:tcPr>
            <w:tcW w:type="dxa" w:w="960"/>
          </w:tcPr>
          <w:p>
            <w:r>
              <w:t>65</w:t>
            </w:r>
          </w:p>
        </w:tc>
        <w:tc>
          <w:tcPr>
            <w:tcW w:type="dxa" w:w="960"/>
          </w:tcPr>
          <w:p>
            <w:r>
              <w:t>9.0200</w:t>
            </w:r>
          </w:p>
        </w:tc>
        <w:tc>
          <w:tcPr>
            <w:tcW w:type="dxa" w:w="960"/>
          </w:tcPr>
          <w:p>
            <w:r>
              <w:t>25</w:t>
            </w:r>
          </w:p>
        </w:tc>
        <w:tc>
          <w:tcPr>
            <w:tcW w:type="dxa" w:w="960"/>
          </w:tcPr>
          <w:p>
            <w:r>
              <w:t>99.02</w:t>
            </w:r>
          </w:p>
        </w:tc>
      </w:tr>
      <w:tr>
        <w:tc>
          <w:tcPr>
            <w:tcW w:type="dxa" w:w="960"/>
          </w:tcPr>
          <w:p>
            <w:r>
              <w:t>2</w:t>
            </w:r>
          </w:p>
        </w:tc>
        <w:tc>
          <w:tcPr>
            <w:tcW w:type="dxa" w:w="960"/>
          </w:tcPr>
          <w:p>
            <w:r>
              <w:t>22316112</w:t>
            </w:r>
          </w:p>
        </w:tc>
        <w:tc>
          <w:tcPr>
            <w:tcW w:type="dxa" w:w="960"/>
          </w:tcPr>
          <w:p>
            <w:r>
              <w:t>张海梅</w:t>
            </w:r>
          </w:p>
        </w:tc>
        <w:tc>
          <w:tcPr>
            <w:tcW w:type="dxa" w:w="960"/>
          </w:tcPr>
          <w:p>
            <w:r>
              <w:t>公管161</w:t>
            </w:r>
          </w:p>
        </w:tc>
        <w:tc>
          <w:tcPr>
            <w:tcW w:type="dxa" w:w="960"/>
          </w:tcPr>
          <w:p>
            <w:r>
              <w:t>3.8</w:t>
            </w:r>
          </w:p>
        </w:tc>
        <w:tc>
          <w:tcPr>
            <w:tcW w:type="dxa" w:w="960"/>
          </w:tcPr>
          <w:p>
            <w:r>
              <w:t>62.8499</w:t>
            </w:r>
          </w:p>
        </w:tc>
        <w:tc>
          <w:tcPr>
            <w:tcW w:type="dxa" w:w="960"/>
          </w:tcPr>
          <w:p>
            <w:r>
              <w:t>9.2400</w:t>
            </w:r>
          </w:p>
        </w:tc>
        <w:tc>
          <w:tcPr>
            <w:tcW w:type="dxa" w:w="960"/>
          </w:tcPr>
          <w:p>
            <w:r>
              <w:t>25</w:t>
            </w:r>
          </w:p>
        </w:tc>
        <w:tc>
          <w:tcPr>
            <w:tcW w:type="dxa" w:w="960"/>
          </w:tcPr>
          <w:p>
            <w:r>
              <w:t>97.09</w:t>
            </w:r>
          </w:p>
        </w:tc>
      </w:tr>
      <w:tr>
        <w:tc>
          <w:tcPr>
            <w:tcW w:type="dxa" w:w="960"/>
          </w:tcPr>
          <w:p>
            <w:r>
              <w:t>3</w:t>
            </w:r>
          </w:p>
        </w:tc>
        <w:tc>
          <w:tcPr>
            <w:tcW w:type="dxa" w:w="960"/>
          </w:tcPr>
          <w:p>
            <w:r>
              <w:t>22316114</w:t>
            </w:r>
          </w:p>
        </w:tc>
        <w:tc>
          <w:tcPr>
            <w:tcW w:type="dxa" w:w="960"/>
          </w:tcPr>
          <w:p>
            <w:r>
              <w:t>陈玉元</w:t>
            </w:r>
          </w:p>
        </w:tc>
        <w:tc>
          <w:tcPr>
            <w:tcW w:type="dxa" w:w="960"/>
          </w:tcPr>
          <w:p>
            <w:r>
              <w:t>公管161</w:t>
            </w:r>
          </w:p>
        </w:tc>
        <w:tc>
          <w:tcPr>
            <w:tcW w:type="dxa" w:w="960"/>
          </w:tcPr>
          <w:p>
            <w:r>
              <w:t>3.53</w:t>
            </w:r>
          </w:p>
        </w:tc>
        <w:tc>
          <w:tcPr>
            <w:tcW w:type="dxa" w:w="960"/>
          </w:tcPr>
          <w:p>
            <w:r>
              <w:t>58.3842</w:t>
            </w:r>
          </w:p>
        </w:tc>
        <w:tc>
          <w:tcPr>
            <w:tcW w:type="dxa" w:w="960"/>
          </w:tcPr>
          <w:p>
            <w:r>
              <w:t>8.6600</w:t>
            </w:r>
          </w:p>
        </w:tc>
        <w:tc>
          <w:tcPr>
            <w:tcW w:type="dxa" w:w="960"/>
          </w:tcPr>
          <w:p>
            <w:r>
              <w:t>12</w:t>
            </w:r>
          </w:p>
        </w:tc>
        <w:tc>
          <w:tcPr>
            <w:tcW w:type="dxa" w:w="960"/>
          </w:tcPr>
          <w:p>
            <w:r>
              <w:t>79.04</w:t>
            </w:r>
          </w:p>
        </w:tc>
      </w:tr>
      <w:tr>
        <w:tc>
          <w:tcPr>
            <w:tcW w:type="dxa" w:w="960"/>
          </w:tcPr>
          <w:p>
            <w:r>
              <w:t>4</w:t>
            </w:r>
          </w:p>
        </w:tc>
        <w:tc>
          <w:tcPr>
            <w:tcW w:type="dxa" w:w="960"/>
          </w:tcPr>
          <w:p>
            <w:r>
              <w:t>22316123</w:t>
            </w:r>
          </w:p>
        </w:tc>
        <w:tc>
          <w:tcPr>
            <w:tcW w:type="dxa" w:w="960"/>
          </w:tcPr>
          <w:p>
            <w:r>
              <w:t>徐艳</w:t>
            </w:r>
          </w:p>
        </w:tc>
        <w:tc>
          <w:tcPr>
            <w:tcW w:type="dxa" w:w="960"/>
          </w:tcPr>
          <w:p>
            <w:r>
              <w:t>公管161</w:t>
            </w:r>
          </w:p>
        </w:tc>
        <w:tc>
          <w:tcPr>
            <w:tcW w:type="dxa" w:w="960"/>
          </w:tcPr>
          <w:p>
            <w:r>
              <w:t>3.62</w:t>
            </w:r>
          </w:p>
        </w:tc>
        <w:tc>
          <w:tcPr>
            <w:tcW w:type="dxa" w:w="960"/>
          </w:tcPr>
          <w:p>
            <w:r>
              <w:t>59.8728</w:t>
            </w:r>
          </w:p>
        </w:tc>
        <w:tc>
          <w:tcPr>
            <w:tcW w:type="dxa" w:w="960"/>
          </w:tcPr>
          <w:p>
            <w:r>
              <w:t>9.2400</w:t>
            </w:r>
          </w:p>
        </w:tc>
        <w:tc>
          <w:tcPr>
            <w:tcW w:type="dxa" w:w="960"/>
          </w:tcPr>
          <w:p>
            <w:r>
              <w:t>8</w:t>
            </w:r>
          </w:p>
        </w:tc>
        <w:tc>
          <w:tcPr>
            <w:tcW w:type="dxa" w:w="960"/>
          </w:tcPr>
          <w:p>
            <w:r>
              <w:t>77.11</w:t>
            </w:r>
          </w:p>
        </w:tc>
      </w:tr>
      <w:tr>
        <w:tc>
          <w:tcPr>
            <w:tcW w:type="dxa" w:w="960"/>
          </w:tcPr>
          <w:p>
            <w:r>
              <w:t>5</w:t>
            </w:r>
          </w:p>
        </w:tc>
        <w:tc>
          <w:tcPr>
            <w:tcW w:type="dxa" w:w="960"/>
          </w:tcPr>
          <w:p>
            <w:r>
              <w:t>22316129</w:t>
            </w:r>
          </w:p>
        </w:tc>
        <w:tc>
          <w:tcPr>
            <w:tcW w:type="dxa" w:w="960"/>
          </w:tcPr>
          <w:p>
            <w:r>
              <w:t>廖晓暄</w:t>
            </w:r>
          </w:p>
        </w:tc>
        <w:tc>
          <w:tcPr>
            <w:tcW w:type="dxa" w:w="960"/>
          </w:tcPr>
          <w:p>
            <w:r>
              <w:t>公管161</w:t>
            </w:r>
          </w:p>
        </w:tc>
        <w:tc>
          <w:tcPr>
            <w:tcW w:type="dxa" w:w="960"/>
          </w:tcPr>
          <w:p>
            <w:r>
              <w:t>3.54</w:t>
            </w:r>
          </w:p>
        </w:tc>
        <w:tc>
          <w:tcPr>
            <w:tcW w:type="dxa" w:w="960"/>
          </w:tcPr>
          <w:p>
            <w:r>
              <w:t>58.5496</w:t>
            </w:r>
          </w:p>
        </w:tc>
        <w:tc>
          <w:tcPr>
            <w:tcW w:type="dxa" w:w="960"/>
          </w:tcPr>
          <w:p>
            <w:r>
              <w:t>8.3000</w:t>
            </w:r>
          </w:p>
        </w:tc>
        <w:tc>
          <w:tcPr>
            <w:tcW w:type="dxa" w:w="960"/>
          </w:tcPr>
          <w:p>
            <w:r>
              <w:t>7.3</w:t>
            </w:r>
          </w:p>
        </w:tc>
        <w:tc>
          <w:tcPr>
            <w:tcW w:type="dxa" w:w="960"/>
          </w:tcPr>
          <w:p>
            <w:r>
              <w:t>74.15</w:t>
            </w:r>
          </w:p>
        </w:tc>
      </w:tr>
      <w:tr>
        <w:tc>
          <w:tcPr>
            <w:tcW w:type="dxa" w:w="960"/>
          </w:tcPr>
          <w:p>
            <w:r>
              <w:t>6</w:t>
            </w:r>
          </w:p>
        </w:tc>
        <w:tc>
          <w:tcPr>
            <w:tcW w:type="dxa" w:w="960"/>
          </w:tcPr>
          <w:p>
            <w:r>
              <w:t>22316124</w:t>
            </w:r>
          </w:p>
        </w:tc>
        <w:tc>
          <w:tcPr>
            <w:tcW w:type="dxa" w:w="960"/>
          </w:tcPr>
          <w:p>
            <w:r>
              <w:t>徐紫璇</w:t>
            </w:r>
          </w:p>
        </w:tc>
        <w:tc>
          <w:tcPr>
            <w:tcW w:type="dxa" w:w="960"/>
          </w:tcPr>
          <w:p>
            <w:r>
              <w:t>公管161</w:t>
            </w:r>
          </w:p>
        </w:tc>
        <w:tc>
          <w:tcPr>
            <w:tcW w:type="dxa" w:w="960"/>
          </w:tcPr>
          <w:p>
            <w:r>
              <w:t>3.41</w:t>
            </w:r>
          </w:p>
        </w:tc>
        <w:tc>
          <w:tcPr>
            <w:tcW w:type="dxa" w:w="960"/>
          </w:tcPr>
          <w:p>
            <w:r>
              <w:t>56.3995</w:t>
            </w:r>
          </w:p>
        </w:tc>
        <w:tc>
          <w:tcPr>
            <w:tcW w:type="dxa" w:w="960"/>
          </w:tcPr>
          <w:p>
            <w:r>
              <w:t>8.4800</w:t>
            </w:r>
          </w:p>
        </w:tc>
        <w:tc>
          <w:tcPr>
            <w:tcW w:type="dxa" w:w="960"/>
          </w:tcPr>
          <w:p>
            <w:r>
              <w:t>4</w:t>
            </w:r>
          </w:p>
        </w:tc>
        <w:tc>
          <w:tcPr>
            <w:tcW w:type="dxa" w:w="960"/>
          </w:tcPr>
          <w:p>
            <w:r>
              <w:t>68.88</w:t>
            </w:r>
          </w:p>
        </w:tc>
      </w:tr>
      <w:tr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</w:t>
            </w:r>
          </w:p>
        </w:tc>
        <w:tc>
          <w:tcPr>
            <w:tcW w:type="dxa" w:w="960"/>
          </w:tcPr>
          <w:p>
            <w:r>
              <w:t>11616105</w:t>
            </w:r>
          </w:p>
        </w:tc>
        <w:tc>
          <w:tcPr>
            <w:tcW w:type="dxa" w:w="960"/>
          </w:tcPr>
          <w:p>
            <w:r>
              <w:t>丛柳笛</w:t>
            </w:r>
          </w:p>
        </w:tc>
        <w:tc>
          <w:tcPr>
            <w:tcW w:type="dxa" w:w="960"/>
          </w:tcPr>
          <w:p>
            <w:r>
              <w:t>区域161</w:t>
            </w:r>
          </w:p>
        </w:tc>
        <w:tc>
          <w:tcPr>
            <w:tcW w:type="dxa" w:w="960"/>
          </w:tcPr>
          <w:p>
            <w:r>
              <w:t>4.04</w:t>
            </w:r>
          </w:p>
        </w:tc>
        <w:tc>
          <w:tcPr>
            <w:tcW w:type="dxa" w:w="960"/>
          </w:tcPr>
          <w:p>
            <w:r>
              <w:t>65</w:t>
            </w:r>
          </w:p>
        </w:tc>
        <w:tc>
          <w:tcPr>
            <w:tcW w:type="dxa" w:w="960"/>
          </w:tcPr>
          <w:p>
            <w:r>
              <w:t>8.7200</w:t>
            </w:r>
          </w:p>
        </w:tc>
        <w:tc>
          <w:tcPr>
            <w:tcW w:type="dxa" w:w="960"/>
          </w:tcPr>
          <w:p>
            <w:r>
              <w:t>25</w:t>
            </w:r>
          </w:p>
        </w:tc>
        <w:tc>
          <w:tcPr>
            <w:tcW w:type="dxa" w:w="960"/>
          </w:tcPr>
          <w:p>
            <w:r>
              <w:t>98.72</w:t>
            </w:r>
          </w:p>
        </w:tc>
      </w:tr>
      <w:tr>
        <w:tc>
          <w:tcPr>
            <w:tcW w:type="dxa" w:w="960"/>
          </w:tcPr>
          <w:p>
            <w:r>
              <w:t>2</w:t>
            </w:r>
          </w:p>
        </w:tc>
        <w:tc>
          <w:tcPr>
            <w:tcW w:type="dxa" w:w="960"/>
          </w:tcPr>
          <w:p>
            <w:r>
              <w:t>11616121</w:t>
            </w:r>
          </w:p>
        </w:tc>
        <w:tc>
          <w:tcPr>
            <w:tcW w:type="dxa" w:w="960"/>
          </w:tcPr>
          <w:p>
            <w:r>
              <w:t>顾家明</w:t>
            </w:r>
          </w:p>
        </w:tc>
        <w:tc>
          <w:tcPr>
            <w:tcW w:type="dxa" w:w="960"/>
          </w:tcPr>
          <w:p>
            <w:r>
              <w:t>区域161</w:t>
            </w:r>
          </w:p>
        </w:tc>
        <w:tc>
          <w:tcPr>
            <w:tcW w:type="dxa" w:w="960"/>
          </w:tcPr>
          <w:p>
            <w:r>
              <w:t>3.54</w:t>
            </w:r>
          </w:p>
        </w:tc>
        <w:tc>
          <w:tcPr>
            <w:tcW w:type="dxa" w:w="960"/>
          </w:tcPr>
          <w:p>
            <w:r>
              <w:t>56.9554</w:t>
            </w:r>
          </w:p>
        </w:tc>
        <w:tc>
          <w:tcPr>
            <w:tcW w:type="dxa" w:w="960"/>
          </w:tcPr>
          <w:p>
            <w:r>
              <w:t>8.9200</w:t>
            </w:r>
          </w:p>
        </w:tc>
        <w:tc>
          <w:tcPr>
            <w:tcW w:type="dxa" w:w="960"/>
          </w:tcPr>
          <w:p>
            <w:r>
              <w:t>25</w:t>
            </w:r>
          </w:p>
        </w:tc>
        <w:tc>
          <w:tcPr>
            <w:tcW w:type="dxa" w:w="960"/>
          </w:tcPr>
          <w:p>
            <w:r>
              <w:t>90.88</w:t>
            </w:r>
          </w:p>
        </w:tc>
      </w:tr>
      <w:tr>
        <w:tc>
          <w:tcPr>
            <w:tcW w:type="dxa" w:w="960"/>
          </w:tcPr>
          <w:p>
            <w:r>
              <w:t>3</w:t>
            </w:r>
          </w:p>
        </w:tc>
        <w:tc>
          <w:tcPr>
            <w:tcW w:type="dxa" w:w="960"/>
          </w:tcPr>
          <w:p>
            <w:r>
              <w:t>11616103</w:t>
            </w:r>
          </w:p>
        </w:tc>
        <w:tc>
          <w:tcPr>
            <w:tcW w:type="dxa" w:w="960"/>
          </w:tcPr>
          <w:p>
            <w:r>
              <w:t>王羽涛</w:t>
            </w:r>
          </w:p>
        </w:tc>
        <w:tc>
          <w:tcPr>
            <w:tcW w:type="dxa" w:w="960"/>
          </w:tcPr>
          <w:p>
            <w:r>
              <w:t>区域161</w:t>
            </w:r>
          </w:p>
        </w:tc>
        <w:tc>
          <w:tcPr>
            <w:tcW w:type="dxa" w:w="960"/>
          </w:tcPr>
          <w:p>
            <w:r>
              <w:t>3.99</w:t>
            </w:r>
          </w:p>
        </w:tc>
        <w:tc>
          <w:tcPr>
            <w:tcW w:type="dxa" w:w="960"/>
          </w:tcPr>
          <w:p>
            <w:r>
              <w:t>64.1955</w:t>
            </w:r>
          </w:p>
        </w:tc>
        <w:tc>
          <w:tcPr>
            <w:tcW w:type="dxa" w:w="960"/>
          </w:tcPr>
          <w:p>
            <w:r>
              <w:t>9.1800</w:t>
            </w:r>
          </w:p>
        </w:tc>
        <w:tc>
          <w:tcPr>
            <w:tcW w:type="dxa" w:w="960"/>
          </w:tcPr>
          <w:p>
            <w:r>
              <w:t>11.5</w:t>
            </w:r>
          </w:p>
        </w:tc>
        <w:tc>
          <w:tcPr>
            <w:tcW w:type="dxa" w:w="960"/>
          </w:tcPr>
          <w:p>
            <w:r>
              <w:t>84.88</w:t>
            </w:r>
          </w:p>
        </w:tc>
      </w:tr>
      <w:tr>
        <w:tc>
          <w:tcPr>
            <w:tcW w:type="dxa" w:w="960"/>
          </w:tcPr>
          <w:p>
            <w:r>
              <w:t>4</w:t>
            </w:r>
          </w:p>
        </w:tc>
        <w:tc>
          <w:tcPr>
            <w:tcW w:type="dxa" w:w="960"/>
          </w:tcPr>
          <w:p>
            <w:r>
              <w:t>11616110</w:t>
            </w:r>
          </w:p>
        </w:tc>
        <w:tc>
          <w:tcPr>
            <w:tcW w:type="dxa" w:w="960"/>
          </w:tcPr>
          <w:p>
            <w:r>
              <w:t>孙款款</w:t>
            </w:r>
          </w:p>
        </w:tc>
        <w:tc>
          <w:tcPr>
            <w:tcW w:type="dxa" w:w="960"/>
          </w:tcPr>
          <w:p>
            <w:r>
              <w:t>区域161</w:t>
            </w:r>
          </w:p>
        </w:tc>
        <w:tc>
          <w:tcPr>
            <w:tcW w:type="dxa" w:w="960"/>
          </w:tcPr>
          <w:p>
            <w:r>
              <w:t>3.69</w:t>
            </w:r>
          </w:p>
        </w:tc>
        <w:tc>
          <w:tcPr>
            <w:tcW w:type="dxa" w:w="960"/>
          </w:tcPr>
          <w:p>
            <w:r>
              <w:t>59.3688</w:t>
            </w:r>
          </w:p>
        </w:tc>
        <w:tc>
          <w:tcPr>
            <w:tcW w:type="dxa" w:w="960"/>
          </w:tcPr>
          <w:p>
            <w:r>
              <w:t>7.6800</w:t>
            </w:r>
          </w:p>
        </w:tc>
        <w:tc>
          <w:tcPr>
            <w:tcW w:type="dxa" w:w="960"/>
          </w:tcPr>
          <w:p>
            <w:r>
              <w:t>17.45</w:t>
            </w:r>
          </w:p>
        </w:tc>
        <w:tc>
          <w:tcPr>
            <w:tcW w:type="dxa" w:w="960"/>
          </w:tcPr>
          <w:p>
            <w:r>
              <w:t>84.50</w:t>
            </w:r>
          </w:p>
        </w:tc>
      </w:tr>
      <w:tr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</w:t>
            </w:r>
          </w:p>
        </w:tc>
        <w:tc>
          <w:tcPr>
            <w:tcW w:type="dxa" w:w="960"/>
          </w:tcPr>
          <w:p>
            <w:r>
              <w:t>22616117</w:t>
            </w:r>
          </w:p>
        </w:tc>
        <w:tc>
          <w:tcPr>
            <w:tcW w:type="dxa" w:w="960"/>
          </w:tcPr>
          <w:p>
            <w:r>
              <w:t>陈薛妍</w:t>
            </w:r>
          </w:p>
        </w:tc>
        <w:tc>
          <w:tcPr>
            <w:tcW w:type="dxa" w:w="960"/>
          </w:tcPr>
          <w:p>
            <w:r>
              <w:t>法学161</w:t>
            </w:r>
          </w:p>
        </w:tc>
        <w:tc>
          <w:tcPr>
            <w:tcW w:type="dxa" w:w="960"/>
          </w:tcPr>
          <w:p>
            <w:r>
              <w:t>3.98</w:t>
            </w:r>
          </w:p>
        </w:tc>
        <w:tc>
          <w:tcPr>
            <w:tcW w:type="dxa" w:w="960"/>
          </w:tcPr>
          <w:p>
            <w:r>
              <w:t>65</w:t>
            </w:r>
          </w:p>
        </w:tc>
        <w:tc>
          <w:tcPr>
            <w:tcW w:type="dxa" w:w="960"/>
          </w:tcPr>
          <w:p>
            <w:r>
              <w:t>9.0667</w:t>
            </w:r>
          </w:p>
        </w:tc>
        <w:tc>
          <w:tcPr>
            <w:tcW w:type="dxa" w:w="960"/>
          </w:tcPr>
          <w:p>
            <w:r>
              <w:t>25</w:t>
            </w:r>
          </w:p>
        </w:tc>
        <w:tc>
          <w:tcPr>
            <w:tcW w:type="dxa" w:w="960"/>
          </w:tcPr>
          <w:p>
            <w:r>
              <w:t>99.07</w:t>
            </w:r>
          </w:p>
        </w:tc>
      </w:tr>
      <w:tr>
        <w:tc>
          <w:tcPr>
            <w:tcW w:type="dxa" w:w="960"/>
          </w:tcPr>
          <w:p>
            <w:r>
              <w:t>2</w:t>
            </w:r>
          </w:p>
        </w:tc>
        <w:tc>
          <w:tcPr>
            <w:tcW w:type="dxa" w:w="960"/>
          </w:tcPr>
          <w:p>
            <w:r>
              <w:t>22616119</w:t>
            </w:r>
          </w:p>
        </w:tc>
        <w:tc>
          <w:tcPr>
            <w:tcW w:type="dxa" w:w="960"/>
          </w:tcPr>
          <w:p>
            <w:r>
              <w:t>林慧勤</w:t>
            </w:r>
          </w:p>
        </w:tc>
        <w:tc>
          <w:tcPr>
            <w:tcW w:type="dxa" w:w="960"/>
          </w:tcPr>
          <w:p>
            <w:r>
              <w:t>法学161</w:t>
            </w:r>
          </w:p>
        </w:tc>
        <w:tc>
          <w:tcPr>
            <w:tcW w:type="dxa" w:w="960"/>
          </w:tcPr>
          <w:p>
            <w:r>
              <w:t>3.97</w:t>
            </w:r>
          </w:p>
        </w:tc>
        <w:tc>
          <w:tcPr>
            <w:tcW w:type="dxa" w:w="960"/>
          </w:tcPr>
          <w:p>
            <w:r>
              <w:t>64.8367</w:t>
            </w:r>
          </w:p>
        </w:tc>
        <w:tc>
          <w:tcPr>
            <w:tcW w:type="dxa" w:w="960"/>
          </w:tcPr>
          <w:p>
            <w:r>
              <w:t>9.1000</w:t>
            </w:r>
          </w:p>
        </w:tc>
        <w:tc>
          <w:tcPr>
            <w:tcW w:type="dxa" w:w="960"/>
          </w:tcPr>
          <w:p>
            <w:r>
              <w:t>25</w:t>
            </w:r>
          </w:p>
        </w:tc>
        <w:tc>
          <w:tcPr>
            <w:tcW w:type="dxa" w:w="960"/>
          </w:tcPr>
          <w:p>
            <w:r>
              <w:t>98.94</w:t>
            </w:r>
          </w:p>
        </w:tc>
      </w:tr>
      <w:tr>
        <w:tc>
          <w:tcPr>
            <w:tcW w:type="dxa" w:w="960"/>
          </w:tcPr>
          <w:p>
            <w:r>
              <w:t>3</w:t>
            </w:r>
          </w:p>
        </w:tc>
        <w:tc>
          <w:tcPr>
            <w:tcW w:type="dxa" w:w="960"/>
          </w:tcPr>
          <w:p>
            <w:r>
              <w:t>22616121</w:t>
            </w:r>
          </w:p>
        </w:tc>
        <w:tc>
          <w:tcPr>
            <w:tcW w:type="dxa" w:w="960"/>
          </w:tcPr>
          <w:p>
            <w:r>
              <w:t>钟逸</w:t>
            </w:r>
          </w:p>
        </w:tc>
        <w:tc>
          <w:tcPr>
            <w:tcW w:type="dxa" w:w="960"/>
          </w:tcPr>
          <w:p>
            <w:r>
              <w:t>法学161</w:t>
            </w:r>
          </w:p>
        </w:tc>
        <w:tc>
          <w:tcPr>
            <w:tcW w:type="dxa" w:w="960"/>
          </w:tcPr>
          <w:p>
            <w:r>
              <w:t>3.92</w:t>
            </w:r>
          </w:p>
        </w:tc>
        <w:tc>
          <w:tcPr>
            <w:tcW w:type="dxa" w:w="960"/>
          </w:tcPr>
          <w:p>
            <w:r>
              <w:t>64.0201</w:t>
            </w:r>
          </w:p>
        </w:tc>
        <w:tc>
          <w:tcPr>
            <w:tcW w:type="dxa" w:w="960"/>
          </w:tcPr>
          <w:p>
            <w:r>
              <w:t>9.1667</w:t>
            </w:r>
          </w:p>
        </w:tc>
        <w:tc>
          <w:tcPr>
            <w:tcW w:type="dxa" w:w="960"/>
          </w:tcPr>
          <w:p>
            <w:r>
              <w:t>25</w:t>
            </w:r>
          </w:p>
        </w:tc>
        <w:tc>
          <w:tcPr>
            <w:tcW w:type="dxa" w:w="960"/>
          </w:tcPr>
          <w:p>
            <w:r>
              <w:t>98.19</w:t>
            </w:r>
          </w:p>
        </w:tc>
      </w:tr>
      <w:tr>
        <w:tc>
          <w:tcPr>
            <w:tcW w:type="dxa" w:w="960"/>
          </w:tcPr>
          <w:p>
            <w:r>
              <w:t>4</w:t>
            </w:r>
          </w:p>
        </w:tc>
        <w:tc>
          <w:tcPr>
            <w:tcW w:type="dxa" w:w="960"/>
          </w:tcPr>
          <w:p>
            <w:r>
              <w:t>22616106</w:t>
            </w:r>
          </w:p>
        </w:tc>
        <w:tc>
          <w:tcPr>
            <w:tcW w:type="dxa" w:w="960"/>
          </w:tcPr>
          <w:p>
            <w:r>
              <w:t>朱海燕</w:t>
            </w:r>
          </w:p>
        </w:tc>
        <w:tc>
          <w:tcPr>
            <w:tcW w:type="dxa" w:w="960"/>
          </w:tcPr>
          <w:p>
            <w:r>
              <w:t>法学161</w:t>
            </w:r>
          </w:p>
        </w:tc>
        <w:tc>
          <w:tcPr>
            <w:tcW w:type="dxa" w:w="960"/>
          </w:tcPr>
          <w:p>
            <w:r>
              <w:t>3.91</w:t>
            </w:r>
          </w:p>
        </w:tc>
        <w:tc>
          <w:tcPr>
            <w:tcW w:type="dxa" w:w="960"/>
          </w:tcPr>
          <w:p>
            <w:r>
              <w:t>63.8568</w:t>
            </w:r>
          </w:p>
        </w:tc>
        <w:tc>
          <w:tcPr>
            <w:tcW w:type="dxa" w:w="960"/>
          </w:tcPr>
          <w:p>
            <w:r>
              <w:t>9.3000</w:t>
            </w:r>
          </w:p>
        </w:tc>
        <w:tc>
          <w:tcPr>
            <w:tcW w:type="dxa" w:w="960"/>
          </w:tcPr>
          <w:p>
            <w:r>
              <w:t>25</w:t>
            </w:r>
          </w:p>
        </w:tc>
        <w:tc>
          <w:tcPr>
            <w:tcW w:type="dxa" w:w="960"/>
          </w:tcPr>
          <w:p>
            <w:r>
              <w:t>98.16</w:t>
            </w:r>
          </w:p>
        </w:tc>
      </w:tr>
      <w:tr>
        <w:tc>
          <w:tcPr>
            <w:tcW w:type="dxa" w:w="960"/>
          </w:tcPr>
          <w:p>
            <w:r>
              <w:t>5</w:t>
            </w:r>
          </w:p>
        </w:tc>
        <w:tc>
          <w:tcPr>
            <w:tcW w:type="dxa" w:w="960"/>
          </w:tcPr>
          <w:p>
            <w:r>
              <w:t>22616120</w:t>
            </w:r>
          </w:p>
        </w:tc>
        <w:tc>
          <w:tcPr>
            <w:tcW w:type="dxa" w:w="960"/>
          </w:tcPr>
          <w:p>
            <w:r>
              <w:t>赵越</w:t>
            </w:r>
          </w:p>
        </w:tc>
        <w:tc>
          <w:tcPr>
            <w:tcW w:type="dxa" w:w="960"/>
          </w:tcPr>
          <w:p>
            <w:r>
              <w:t>法学161</w:t>
            </w:r>
          </w:p>
        </w:tc>
        <w:tc>
          <w:tcPr>
            <w:tcW w:type="dxa" w:w="960"/>
          </w:tcPr>
          <w:p>
            <w:r>
              <w:t>3.88</w:t>
            </w:r>
          </w:p>
        </w:tc>
        <w:tc>
          <w:tcPr>
            <w:tcW w:type="dxa" w:w="960"/>
          </w:tcPr>
          <w:p>
            <w:r>
              <w:t>63.3668</w:t>
            </w:r>
          </w:p>
        </w:tc>
        <w:tc>
          <w:tcPr>
            <w:tcW w:type="dxa" w:w="960"/>
          </w:tcPr>
          <w:p>
            <w:r>
              <w:t>9.1667</w:t>
            </w:r>
          </w:p>
        </w:tc>
        <w:tc>
          <w:tcPr>
            <w:tcW w:type="dxa" w:w="960"/>
          </w:tcPr>
          <w:p>
            <w:r>
              <w:t>25</w:t>
            </w:r>
          </w:p>
        </w:tc>
        <w:tc>
          <w:tcPr>
            <w:tcW w:type="dxa" w:w="960"/>
          </w:tcPr>
          <w:p>
            <w:r>
              <w:t>97.53</w:t>
            </w:r>
          </w:p>
        </w:tc>
      </w:tr>
      <w:tr>
        <w:tc>
          <w:tcPr>
            <w:tcW w:type="dxa" w:w="960"/>
          </w:tcPr>
          <w:p>
            <w:r>
              <w:t>6</w:t>
            </w:r>
          </w:p>
        </w:tc>
        <w:tc>
          <w:tcPr>
            <w:tcW w:type="dxa" w:w="960"/>
          </w:tcPr>
          <w:p>
            <w:r>
              <w:t>22616131</w:t>
            </w:r>
          </w:p>
        </w:tc>
        <w:tc>
          <w:tcPr>
            <w:tcW w:type="dxa" w:w="960"/>
          </w:tcPr>
          <w:p>
            <w:r>
              <w:t>霍轲彤</w:t>
            </w:r>
          </w:p>
        </w:tc>
        <w:tc>
          <w:tcPr>
            <w:tcW w:type="dxa" w:w="960"/>
          </w:tcPr>
          <w:p>
            <w:r>
              <w:t>法学161</w:t>
            </w:r>
          </w:p>
        </w:tc>
        <w:tc>
          <w:tcPr>
            <w:tcW w:type="dxa" w:w="960"/>
          </w:tcPr>
          <w:p>
            <w:r>
              <w:t>3.8</w:t>
            </w:r>
          </w:p>
        </w:tc>
        <w:tc>
          <w:tcPr>
            <w:tcW w:type="dxa" w:w="960"/>
          </w:tcPr>
          <w:p>
            <w:r>
              <w:t>62.0603</w:t>
            </w:r>
          </w:p>
        </w:tc>
        <w:tc>
          <w:tcPr>
            <w:tcW w:type="dxa" w:w="960"/>
          </w:tcPr>
          <w:p>
            <w:r>
              <w:t>8.7333</w:t>
            </w:r>
          </w:p>
        </w:tc>
        <w:tc>
          <w:tcPr>
            <w:tcW w:type="dxa" w:w="960"/>
          </w:tcPr>
          <w:p>
            <w:r>
              <w:t>25</w:t>
            </w:r>
          </w:p>
        </w:tc>
        <w:tc>
          <w:tcPr>
            <w:tcW w:type="dxa" w:w="960"/>
          </w:tcPr>
          <w:p>
            <w:r>
              <w:t>95.79</w:t>
            </w:r>
          </w:p>
        </w:tc>
      </w:tr>
      <w:tr>
        <w:tc>
          <w:tcPr>
            <w:tcW w:type="dxa" w:w="960"/>
          </w:tcPr>
          <w:p>
            <w:r>
              <w:t>7</w:t>
            </w:r>
          </w:p>
        </w:tc>
        <w:tc>
          <w:tcPr>
            <w:tcW w:type="dxa" w:w="960"/>
          </w:tcPr>
          <w:p>
            <w:r>
              <w:t>22616126</w:t>
            </w:r>
          </w:p>
        </w:tc>
        <w:tc>
          <w:tcPr>
            <w:tcW w:type="dxa" w:w="960"/>
          </w:tcPr>
          <w:p>
            <w:r>
              <w:t>黄肖呈</w:t>
            </w:r>
          </w:p>
        </w:tc>
        <w:tc>
          <w:tcPr>
            <w:tcW w:type="dxa" w:w="960"/>
          </w:tcPr>
          <w:p>
            <w:r>
              <w:t>法学161</w:t>
            </w:r>
          </w:p>
        </w:tc>
        <w:tc>
          <w:tcPr>
            <w:tcW w:type="dxa" w:w="960"/>
          </w:tcPr>
          <w:p>
            <w:r>
              <w:t>3.71</w:t>
            </w:r>
          </w:p>
        </w:tc>
        <w:tc>
          <w:tcPr>
            <w:tcW w:type="dxa" w:w="960"/>
          </w:tcPr>
          <w:p>
            <w:r>
              <w:t>60.5905</w:t>
            </w:r>
          </w:p>
        </w:tc>
        <w:tc>
          <w:tcPr>
            <w:tcW w:type="dxa" w:w="960"/>
          </w:tcPr>
          <w:p>
            <w:r>
              <w:t>8.6333</w:t>
            </w:r>
          </w:p>
        </w:tc>
        <w:tc>
          <w:tcPr>
            <w:tcW w:type="dxa" w:w="960"/>
          </w:tcPr>
          <w:p>
            <w:r>
              <w:t>25</w:t>
            </w:r>
          </w:p>
        </w:tc>
        <w:tc>
          <w:tcPr>
            <w:tcW w:type="dxa" w:w="960"/>
          </w:tcPr>
          <w:p>
            <w:r>
              <w:t>94.22</w:t>
            </w:r>
          </w:p>
        </w:tc>
      </w:tr>
      <w:tr>
        <w:tc>
          <w:tcPr>
            <w:tcW w:type="dxa" w:w="960"/>
          </w:tcPr>
          <w:p>
            <w:r>
              <w:t>8</w:t>
            </w:r>
          </w:p>
        </w:tc>
        <w:tc>
          <w:tcPr>
            <w:tcW w:type="dxa" w:w="960"/>
          </w:tcPr>
          <w:p>
            <w:r>
              <w:t>32116118</w:t>
            </w:r>
          </w:p>
        </w:tc>
        <w:tc>
          <w:tcPr>
            <w:tcW w:type="dxa" w:w="960"/>
          </w:tcPr>
          <w:p>
            <w:r>
              <w:t>张俊伟</w:t>
            </w:r>
          </w:p>
        </w:tc>
        <w:tc>
          <w:tcPr>
            <w:tcW w:type="dxa" w:w="960"/>
          </w:tcPr>
          <w:p>
            <w:r>
              <w:t>法学162</w:t>
            </w:r>
          </w:p>
        </w:tc>
        <w:tc>
          <w:tcPr>
            <w:tcW w:type="dxa" w:w="960"/>
          </w:tcPr>
          <w:p>
            <w:r>
              <w:t>3.82</w:t>
            </w:r>
          </w:p>
        </w:tc>
        <w:tc>
          <w:tcPr>
            <w:tcW w:type="dxa" w:w="960"/>
          </w:tcPr>
          <w:p>
            <w:r>
              <w:t>62.3869</w:t>
            </w:r>
          </w:p>
        </w:tc>
        <w:tc>
          <w:tcPr>
            <w:tcW w:type="dxa" w:w="960"/>
          </w:tcPr>
          <w:p>
            <w:r>
              <w:t>9.0667</w:t>
            </w:r>
          </w:p>
        </w:tc>
        <w:tc>
          <w:tcPr>
            <w:tcW w:type="dxa" w:w="960"/>
          </w:tcPr>
          <w:p>
            <w:r>
              <w:t>17</w:t>
            </w:r>
          </w:p>
        </w:tc>
        <w:tc>
          <w:tcPr>
            <w:tcW w:type="dxa" w:w="960"/>
          </w:tcPr>
          <w:p>
            <w:r>
              <w:t>88.45</w:t>
            </w:r>
          </w:p>
        </w:tc>
      </w:tr>
      <w:tr>
        <w:tc>
          <w:tcPr>
            <w:tcW w:type="dxa" w:w="960"/>
          </w:tcPr>
          <w:p>
            <w:r>
              <w:t>9</w:t>
            </w:r>
          </w:p>
        </w:tc>
        <w:tc>
          <w:tcPr>
            <w:tcW w:type="dxa" w:w="960"/>
          </w:tcPr>
          <w:p>
            <w:r>
              <w:t>22616208</w:t>
            </w:r>
          </w:p>
        </w:tc>
        <w:tc>
          <w:tcPr>
            <w:tcW w:type="dxa" w:w="960"/>
          </w:tcPr>
          <w:p>
            <w:r>
              <w:t>刘焕梅</w:t>
            </w:r>
          </w:p>
        </w:tc>
        <w:tc>
          <w:tcPr>
            <w:tcW w:type="dxa" w:w="960"/>
          </w:tcPr>
          <w:p>
            <w:r>
              <w:t>法学162</w:t>
            </w:r>
          </w:p>
        </w:tc>
        <w:tc>
          <w:tcPr>
            <w:tcW w:type="dxa" w:w="960"/>
          </w:tcPr>
          <w:p>
            <w:r>
              <w:t>3.6</w:t>
            </w:r>
          </w:p>
        </w:tc>
        <w:tc>
          <w:tcPr>
            <w:tcW w:type="dxa" w:w="960"/>
          </w:tcPr>
          <w:p>
            <w:r>
              <w:t>58.794</w:t>
            </w:r>
          </w:p>
        </w:tc>
        <w:tc>
          <w:tcPr>
            <w:tcW w:type="dxa" w:w="960"/>
          </w:tcPr>
          <w:p>
            <w:r>
              <w:t>8.2333</w:t>
            </w:r>
          </w:p>
        </w:tc>
        <w:tc>
          <w:tcPr>
            <w:tcW w:type="dxa" w:w="960"/>
          </w:tcPr>
          <w:p>
            <w:r>
              <w:t>20.65</w:t>
            </w:r>
          </w:p>
        </w:tc>
        <w:tc>
          <w:tcPr>
            <w:tcW w:type="dxa" w:w="960"/>
          </w:tcPr>
          <w:p>
            <w:r>
              <w:t>87.68</w:t>
            </w:r>
          </w:p>
        </w:tc>
      </w:tr>
      <w:tr>
        <w:tc>
          <w:tcPr>
            <w:tcW w:type="dxa" w:w="960"/>
          </w:tcPr>
          <w:p>
            <w:r>
              <w:t>10</w:t>
            </w:r>
          </w:p>
        </w:tc>
        <w:tc>
          <w:tcPr>
            <w:tcW w:type="dxa" w:w="960"/>
          </w:tcPr>
          <w:p>
            <w:r>
              <w:t>22616214</w:t>
            </w:r>
          </w:p>
        </w:tc>
        <w:tc>
          <w:tcPr>
            <w:tcW w:type="dxa" w:w="960"/>
          </w:tcPr>
          <w:p>
            <w:r>
              <w:t>汪雨梦</w:t>
            </w:r>
          </w:p>
        </w:tc>
        <w:tc>
          <w:tcPr>
            <w:tcW w:type="dxa" w:w="960"/>
          </w:tcPr>
          <w:p>
            <w:r>
              <w:t>法学162</w:t>
            </w:r>
          </w:p>
        </w:tc>
        <w:tc>
          <w:tcPr>
            <w:tcW w:type="dxa" w:w="960"/>
          </w:tcPr>
          <w:p>
            <w:r>
              <w:t>3.72</w:t>
            </w:r>
          </w:p>
        </w:tc>
        <w:tc>
          <w:tcPr>
            <w:tcW w:type="dxa" w:w="960"/>
          </w:tcPr>
          <w:p>
            <w:r>
              <w:t>60.7538</w:t>
            </w:r>
          </w:p>
        </w:tc>
        <w:tc>
          <w:tcPr>
            <w:tcW w:type="dxa" w:w="960"/>
          </w:tcPr>
          <w:p>
            <w:r>
              <w:t>8.3667</w:t>
            </w:r>
          </w:p>
        </w:tc>
        <w:tc>
          <w:tcPr>
            <w:tcW w:type="dxa" w:w="960"/>
          </w:tcPr>
          <w:p>
            <w:r>
              <w:t>11.2</w:t>
            </w:r>
          </w:p>
        </w:tc>
        <w:tc>
          <w:tcPr>
            <w:tcW w:type="dxa" w:w="960"/>
          </w:tcPr>
          <w:p>
            <w:r>
              <w:t>80.32</w:t>
            </w:r>
          </w:p>
        </w:tc>
      </w:tr>
      <w:tr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  <w:tc>
          <w:tcPr>
            <w:tcW w:type="dxa" w:w="960"/>
          </w:tcPr>
          <w:p>
            <w:r/>
          </w:p>
        </w:tc>
      </w:tr>
      <w:tr>
        <w:tc>
          <w:tcPr>
            <w:tcW w:type="dxa" w:w="960"/>
          </w:tcPr>
          <w:p>
            <w:r>
              <w:t>1</w:t>
            </w:r>
          </w:p>
        </w:tc>
        <w:tc>
          <w:tcPr>
            <w:tcW w:type="dxa" w:w="960"/>
          </w:tcPr>
          <w:p>
            <w:r>
              <w:t>22816134</w:t>
            </w:r>
          </w:p>
        </w:tc>
        <w:tc>
          <w:tcPr>
            <w:tcW w:type="dxa" w:w="960"/>
          </w:tcPr>
          <w:p>
            <w:r>
              <w:t>黄馨仪</w:t>
            </w:r>
          </w:p>
        </w:tc>
        <w:tc>
          <w:tcPr>
            <w:tcW w:type="dxa" w:w="960"/>
          </w:tcPr>
          <w:p>
            <w:r>
              <w:t>表演161</w:t>
            </w:r>
          </w:p>
        </w:tc>
        <w:tc>
          <w:tcPr>
            <w:tcW w:type="dxa" w:w="960"/>
          </w:tcPr>
          <w:p>
            <w:r>
              <w:t>3.94</w:t>
            </w:r>
          </w:p>
        </w:tc>
        <w:tc>
          <w:tcPr>
            <w:tcW w:type="dxa" w:w="960"/>
          </w:tcPr>
          <w:p>
            <w:r>
              <w:t>65</w:t>
            </w:r>
          </w:p>
        </w:tc>
        <w:tc>
          <w:tcPr>
            <w:tcW w:type="dxa" w:w="960"/>
          </w:tcPr>
          <w:p>
            <w:r>
              <w:t>9.5000</w:t>
            </w:r>
          </w:p>
        </w:tc>
        <w:tc>
          <w:tcPr>
            <w:tcW w:type="dxa" w:w="960"/>
          </w:tcPr>
          <w:p>
            <w:r>
              <w:t>19.8</w:t>
            </w:r>
          </w:p>
        </w:tc>
        <w:tc>
          <w:tcPr>
            <w:tcW w:type="dxa" w:w="960"/>
          </w:tcPr>
          <w:p>
            <w:r>
              <w:t>94.30</w:t>
            </w:r>
          </w:p>
        </w:tc>
      </w:tr>
      <w:tr>
        <w:tc>
          <w:tcPr>
            <w:tcW w:type="dxa" w:w="960"/>
          </w:tcPr>
          <w:p>
            <w:r>
              <w:t>2</w:t>
            </w:r>
          </w:p>
        </w:tc>
        <w:tc>
          <w:tcPr>
            <w:tcW w:type="dxa" w:w="960"/>
          </w:tcPr>
          <w:p>
            <w:r>
              <w:t>22816104</w:t>
            </w:r>
          </w:p>
        </w:tc>
        <w:tc>
          <w:tcPr>
            <w:tcW w:type="dxa" w:w="960"/>
          </w:tcPr>
          <w:p>
            <w:r>
              <w:t>王梦媛</w:t>
            </w:r>
          </w:p>
        </w:tc>
        <w:tc>
          <w:tcPr>
            <w:tcW w:type="dxa" w:w="960"/>
          </w:tcPr>
          <w:p>
            <w:r>
              <w:t>表演161</w:t>
            </w:r>
          </w:p>
        </w:tc>
        <w:tc>
          <w:tcPr>
            <w:tcW w:type="dxa" w:w="960"/>
          </w:tcPr>
          <w:p>
            <w:r>
              <w:t>3.6</w:t>
            </w:r>
          </w:p>
        </w:tc>
        <w:tc>
          <w:tcPr>
            <w:tcW w:type="dxa" w:w="960"/>
          </w:tcPr>
          <w:p>
            <w:r>
              <w:t>59.3909</w:t>
            </w:r>
          </w:p>
        </w:tc>
        <w:tc>
          <w:tcPr>
            <w:tcW w:type="dxa" w:w="960"/>
          </w:tcPr>
          <w:p>
            <w:r>
              <w:t>9.3000</w:t>
            </w:r>
          </w:p>
        </w:tc>
        <w:tc>
          <w:tcPr>
            <w:tcW w:type="dxa" w:w="960"/>
          </w:tcPr>
          <w:p>
            <w:r>
              <w:t>14.3</w:t>
            </w:r>
          </w:p>
        </w:tc>
        <w:tc>
          <w:tcPr>
            <w:tcW w:type="dxa" w:w="960"/>
          </w:tcPr>
          <w:p>
            <w:r>
              <w:t>82.99</w:t>
            </w:r>
          </w:p>
        </w:tc>
      </w:tr>
      <w:tr>
        <w:tc>
          <w:tcPr>
            <w:tcW w:type="dxa" w:w="960"/>
          </w:tcPr>
          <w:p>
            <w:r>
              <w:t>3</w:t>
            </w:r>
          </w:p>
        </w:tc>
        <w:tc>
          <w:tcPr>
            <w:tcW w:type="dxa" w:w="960"/>
          </w:tcPr>
          <w:p>
            <w:r>
              <w:t>22816106</w:t>
            </w:r>
          </w:p>
        </w:tc>
        <w:tc>
          <w:tcPr>
            <w:tcW w:type="dxa" w:w="960"/>
          </w:tcPr>
          <w:p>
            <w:r>
              <w:t>兰鑫</w:t>
            </w:r>
          </w:p>
        </w:tc>
        <w:tc>
          <w:tcPr>
            <w:tcW w:type="dxa" w:w="960"/>
          </w:tcPr>
          <w:p>
            <w:r>
              <w:t>表演161</w:t>
            </w:r>
          </w:p>
        </w:tc>
        <w:tc>
          <w:tcPr>
            <w:tcW w:type="dxa" w:w="960"/>
          </w:tcPr>
          <w:p>
            <w:r>
              <w:t>3.64</w:t>
            </w:r>
          </w:p>
        </w:tc>
        <w:tc>
          <w:tcPr>
            <w:tcW w:type="dxa" w:w="960"/>
          </w:tcPr>
          <w:p>
            <w:r>
              <w:t>60.0508</w:t>
            </w:r>
          </w:p>
        </w:tc>
        <w:tc>
          <w:tcPr>
            <w:tcW w:type="dxa" w:w="960"/>
          </w:tcPr>
          <w:p>
            <w:r>
              <w:t>9.0600</w:t>
            </w:r>
          </w:p>
        </w:tc>
        <w:tc>
          <w:tcPr>
            <w:tcW w:type="dxa" w:w="960"/>
          </w:tcPr>
          <w:p>
            <w:r>
              <w:t>7.3</w:t>
            </w:r>
          </w:p>
        </w:tc>
        <w:tc>
          <w:tcPr>
            <w:tcW w:type="dxa" w:w="960"/>
          </w:tcPr>
          <w:p>
            <w:r>
              <w:t>76.41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