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2018年推荐免试研究生综合成绩排名公示</w:t>
      </w:r>
    </w:p>
    <w:p>
      <w:r>
        <w:t>今年人文与社会发展学院共有30名应届毕业生申请2018年推荐免试研究生资格。根据学校文件和会议精神，经学院推荐免试研究生工作领导小组认真审查和考核，29名学生符合推免要求并经过了面试。现将综合成绩得分和排名予以公示。在9月20日中午12:00前，有任何异议都可以向学院推免领导小组反映，电话：84396661。</w:t>
      </w:r>
    </w:p>
    <w:p>
      <w:r>
        <w:t>人文与社会发展学院推免领导小组秘书处2017年9月15日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系科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学习成绩( GPA折算)</w:t>
            </w:r>
          </w:p>
        </w:tc>
        <w:tc>
          <w:tcPr>
            <w:tcW w:type="dxa" w:w="1440"/>
          </w:tcPr>
          <w:p>
            <w:r>
              <w:t>综合素质</w:t>
            </w:r>
          </w:p>
        </w:tc>
        <w:tc>
          <w:tcPr>
            <w:tcW w:type="dxa" w:w="1440"/>
          </w:tcPr>
          <w:p>
            <w:r>
              <w:t>能力考核（面试）</w:t>
            </w:r>
          </w:p>
        </w:tc>
        <w:tc>
          <w:tcPr>
            <w:tcW w:type="dxa" w:w="1440"/>
          </w:tcPr>
          <w:p>
            <w:r>
              <w:t>总计</w:t>
            </w:r>
          </w:p>
        </w:tc>
      </w:tr>
      <w:tr>
        <w:tc>
          <w:tcPr>
            <w:tcW w:type="dxa" w:w="1440"/>
          </w:tcPr>
          <w:p>
            <w:r>
              <w:t>社会学系</w:t>
            </w:r>
          </w:p>
        </w:tc>
        <w:tc>
          <w:tcPr>
            <w:tcW w:type="dxa" w:w="1440"/>
          </w:tcPr>
          <w:p>
            <w:r>
              <w:t>曹云鹤</w:t>
            </w:r>
          </w:p>
        </w:tc>
        <w:tc>
          <w:tcPr>
            <w:tcW w:type="dxa" w:w="1440"/>
          </w:tcPr>
          <w:p>
            <w:r>
              <w:t>70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7.47</w:t>
            </w:r>
          </w:p>
        </w:tc>
        <w:tc>
          <w:tcPr>
            <w:tcW w:type="dxa" w:w="1440"/>
          </w:tcPr>
          <w:p>
            <w:r>
              <w:t>97.47</w:t>
            </w:r>
          </w:p>
        </w:tc>
      </w:tr>
      <w:tr>
        <w:tc>
          <w:tcPr>
            <w:tcW w:type="dxa" w:w="1440"/>
          </w:tcPr>
          <w:p>
            <w:r>
              <w:t>刘雨婷</w:t>
            </w:r>
          </w:p>
        </w:tc>
        <w:tc>
          <w:tcPr>
            <w:tcW w:type="dxa" w:w="1440"/>
          </w:tcPr>
          <w:p>
            <w:r>
              <w:t>70</w:t>
            </w:r>
          </w:p>
        </w:tc>
        <w:tc>
          <w:tcPr>
            <w:tcW w:type="dxa" w:w="1440"/>
          </w:tcPr>
          <w:p>
            <w:r>
              <w:t>18.80</w:t>
            </w:r>
          </w:p>
        </w:tc>
        <w:tc>
          <w:tcPr>
            <w:tcW w:type="dxa" w:w="1440"/>
          </w:tcPr>
          <w:p>
            <w:r>
              <w:t>7.80</w:t>
            </w:r>
          </w:p>
        </w:tc>
        <w:tc>
          <w:tcPr>
            <w:tcW w:type="dxa" w:w="1440"/>
          </w:tcPr>
          <w:p>
            <w:r>
              <w:t>96.60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朱郡怡</w:t>
            </w:r>
          </w:p>
        </w:tc>
        <w:tc>
          <w:tcPr>
            <w:tcW w:type="dxa" w:w="1440"/>
          </w:tcPr>
          <w:p>
            <w:r>
              <w:t>69.44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6.87</w:t>
            </w:r>
          </w:p>
        </w:tc>
        <w:tc>
          <w:tcPr>
            <w:tcW w:type="dxa" w:w="1440"/>
          </w:tcPr>
          <w:p>
            <w:r>
              <w:t>96.31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张懿</w:t>
            </w:r>
          </w:p>
        </w:tc>
        <w:tc>
          <w:tcPr>
            <w:tcW w:type="dxa" w:w="1440"/>
          </w:tcPr>
          <w:p>
            <w:r>
              <w:t>68.13</w:t>
            </w:r>
          </w:p>
        </w:tc>
        <w:tc>
          <w:tcPr>
            <w:tcW w:type="dxa" w:w="1440"/>
          </w:tcPr>
          <w:p>
            <w:r>
              <w:t>7.30</w:t>
            </w:r>
          </w:p>
        </w:tc>
        <w:tc>
          <w:tcPr>
            <w:tcW w:type="dxa" w:w="1440"/>
          </w:tcPr>
          <w:p>
            <w:r>
              <w:t>6.77</w:t>
            </w:r>
          </w:p>
        </w:tc>
        <w:tc>
          <w:tcPr>
            <w:tcW w:type="dxa" w:w="1440"/>
          </w:tcPr>
          <w:p>
            <w:r>
              <w:t>82.20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任亚新</w:t>
            </w:r>
          </w:p>
        </w:tc>
        <w:tc>
          <w:tcPr>
            <w:tcW w:type="dxa" w:w="1440"/>
          </w:tcPr>
          <w:p>
            <w:r>
              <w:t>69.25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7.27</w:t>
            </w:r>
          </w:p>
        </w:tc>
        <w:tc>
          <w:tcPr>
            <w:tcW w:type="dxa" w:w="1440"/>
          </w:tcPr>
          <w:p>
            <w:r>
              <w:t>79.52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​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法律系</w:t>
            </w:r>
          </w:p>
        </w:tc>
        <w:tc>
          <w:tcPr>
            <w:tcW w:type="dxa" w:w="1440"/>
          </w:tcPr>
          <w:p>
            <w:r>
              <w:t>李慕黎</w:t>
            </w:r>
          </w:p>
        </w:tc>
        <w:tc>
          <w:tcPr>
            <w:tcW w:type="dxa" w:w="1440"/>
          </w:tcPr>
          <w:p>
            <w:r>
              <w:t>70</w:t>
            </w:r>
          </w:p>
        </w:tc>
        <w:tc>
          <w:tcPr>
            <w:tcW w:type="dxa" w:w="1440"/>
          </w:tcPr>
          <w:p>
            <w:r>
              <w:t>18.60</w:t>
            </w:r>
          </w:p>
        </w:tc>
        <w:tc>
          <w:tcPr>
            <w:tcW w:type="dxa" w:w="1440"/>
          </w:tcPr>
          <w:p>
            <w:r>
              <w:t>8.87</w:t>
            </w:r>
          </w:p>
        </w:tc>
        <w:tc>
          <w:tcPr>
            <w:tcW w:type="dxa" w:w="1440"/>
          </w:tcPr>
          <w:p>
            <w:r>
              <w:t>97.47</w:t>
            </w:r>
          </w:p>
        </w:tc>
      </w:tr>
      <w:tr>
        <w:tc>
          <w:tcPr>
            <w:tcW w:type="dxa" w:w="1440"/>
          </w:tcPr>
          <w:p>
            <w:r>
              <w:t>周梦蝶</w:t>
            </w:r>
          </w:p>
        </w:tc>
        <w:tc>
          <w:tcPr>
            <w:tcW w:type="dxa" w:w="1440"/>
          </w:tcPr>
          <w:p>
            <w:r>
              <w:t>67.38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8.90</w:t>
            </w:r>
          </w:p>
        </w:tc>
        <w:tc>
          <w:tcPr>
            <w:tcW w:type="dxa" w:w="1440"/>
          </w:tcPr>
          <w:p>
            <w:r>
              <w:t>96.28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李一鸣</w:t>
            </w:r>
          </w:p>
        </w:tc>
        <w:tc>
          <w:tcPr>
            <w:tcW w:type="dxa" w:w="1440"/>
          </w:tcPr>
          <w:p>
            <w:r>
              <w:t>61.62</w:t>
            </w:r>
          </w:p>
        </w:tc>
        <w:tc>
          <w:tcPr>
            <w:tcW w:type="dxa" w:w="1440"/>
          </w:tcPr>
          <w:p>
            <w:r>
              <w:t>19.30</w:t>
            </w:r>
          </w:p>
        </w:tc>
        <w:tc>
          <w:tcPr>
            <w:tcW w:type="dxa" w:w="1440"/>
          </w:tcPr>
          <w:p>
            <w:r>
              <w:t>9.37</w:t>
            </w:r>
          </w:p>
        </w:tc>
        <w:tc>
          <w:tcPr>
            <w:tcW w:type="dxa" w:w="1440"/>
          </w:tcPr>
          <w:p>
            <w:r>
              <w:t>90.29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周伟豪</w:t>
            </w:r>
          </w:p>
        </w:tc>
        <w:tc>
          <w:tcPr>
            <w:tcW w:type="dxa" w:w="1440"/>
          </w:tcPr>
          <w:p>
            <w:r>
              <w:t>67.03</w:t>
            </w:r>
          </w:p>
        </w:tc>
        <w:tc>
          <w:tcPr>
            <w:tcW w:type="dxa" w:w="1440"/>
          </w:tcPr>
          <w:p>
            <w:r>
              <w:t>11.50</w:t>
            </w:r>
          </w:p>
        </w:tc>
        <w:tc>
          <w:tcPr>
            <w:tcW w:type="dxa" w:w="1440"/>
          </w:tcPr>
          <w:p>
            <w:r>
              <w:t>8.80</w:t>
            </w:r>
          </w:p>
        </w:tc>
        <w:tc>
          <w:tcPr>
            <w:tcW w:type="dxa" w:w="1440"/>
          </w:tcPr>
          <w:p>
            <w:r>
              <w:t>87.33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吴壤西</w:t>
            </w:r>
          </w:p>
        </w:tc>
        <w:tc>
          <w:tcPr>
            <w:tcW w:type="dxa" w:w="1440"/>
          </w:tcPr>
          <w:p>
            <w:r>
              <w:t>62.49</w:t>
            </w:r>
          </w:p>
        </w:tc>
        <w:tc>
          <w:tcPr>
            <w:tcW w:type="dxa" w:w="1440"/>
          </w:tcPr>
          <w:p>
            <w:r>
              <w:t>15.90</w:t>
            </w:r>
          </w:p>
        </w:tc>
        <w:tc>
          <w:tcPr>
            <w:tcW w:type="dxa" w:w="1440"/>
          </w:tcPr>
          <w:p>
            <w:r>
              <w:t>8.67</w:t>
            </w:r>
          </w:p>
        </w:tc>
        <w:tc>
          <w:tcPr>
            <w:tcW w:type="dxa" w:w="1440"/>
          </w:tcPr>
          <w:p>
            <w:r>
              <w:t>87.06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徐磊</w:t>
            </w:r>
          </w:p>
        </w:tc>
        <w:tc>
          <w:tcPr>
            <w:tcW w:type="dxa" w:w="1440"/>
          </w:tcPr>
          <w:p>
            <w:r>
              <w:t>66.68</w:t>
            </w:r>
          </w:p>
        </w:tc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8.57</w:t>
            </w:r>
          </w:p>
        </w:tc>
        <w:tc>
          <w:tcPr>
            <w:tcW w:type="dxa" w:w="1440"/>
          </w:tcPr>
          <w:p>
            <w:r>
              <w:t>84.25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沈悦</w:t>
            </w:r>
          </w:p>
        </w:tc>
        <w:tc>
          <w:tcPr>
            <w:tcW w:type="dxa" w:w="1440"/>
          </w:tcPr>
          <w:p>
            <w:r>
              <w:t>63.72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8.40</w:t>
            </w:r>
          </w:p>
        </w:tc>
        <w:tc>
          <w:tcPr>
            <w:tcW w:type="dxa" w:w="1440"/>
          </w:tcPr>
          <w:p>
            <w:r>
              <w:t>82.12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​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旅游管理系</w:t>
            </w:r>
          </w:p>
        </w:tc>
        <w:tc>
          <w:tcPr>
            <w:tcW w:type="dxa" w:w="1440"/>
          </w:tcPr>
          <w:p>
            <w:r>
              <w:t>王汝安</w:t>
            </w:r>
          </w:p>
        </w:tc>
        <w:tc>
          <w:tcPr>
            <w:tcW w:type="dxa" w:w="1440"/>
          </w:tcPr>
          <w:p>
            <w:r>
              <w:t>68.18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9.32</w:t>
            </w:r>
          </w:p>
        </w:tc>
        <w:tc>
          <w:tcPr>
            <w:tcW w:type="dxa" w:w="1440"/>
          </w:tcPr>
          <w:p>
            <w:r>
              <w:t>97.50</w:t>
            </w:r>
          </w:p>
        </w:tc>
      </w:tr>
      <w:tr>
        <w:tc>
          <w:tcPr>
            <w:tcW w:type="dxa" w:w="1440"/>
          </w:tcPr>
          <w:p>
            <w:r>
              <w:t>陈佳洁</w:t>
            </w:r>
          </w:p>
        </w:tc>
        <w:tc>
          <w:tcPr>
            <w:tcW w:type="dxa" w:w="1440"/>
          </w:tcPr>
          <w:p>
            <w:r>
              <w:t>66.91</w:t>
            </w:r>
          </w:p>
        </w:tc>
        <w:tc>
          <w:tcPr>
            <w:tcW w:type="dxa" w:w="1440"/>
          </w:tcPr>
          <w:p>
            <w:r>
              <w:t>17.40</w:t>
            </w:r>
          </w:p>
        </w:tc>
        <w:tc>
          <w:tcPr>
            <w:tcW w:type="dxa" w:w="1440"/>
          </w:tcPr>
          <w:p>
            <w:r>
              <w:t>9.02</w:t>
            </w:r>
          </w:p>
        </w:tc>
        <w:tc>
          <w:tcPr>
            <w:tcW w:type="dxa" w:w="1440"/>
          </w:tcPr>
          <w:p>
            <w:r>
              <w:t>93.33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邓黍心</w:t>
            </w:r>
          </w:p>
        </w:tc>
        <w:tc>
          <w:tcPr>
            <w:tcW w:type="dxa" w:w="1440"/>
          </w:tcPr>
          <w:p>
            <w:r>
              <w:t>70</w:t>
            </w:r>
          </w:p>
        </w:tc>
        <w:tc>
          <w:tcPr>
            <w:tcW w:type="dxa" w:w="1440"/>
          </w:tcPr>
          <w:p>
            <w:r>
              <w:t>10.30</w:t>
            </w:r>
          </w:p>
        </w:tc>
        <w:tc>
          <w:tcPr>
            <w:tcW w:type="dxa" w:w="1440"/>
          </w:tcPr>
          <w:p>
            <w:r>
              <w:t>8.68</w:t>
            </w:r>
          </w:p>
        </w:tc>
        <w:tc>
          <w:tcPr>
            <w:tcW w:type="dxa" w:w="1440"/>
          </w:tcPr>
          <w:p>
            <w:r>
              <w:t>88.98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綦宸玥</w:t>
            </w:r>
          </w:p>
        </w:tc>
        <w:tc>
          <w:tcPr>
            <w:tcW w:type="dxa" w:w="1440"/>
          </w:tcPr>
          <w:p>
            <w:r>
              <w:t>66.73</w:t>
            </w:r>
          </w:p>
        </w:tc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9.04</w:t>
            </w:r>
          </w:p>
        </w:tc>
        <w:tc>
          <w:tcPr>
            <w:tcW w:type="dxa" w:w="1440"/>
          </w:tcPr>
          <w:p>
            <w:r>
              <w:t>86.77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何静霞</w:t>
            </w:r>
          </w:p>
        </w:tc>
        <w:tc>
          <w:tcPr>
            <w:tcW w:type="dxa" w:w="1440"/>
          </w:tcPr>
          <w:p>
            <w:r>
              <w:t>68</w:t>
            </w:r>
          </w:p>
        </w:tc>
        <w:tc>
          <w:tcPr>
            <w:tcW w:type="dxa" w:w="1440"/>
          </w:tcPr>
          <w:p>
            <w:r>
              <w:t>9.50</w:t>
            </w:r>
          </w:p>
        </w:tc>
        <w:tc>
          <w:tcPr>
            <w:tcW w:type="dxa" w:w="1440"/>
          </w:tcPr>
          <w:p>
            <w:r>
              <w:t>7.90</w:t>
            </w:r>
          </w:p>
        </w:tc>
        <w:tc>
          <w:tcPr>
            <w:tcW w:type="dxa" w:w="1440"/>
          </w:tcPr>
          <w:p>
            <w:r>
              <w:t>85.40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​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农村发展系</w:t>
            </w:r>
          </w:p>
        </w:tc>
        <w:tc>
          <w:tcPr>
            <w:tcW w:type="dxa" w:w="1440"/>
          </w:tcPr>
          <w:p>
            <w:r>
              <w:t>王琦</w:t>
            </w:r>
          </w:p>
        </w:tc>
        <w:tc>
          <w:tcPr>
            <w:tcW w:type="dxa" w:w="1440"/>
          </w:tcPr>
          <w:p>
            <w:r>
              <w:t>70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9.12</w:t>
            </w:r>
          </w:p>
        </w:tc>
        <w:tc>
          <w:tcPr>
            <w:tcW w:type="dxa" w:w="1440"/>
          </w:tcPr>
          <w:p>
            <w:r>
              <w:t>99.12</w:t>
            </w:r>
          </w:p>
        </w:tc>
      </w:tr>
      <w:tr>
        <w:tc>
          <w:tcPr>
            <w:tcW w:type="dxa" w:w="1440"/>
          </w:tcPr>
          <w:p>
            <w:r>
              <w:t>夏梦蕾</w:t>
            </w:r>
          </w:p>
        </w:tc>
        <w:tc>
          <w:tcPr>
            <w:tcW w:type="dxa" w:w="1440"/>
          </w:tcPr>
          <w:p>
            <w:r>
              <w:t>68.71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9.20</w:t>
            </w:r>
          </w:p>
        </w:tc>
        <w:tc>
          <w:tcPr>
            <w:tcW w:type="dxa" w:w="1440"/>
          </w:tcPr>
          <w:p>
            <w:r>
              <w:t>97.91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陈晓</w:t>
            </w:r>
          </w:p>
        </w:tc>
        <w:tc>
          <w:tcPr>
            <w:tcW w:type="dxa" w:w="1440"/>
          </w:tcPr>
          <w:p>
            <w:r>
              <w:t>67.80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8.66</w:t>
            </w:r>
          </w:p>
        </w:tc>
        <w:tc>
          <w:tcPr>
            <w:tcW w:type="dxa" w:w="1440"/>
          </w:tcPr>
          <w:p>
            <w:r>
              <w:t>96.46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马衡雨</w:t>
            </w:r>
          </w:p>
        </w:tc>
        <w:tc>
          <w:tcPr>
            <w:tcW w:type="dxa" w:w="1440"/>
          </w:tcPr>
          <w:p>
            <w:r>
              <w:t>66.69</w:t>
            </w:r>
          </w:p>
        </w:tc>
        <w:tc>
          <w:tcPr>
            <w:tcW w:type="dxa" w:w="1440"/>
          </w:tcPr>
          <w:p>
            <w:r>
              <w:t>8.50</w:t>
            </w:r>
          </w:p>
        </w:tc>
        <w:tc>
          <w:tcPr>
            <w:tcW w:type="dxa" w:w="1440"/>
          </w:tcPr>
          <w:p>
            <w:r>
              <w:t>8.34</w:t>
            </w:r>
          </w:p>
        </w:tc>
        <w:tc>
          <w:tcPr>
            <w:tcW w:type="dxa" w:w="1440"/>
          </w:tcPr>
          <w:p>
            <w:r>
              <w:t>83.53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​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文化管理系</w:t>
            </w:r>
          </w:p>
        </w:tc>
        <w:tc>
          <w:tcPr>
            <w:tcW w:type="dxa" w:w="1440"/>
          </w:tcPr>
          <w:p>
            <w:r>
              <w:t>张寒</w:t>
            </w:r>
          </w:p>
        </w:tc>
        <w:tc>
          <w:tcPr>
            <w:tcW w:type="dxa" w:w="1440"/>
          </w:tcPr>
          <w:p>
            <w:r>
              <w:t>70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9.33</w:t>
            </w:r>
          </w:p>
        </w:tc>
        <w:tc>
          <w:tcPr>
            <w:tcW w:type="dxa" w:w="1440"/>
          </w:tcPr>
          <w:p>
            <w:r>
              <w:t>99.33</w:t>
            </w:r>
          </w:p>
        </w:tc>
      </w:tr>
      <w:tr>
        <w:tc>
          <w:tcPr>
            <w:tcW w:type="dxa" w:w="1440"/>
          </w:tcPr>
          <w:p>
            <w:r>
              <w:t>陈静</w:t>
            </w:r>
          </w:p>
        </w:tc>
        <w:tc>
          <w:tcPr>
            <w:tcW w:type="dxa" w:w="1440"/>
          </w:tcPr>
          <w:p>
            <w:r>
              <w:t>65.08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8.93</w:t>
            </w:r>
          </w:p>
        </w:tc>
        <w:tc>
          <w:tcPr>
            <w:tcW w:type="dxa" w:w="1440"/>
          </w:tcPr>
          <w:p>
            <w:r>
              <w:t>94.01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王利娟</w:t>
            </w:r>
          </w:p>
        </w:tc>
        <w:tc>
          <w:tcPr>
            <w:tcW w:type="dxa" w:w="1440"/>
          </w:tcPr>
          <w:p>
            <w:r>
              <w:t>66.17</w:t>
            </w:r>
          </w:p>
        </w:tc>
        <w:tc>
          <w:tcPr>
            <w:tcW w:type="dxa" w:w="1440"/>
          </w:tcPr>
          <w:p>
            <w:r>
              <w:t>11.50</w:t>
            </w:r>
          </w:p>
        </w:tc>
        <w:tc>
          <w:tcPr>
            <w:tcW w:type="dxa" w:w="1440"/>
          </w:tcPr>
          <w:p>
            <w:r>
              <w:t>9.13</w:t>
            </w:r>
          </w:p>
        </w:tc>
        <w:tc>
          <w:tcPr>
            <w:tcW w:type="dxa" w:w="1440"/>
          </w:tcPr>
          <w:p>
            <w:r>
              <w:t>86.80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左宜鑫</w:t>
            </w:r>
          </w:p>
        </w:tc>
        <w:tc>
          <w:tcPr>
            <w:tcW w:type="dxa" w:w="1440"/>
          </w:tcPr>
          <w:p>
            <w:r>
              <w:t>64.90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9.07</w:t>
            </w:r>
          </w:p>
        </w:tc>
        <w:tc>
          <w:tcPr>
            <w:tcW w:type="dxa" w:w="1440"/>
          </w:tcPr>
          <w:p>
            <w:r>
              <w:t>83.97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​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艺术系</w:t>
            </w:r>
          </w:p>
        </w:tc>
        <w:tc>
          <w:tcPr>
            <w:tcW w:type="dxa" w:w="1440"/>
          </w:tcPr>
          <w:p>
            <w:r>
              <w:t>蒋乐畅</w:t>
            </w:r>
          </w:p>
        </w:tc>
        <w:tc>
          <w:tcPr>
            <w:tcW w:type="dxa" w:w="1440"/>
          </w:tcPr>
          <w:p>
            <w:r>
              <w:t>70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8.28</w:t>
            </w:r>
          </w:p>
        </w:tc>
        <w:tc>
          <w:tcPr>
            <w:tcW w:type="dxa" w:w="1440"/>
          </w:tcPr>
          <w:p>
            <w:r>
              <w:t>98.28</w:t>
            </w:r>
          </w:p>
        </w:tc>
      </w:tr>
      <w:tr>
        <w:tc>
          <w:tcPr>
            <w:tcW w:type="dxa" w:w="1440"/>
          </w:tcPr>
          <w:p>
            <w:r>
              <w:t>戴雨舒南</w:t>
            </w:r>
          </w:p>
        </w:tc>
        <w:tc>
          <w:tcPr>
            <w:tcW w:type="dxa" w:w="1440"/>
          </w:tcPr>
          <w:p>
            <w:r>
              <w:t>65.61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9.54</w:t>
            </w:r>
          </w:p>
        </w:tc>
        <w:tc>
          <w:tcPr>
            <w:tcW w:type="dxa" w:w="1440"/>
          </w:tcPr>
          <w:p>
            <w:r>
              <w:t>95.15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汪星辰</w:t>
            </w:r>
          </w:p>
        </w:tc>
        <w:tc>
          <w:tcPr>
            <w:tcW w:type="dxa" w:w="1440"/>
          </w:tcPr>
          <w:p>
            <w:r>
              <w:t>65.80</w:t>
            </w:r>
          </w:p>
        </w:tc>
        <w:tc>
          <w:tcPr>
            <w:tcW w:type="dxa" w:w="1440"/>
          </w:tcPr>
          <w:p>
            <w:r>
              <w:t>11.50</w:t>
            </w:r>
          </w:p>
        </w:tc>
        <w:tc>
          <w:tcPr>
            <w:tcW w:type="dxa" w:w="1440"/>
          </w:tcPr>
          <w:p>
            <w:r>
              <w:t>8.00</w:t>
            </w:r>
          </w:p>
        </w:tc>
        <w:tc>
          <w:tcPr>
            <w:tcW w:type="dxa" w:w="1440"/>
          </w:tcPr>
          <w:p>
            <w:r>
              <w:t>85.30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李早早</w:t>
            </w:r>
          </w:p>
        </w:tc>
        <w:tc>
          <w:tcPr>
            <w:tcW w:type="dxa" w:w="1440"/>
          </w:tcPr>
          <w:p>
            <w:r>
              <w:t>66.76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8.26</w:t>
            </w:r>
          </w:p>
        </w:tc>
        <w:tc>
          <w:tcPr>
            <w:tcW w:type="dxa" w:w="1440"/>
          </w:tcPr>
          <w:p>
            <w:r>
              <w:t>80.02</w:t>
            </w:r>
          </w:p>
        </w:tc>
        <w:tc>
          <w:tcPr>
            <w:tcW w:type="dxa" w:w="1440"/>
          </w:tcPr>
          <w:p/>
        </w:tc>
      </w:tr>
    </w:tbl>
    <w:p>
      <w:r>
        <w:t>‍ ‍ ‍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