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南京农业大学人文与社会发展学院2019年推荐免试研究生综合成绩排名公示</w:t>
      </w:r>
    </w:p>
    <w:p>
      <w:r>
        <w:t>今年人文与社会发展学院共有30名应届毕业生申请2019年推荐免试研究生资格。根据学校文件和会议精神，经学院推荐免试研究生工作领导小组认真审查和考核，30名学生全部符合推免要求并经过了面试。现将综合成绩得分和排名予以公示。在9月17日中午12:00前，有任何异议都可以向学院推免领导小组反映，电话：84399851，84396661。</w:t>
      </w:r>
    </w:p>
    <w:p>
      <w:r>
        <w:t>人文与社会发展学院推免领导小组秘书处</w:t>
      </w:r>
    </w:p>
    <w:p>
      <w:r>
        <w:t>2018年9月13日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专业</w:t>
            </w:r>
          </w:p>
        </w:tc>
        <w:tc>
          <w:tcPr>
            <w:tcW w:type="dxa" w:w="960"/>
          </w:tcPr>
          <w:p>
            <w:r>
              <w:t>绩点</w:t>
            </w:r>
          </w:p>
        </w:tc>
        <w:tc>
          <w:tcPr>
            <w:tcW w:type="dxa" w:w="960"/>
          </w:tcPr>
          <w:p>
            <w:r>
              <w:t>绩点折合分</w:t>
            </w:r>
          </w:p>
        </w:tc>
        <w:tc>
          <w:tcPr>
            <w:tcW w:type="dxa" w:w="960"/>
          </w:tcPr>
          <w:p>
            <w:r>
              <w:t>综合素质</w:t>
            </w:r>
          </w:p>
        </w:tc>
        <w:tc>
          <w:tcPr>
            <w:tcW w:type="dxa" w:w="960"/>
          </w:tcPr>
          <w:p>
            <w:r>
              <w:t>面试</w:t>
            </w:r>
          </w:p>
        </w:tc>
        <w:tc>
          <w:tcPr>
            <w:tcW w:type="dxa" w:w="960"/>
          </w:tcPr>
          <w:p>
            <w:r>
              <w:t>总分</w:t>
            </w:r>
          </w:p>
        </w:tc>
        <w:tc>
          <w:tcPr>
            <w:tcW w:type="dxa" w:w="960"/>
          </w:tcPr>
          <w:p>
            <w:r>
              <w:t>排序</w:t>
            </w:r>
          </w:p>
        </w:tc>
      </w:tr>
      <w:tr>
        <w:tc>
          <w:tcPr>
            <w:tcW w:type="dxa" w:w="960"/>
          </w:tcPr>
          <w:p>
            <w:r>
              <w:t>22115111</w:t>
            </w:r>
          </w:p>
        </w:tc>
        <w:tc>
          <w:tcPr>
            <w:tcW w:type="dxa" w:w="960"/>
          </w:tcPr>
          <w:p>
            <w:r>
              <w:t>李姝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3.77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16.4</w:t>
            </w:r>
          </w:p>
        </w:tc>
        <w:tc>
          <w:tcPr>
            <w:tcW w:type="dxa" w:w="960"/>
          </w:tcPr>
          <w:p>
            <w:r>
              <w:t>9.50</w:t>
            </w:r>
          </w:p>
        </w:tc>
        <w:tc>
          <w:tcPr>
            <w:tcW w:type="dxa" w:w="960"/>
          </w:tcPr>
          <w:p>
            <w:r>
              <w:t>90.90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22115125</w:t>
            </w:r>
          </w:p>
        </w:tc>
        <w:tc>
          <w:tcPr>
            <w:tcW w:type="dxa" w:w="960"/>
          </w:tcPr>
          <w:p>
            <w:r>
              <w:t>郭睿恬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3.74</w:t>
            </w:r>
          </w:p>
        </w:tc>
        <w:tc>
          <w:tcPr>
            <w:tcW w:type="dxa" w:w="960"/>
          </w:tcPr>
          <w:p>
            <w:r>
              <w:t>64.48276</w:t>
            </w:r>
          </w:p>
        </w:tc>
        <w:tc>
          <w:tcPr>
            <w:tcW w:type="dxa" w:w="960"/>
          </w:tcPr>
          <w:p>
            <w:r>
              <w:t>15.7</w:t>
            </w:r>
          </w:p>
        </w:tc>
        <w:tc>
          <w:tcPr>
            <w:tcW w:type="dxa" w:w="960"/>
          </w:tcPr>
          <w:p>
            <w:r>
              <w:t>7.70</w:t>
            </w:r>
          </w:p>
        </w:tc>
        <w:tc>
          <w:tcPr>
            <w:tcW w:type="dxa" w:w="960"/>
          </w:tcPr>
          <w:p>
            <w:r>
              <w:t>87.88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22115126</w:t>
            </w:r>
          </w:p>
        </w:tc>
        <w:tc>
          <w:tcPr>
            <w:tcW w:type="dxa" w:w="960"/>
          </w:tcPr>
          <w:p>
            <w:r>
              <w:t>黄新菊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3.62</w:t>
            </w:r>
          </w:p>
        </w:tc>
        <w:tc>
          <w:tcPr>
            <w:tcW w:type="dxa" w:w="960"/>
          </w:tcPr>
          <w:p>
            <w:r>
              <w:t>62.4138</w:t>
            </w:r>
          </w:p>
        </w:tc>
        <w:tc>
          <w:tcPr>
            <w:tcW w:type="dxa" w:w="960"/>
          </w:tcPr>
          <w:p>
            <w:r>
              <w:t>16.3</w:t>
            </w:r>
          </w:p>
        </w:tc>
        <w:tc>
          <w:tcPr>
            <w:tcW w:type="dxa" w:w="960"/>
          </w:tcPr>
          <w:p>
            <w:r>
              <w:t>8.30</w:t>
            </w:r>
          </w:p>
        </w:tc>
        <w:tc>
          <w:tcPr>
            <w:tcW w:type="dxa" w:w="960"/>
          </w:tcPr>
          <w:p>
            <w:r>
              <w:t>87.01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22115127</w:t>
            </w:r>
          </w:p>
        </w:tc>
        <w:tc>
          <w:tcPr>
            <w:tcW w:type="dxa" w:w="960"/>
          </w:tcPr>
          <w:p>
            <w:r>
              <w:t>董俊芳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3.6</w:t>
            </w:r>
          </w:p>
        </w:tc>
        <w:tc>
          <w:tcPr>
            <w:tcW w:type="dxa" w:w="960"/>
          </w:tcPr>
          <w:p>
            <w:r>
              <w:t>62.06897</w:t>
            </w:r>
          </w:p>
        </w:tc>
        <w:tc>
          <w:tcPr>
            <w:tcW w:type="dxa" w:w="960"/>
          </w:tcPr>
          <w:p>
            <w:r>
              <w:t>10.9</w:t>
            </w:r>
          </w:p>
        </w:tc>
        <w:tc>
          <w:tcPr>
            <w:tcW w:type="dxa" w:w="960"/>
          </w:tcPr>
          <w:p>
            <w:r>
              <w:t>6.72</w:t>
            </w:r>
          </w:p>
        </w:tc>
        <w:tc>
          <w:tcPr>
            <w:tcW w:type="dxa" w:w="960"/>
          </w:tcPr>
          <w:p>
            <w:r>
              <w:t>79.69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22115107</w:t>
            </w:r>
          </w:p>
        </w:tc>
        <w:tc>
          <w:tcPr>
            <w:tcW w:type="dxa" w:w="960"/>
          </w:tcPr>
          <w:p>
            <w:r>
              <w:t>付金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3.64</w:t>
            </w:r>
          </w:p>
        </w:tc>
        <w:tc>
          <w:tcPr>
            <w:tcW w:type="dxa" w:w="960"/>
          </w:tcPr>
          <w:p>
            <w:r>
              <w:t>62.7586</w:t>
            </w:r>
          </w:p>
        </w:tc>
        <w:tc>
          <w:tcPr>
            <w:tcW w:type="dxa" w:w="960"/>
          </w:tcPr>
          <w:p>
            <w:r>
              <w:t>7.9</w:t>
            </w:r>
          </w:p>
        </w:tc>
        <w:tc>
          <w:tcPr>
            <w:tcW w:type="dxa" w:w="960"/>
          </w:tcPr>
          <w:p>
            <w:r>
              <w:t>8.42</w:t>
            </w:r>
          </w:p>
        </w:tc>
        <w:tc>
          <w:tcPr>
            <w:tcW w:type="dxa" w:w="960"/>
          </w:tcPr>
          <w:p>
            <w:r>
              <w:t>79.08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>
              <w:t>22115110</w:t>
            </w:r>
          </w:p>
        </w:tc>
        <w:tc>
          <w:tcPr>
            <w:tcW w:type="dxa" w:w="960"/>
          </w:tcPr>
          <w:p>
            <w:r>
              <w:t>孙莉</w:t>
            </w:r>
          </w:p>
        </w:tc>
        <w:tc>
          <w:tcPr>
            <w:tcW w:type="dxa" w:w="960"/>
          </w:tcPr>
          <w:p>
            <w:r>
              <w:t>社会151</w:t>
            </w:r>
          </w:p>
        </w:tc>
        <w:tc>
          <w:tcPr>
            <w:tcW w:type="dxa" w:w="960"/>
          </w:tcPr>
          <w:p>
            <w:r>
              <w:t>3.47</w:t>
            </w:r>
          </w:p>
        </w:tc>
        <w:tc>
          <w:tcPr>
            <w:tcW w:type="dxa" w:w="960"/>
          </w:tcPr>
          <w:p>
            <w:r>
              <w:t>59.8276</w:t>
            </w:r>
          </w:p>
        </w:tc>
        <w:tc>
          <w:tcPr>
            <w:tcW w:type="dxa" w:w="960"/>
          </w:tcPr>
          <w:p>
            <w:r>
              <w:t>4.7</w:t>
            </w:r>
          </w:p>
        </w:tc>
        <w:tc>
          <w:tcPr>
            <w:tcW w:type="dxa" w:w="960"/>
          </w:tcPr>
          <w:p>
            <w:r>
              <w:t>8.58</w:t>
            </w:r>
          </w:p>
        </w:tc>
        <w:tc>
          <w:tcPr>
            <w:tcW w:type="dxa" w:w="960"/>
          </w:tcPr>
          <w:p>
            <w:r>
              <w:t>73.11</w:t>
            </w:r>
          </w:p>
        </w:tc>
        <w:tc>
          <w:tcPr>
            <w:tcW w:type="dxa" w:w="960"/>
          </w:tcPr>
          <w:p>
            <w:r>
              <w:t>6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22215101</w:t>
            </w:r>
          </w:p>
        </w:tc>
        <w:tc>
          <w:tcPr>
            <w:tcW w:type="dxa" w:w="960"/>
          </w:tcPr>
          <w:p>
            <w:r>
              <w:t>王博杰</w:t>
            </w:r>
          </w:p>
        </w:tc>
        <w:tc>
          <w:tcPr>
            <w:tcW w:type="dxa" w:w="960"/>
          </w:tcPr>
          <w:p>
            <w:r>
              <w:t>旅游151</w:t>
            </w:r>
          </w:p>
        </w:tc>
        <w:tc>
          <w:tcPr>
            <w:tcW w:type="dxa" w:w="960"/>
          </w:tcPr>
          <w:p>
            <w:r>
              <w:t>3.86</w:t>
            </w:r>
          </w:p>
        </w:tc>
        <w:tc>
          <w:tcPr>
            <w:tcW w:type="dxa" w:w="960"/>
          </w:tcPr>
          <w:p>
            <w:r>
              <w:t>63.51899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9.04</w:t>
            </w:r>
          </w:p>
        </w:tc>
        <w:tc>
          <w:tcPr>
            <w:tcW w:type="dxa" w:w="960"/>
          </w:tcPr>
          <w:p>
            <w:r>
              <w:t>97.56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22215231</w:t>
            </w:r>
          </w:p>
        </w:tc>
        <w:tc>
          <w:tcPr>
            <w:tcW w:type="dxa" w:w="960"/>
          </w:tcPr>
          <w:p>
            <w:r>
              <w:t>潘琳</w:t>
            </w:r>
          </w:p>
        </w:tc>
        <w:tc>
          <w:tcPr>
            <w:tcW w:type="dxa" w:w="960"/>
          </w:tcPr>
          <w:p>
            <w:r>
              <w:t>旅游152</w:t>
            </w:r>
          </w:p>
        </w:tc>
        <w:tc>
          <w:tcPr>
            <w:tcW w:type="dxa" w:w="960"/>
          </w:tcPr>
          <w:p>
            <w:r>
              <w:t>3.78</w:t>
            </w:r>
          </w:p>
        </w:tc>
        <w:tc>
          <w:tcPr>
            <w:tcW w:type="dxa" w:w="960"/>
          </w:tcPr>
          <w:p>
            <w:r>
              <w:t>62.2025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8.86</w:t>
            </w:r>
          </w:p>
        </w:tc>
        <w:tc>
          <w:tcPr>
            <w:tcW w:type="dxa" w:w="960"/>
          </w:tcPr>
          <w:p>
            <w:r>
              <w:t>96.06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22215111</w:t>
            </w:r>
          </w:p>
        </w:tc>
        <w:tc>
          <w:tcPr>
            <w:tcW w:type="dxa" w:w="960"/>
          </w:tcPr>
          <w:p>
            <w:r>
              <w:t>张明月</w:t>
            </w:r>
          </w:p>
        </w:tc>
        <w:tc>
          <w:tcPr>
            <w:tcW w:type="dxa" w:w="960"/>
          </w:tcPr>
          <w:p>
            <w:r>
              <w:t>旅游151</w:t>
            </w:r>
          </w:p>
        </w:tc>
        <w:tc>
          <w:tcPr>
            <w:tcW w:type="dxa" w:w="960"/>
          </w:tcPr>
          <w:p>
            <w:r>
              <w:t>3.95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20.4</w:t>
            </w:r>
          </w:p>
        </w:tc>
        <w:tc>
          <w:tcPr>
            <w:tcW w:type="dxa" w:w="960"/>
          </w:tcPr>
          <w:p>
            <w:r>
              <w:t>8.36</w:t>
            </w:r>
          </w:p>
        </w:tc>
        <w:tc>
          <w:tcPr>
            <w:tcW w:type="dxa" w:w="960"/>
          </w:tcPr>
          <w:p>
            <w:r>
              <w:t>93.76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22215216</w:t>
            </w:r>
          </w:p>
        </w:tc>
        <w:tc>
          <w:tcPr>
            <w:tcW w:type="dxa" w:w="960"/>
          </w:tcPr>
          <w:p>
            <w:r>
              <w:t>张悦</w:t>
            </w:r>
          </w:p>
        </w:tc>
        <w:tc>
          <w:tcPr>
            <w:tcW w:type="dxa" w:w="960"/>
          </w:tcPr>
          <w:p>
            <w:r>
              <w:t>旅游152</w:t>
            </w:r>
          </w:p>
        </w:tc>
        <w:tc>
          <w:tcPr>
            <w:tcW w:type="dxa" w:w="960"/>
          </w:tcPr>
          <w:p>
            <w:r>
              <w:t>3.6</w:t>
            </w:r>
          </w:p>
        </w:tc>
        <w:tc>
          <w:tcPr>
            <w:tcW w:type="dxa" w:w="960"/>
          </w:tcPr>
          <w:p>
            <w:r>
              <w:t>59.2405</w:t>
            </w:r>
          </w:p>
        </w:tc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8.58</w:t>
            </w:r>
          </w:p>
        </w:tc>
        <w:tc>
          <w:tcPr>
            <w:tcW w:type="dxa" w:w="960"/>
          </w:tcPr>
          <w:p>
            <w:r>
              <w:t>73.82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22215211</w:t>
            </w:r>
          </w:p>
        </w:tc>
        <w:tc>
          <w:tcPr>
            <w:tcW w:type="dxa" w:w="960"/>
          </w:tcPr>
          <w:p>
            <w:r>
              <w:t>杜若男</w:t>
            </w:r>
          </w:p>
        </w:tc>
        <w:tc>
          <w:tcPr>
            <w:tcW w:type="dxa" w:w="960"/>
          </w:tcPr>
          <w:p>
            <w:r>
              <w:t>旅游152</w:t>
            </w:r>
          </w:p>
        </w:tc>
        <w:tc>
          <w:tcPr>
            <w:tcW w:type="dxa" w:w="960"/>
          </w:tcPr>
          <w:p>
            <w:r>
              <w:t>3.7</w:t>
            </w:r>
          </w:p>
        </w:tc>
        <w:tc>
          <w:tcPr>
            <w:tcW w:type="dxa" w:w="960"/>
          </w:tcPr>
          <w:p>
            <w:r>
              <w:t>60.8861</w:t>
            </w:r>
          </w:p>
        </w:tc>
        <w:tc>
          <w:tcPr>
            <w:tcW w:type="dxa" w:w="960"/>
          </w:tcPr>
          <w:p>
            <w:r>
              <w:t>3.5</w:t>
            </w:r>
          </w:p>
        </w:tc>
        <w:tc>
          <w:tcPr>
            <w:tcW w:type="dxa" w:w="960"/>
          </w:tcPr>
          <w:p>
            <w:r>
              <w:t>8.68</w:t>
            </w:r>
          </w:p>
        </w:tc>
        <w:tc>
          <w:tcPr>
            <w:tcW w:type="dxa" w:w="960"/>
          </w:tcPr>
          <w:p>
            <w:r>
              <w:t>73.07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22315101</w:t>
            </w:r>
          </w:p>
        </w:tc>
        <w:tc>
          <w:tcPr>
            <w:tcW w:type="dxa" w:w="960"/>
          </w:tcPr>
          <w:p>
            <w:r>
              <w:t>于乐玮</w:t>
            </w:r>
          </w:p>
        </w:tc>
        <w:tc>
          <w:tcPr>
            <w:tcW w:type="dxa" w:w="960"/>
          </w:tcPr>
          <w:p>
            <w:r>
              <w:t>公管151</w:t>
            </w:r>
          </w:p>
        </w:tc>
        <w:tc>
          <w:tcPr>
            <w:tcW w:type="dxa" w:w="960"/>
          </w:tcPr>
          <w:p>
            <w:r>
              <w:t>3.55</w:t>
            </w:r>
          </w:p>
        </w:tc>
        <w:tc>
          <w:tcPr>
            <w:tcW w:type="dxa" w:w="960"/>
          </w:tcPr>
          <w:p>
            <w:r>
              <w:t>63.5675</w:t>
            </w:r>
          </w:p>
        </w:tc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9.44</w:t>
            </w:r>
          </w:p>
        </w:tc>
        <w:tc>
          <w:tcPr>
            <w:tcW w:type="dxa" w:w="960"/>
          </w:tcPr>
          <w:p>
            <w:r>
              <w:t>86.01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22315129</w:t>
            </w:r>
          </w:p>
        </w:tc>
        <w:tc>
          <w:tcPr>
            <w:tcW w:type="dxa" w:w="960"/>
          </w:tcPr>
          <w:p>
            <w:r>
              <w:t>韩蓥</w:t>
            </w:r>
          </w:p>
        </w:tc>
        <w:tc>
          <w:tcPr>
            <w:tcW w:type="dxa" w:w="960"/>
          </w:tcPr>
          <w:p>
            <w:r>
              <w:t>公管151</w:t>
            </w:r>
          </w:p>
        </w:tc>
        <w:tc>
          <w:tcPr>
            <w:tcW w:type="dxa" w:w="960"/>
          </w:tcPr>
          <w:p>
            <w:r>
              <w:t>3.44</w:t>
            </w:r>
          </w:p>
        </w:tc>
        <w:tc>
          <w:tcPr>
            <w:tcW w:type="dxa" w:w="960"/>
          </w:tcPr>
          <w:p>
            <w:r>
              <w:t>61.5978</w:t>
            </w:r>
          </w:p>
        </w:tc>
        <w:tc>
          <w:tcPr>
            <w:tcW w:type="dxa" w:w="960"/>
          </w:tcPr>
          <w:p>
            <w:r>
              <w:t>12.7</w:t>
            </w:r>
          </w:p>
        </w:tc>
        <w:tc>
          <w:tcPr>
            <w:tcW w:type="dxa" w:w="960"/>
          </w:tcPr>
          <w:p>
            <w:r>
              <w:t>9.62</w:t>
            </w:r>
          </w:p>
        </w:tc>
        <w:tc>
          <w:tcPr>
            <w:tcW w:type="dxa" w:w="960"/>
          </w:tcPr>
          <w:p>
            <w:r>
              <w:t>83.92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22315126</w:t>
            </w:r>
          </w:p>
        </w:tc>
        <w:tc>
          <w:tcPr>
            <w:tcW w:type="dxa" w:w="960"/>
          </w:tcPr>
          <w:p>
            <w:r>
              <w:t>高敏洁</w:t>
            </w:r>
          </w:p>
        </w:tc>
        <w:tc>
          <w:tcPr>
            <w:tcW w:type="dxa" w:w="960"/>
          </w:tcPr>
          <w:p>
            <w:r>
              <w:t>公管151</w:t>
            </w:r>
          </w:p>
        </w:tc>
        <w:tc>
          <w:tcPr>
            <w:tcW w:type="dxa" w:w="960"/>
          </w:tcPr>
          <w:p>
            <w:r>
              <w:t>3.63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8.88</w:t>
            </w:r>
          </w:p>
        </w:tc>
        <w:tc>
          <w:tcPr>
            <w:tcW w:type="dxa" w:w="960"/>
          </w:tcPr>
          <w:p>
            <w:r>
              <w:t>78.88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22615210</w:t>
            </w:r>
          </w:p>
        </w:tc>
        <w:tc>
          <w:tcPr>
            <w:tcW w:type="dxa" w:w="960"/>
          </w:tcPr>
          <w:p>
            <w:r>
              <w:t>吴露露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4.17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9.44</w:t>
            </w:r>
          </w:p>
        </w:tc>
        <w:tc>
          <w:tcPr>
            <w:tcW w:type="dxa" w:w="960"/>
          </w:tcPr>
          <w:p>
            <w:r>
              <w:t>99.44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22615203</w:t>
            </w:r>
          </w:p>
        </w:tc>
        <w:tc>
          <w:tcPr>
            <w:tcW w:type="dxa" w:w="960"/>
          </w:tcPr>
          <w:p>
            <w:r>
              <w:t>叶雅冰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3.97</w:t>
            </w:r>
          </w:p>
        </w:tc>
        <w:tc>
          <w:tcPr>
            <w:tcW w:type="dxa" w:w="960"/>
          </w:tcPr>
          <w:p>
            <w:r>
              <w:t>61.8825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9.54</w:t>
            </w:r>
          </w:p>
        </w:tc>
        <w:tc>
          <w:tcPr>
            <w:tcW w:type="dxa" w:w="960"/>
          </w:tcPr>
          <w:p>
            <w:r>
              <w:t>96.42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22615122</w:t>
            </w:r>
          </w:p>
        </w:tc>
        <w:tc>
          <w:tcPr>
            <w:tcW w:type="dxa" w:w="960"/>
          </w:tcPr>
          <w:p>
            <w:r>
              <w:t>姚佳婷</w:t>
            </w:r>
          </w:p>
        </w:tc>
        <w:tc>
          <w:tcPr>
            <w:tcW w:type="dxa" w:w="960"/>
          </w:tcPr>
          <w:p>
            <w:r>
              <w:t>法学151</w:t>
            </w:r>
          </w:p>
        </w:tc>
        <w:tc>
          <w:tcPr>
            <w:tcW w:type="dxa" w:w="960"/>
          </w:tcPr>
          <w:p>
            <w:r>
              <w:t>3.96</w:t>
            </w:r>
          </w:p>
        </w:tc>
        <w:tc>
          <w:tcPr>
            <w:tcW w:type="dxa" w:w="960"/>
          </w:tcPr>
          <w:p>
            <w:r>
              <w:t>61.7266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9.38</w:t>
            </w:r>
          </w:p>
        </w:tc>
        <w:tc>
          <w:tcPr>
            <w:tcW w:type="dxa" w:w="960"/>
          </w:tcPr>
          <w:p>
            <w:r>
              <w:t>96.11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22615207</w:t>
            </w:r>
          </w:p>
        </w:tc>
        <w:tc>
          <w:tcPr>
            <w:tcW w:type="dxa" w:w="960"/>
          </w:tcPr>
          <w:p>
            <w:r>
              <w:t>孙相宜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3.96</w:t>
            </w:r>
          </w:p>
        </w:tc>
        <w:tc>
          <w:tcPr>
            <w:tcW w:type="dxa" w:w="960"/>
          </w:tcPr>
          <w:p>
            <w:r>
              <w:t>61.7266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9.26</w:t>
            </w:r>
          </w:p>
        </w:tc>
        <w:tc>
          <w:tcPr>
            <w:tcW w:type="dxa" w:w="960"/>
          </w:tcPr>
          <w:p>
            <w:r>
              <w:t>95.99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22615115</w:t>
            </w:r>
          </w:p>
        </w:tc>
        <w:tc>
          <w:tcPr>
            <w:tcW w:type="dxa" w:w="960"/>
          </w:tcPr>
          <w:p>
            <w:r>
              <w:t>薛毓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3.95</w:t>
            </w:r>
          </w:p>
        </w:tc>
        <w:tc>
          <w:tcPr>
            <w:tcW w:type="dxa" w:w="960"/>
          </w:tcPr>
          <w:p>
            <w:r>
              <w:t>61.5707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9.32</w:t>
            </w:r>
          </w:p>
        </w:tc>
        <w:tc>
          <w:tcPr>
            <w:tcW w:type="dxa" w:w="960"/>
          </w:tcPr>
          <w:p>
            <w:r>
              <w:t>95.89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>
              <w:t>22615231</w:t>
            </w:r>
          </w:p>
        </w:tc>
        <w:tc>
          <w:tcPr>
            <w:tcW w:type="dxa" w:w="960"/>
          </w:tcPr>
          <w:p>
            <w:r>
              <w:t>杨叶</w:t>
            </w:r>
          </w:p>
        </w:tc>
        <w:tc>
          <w:tcPr>
            <w:tcW w:type="dxa" w:w="960"/>
          </w:tcPr>
          <w:p>
            <w:r>
              <w:t>法学151</w:t>
            </w:r>
          </w:p>
        </w:tc>
        <w:tc>
          <w:tcPr>
            <w:tcW w:type="dxa" w:w="960"/>
          </w:tcPr>
          <w:p>
            <w:r>
              <w:t>3.92</w:t>
            </w:r>
          </w:p>
        </w:tc>
        <w:tc>
          <w:tcPr>
            <w:tcW w:type="dxa" w:w="960"/>
          </w:tcPr>
          <w:p>
            <w:r>
              <w:t>61.1031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9.38</w:t>
            </w:r>
          </w:p>
        </w:tc>
        <w:tc>
          <w:tcPr>
            <w:tcW w:type="dxa" w:w="960"/>
          </w:tcPr>
          <w:p>
            <w:r>
              <w:t>95.48</w:t>
            </w:r>
          </w:p>
        </w:tc>
        <w:tc>
          <w:tcPr>
            <w:tcW w:type="dxa" w:w="960"/>
          </w:tcPr>
          <w:p>
            <w:r>
              <w:t>6</w:t>
            </w:r>
          </w:p>
        </w:tc>
      </w:tr>
      <w:tr>
        <w:tc>
          <w:tcPr>
            <w:tcW w:type="dxa" w:w="960"/>
          </w:tcPr>
          <w:p>
            <w:r>
              <w:t>22615208</w:t>
            </w:r>
          </w:p>
        </w:tc>
        <w:tc>
          <w:tcPr>
            <w:tcW w:type="dxa" w:w="960"/>
          </w:tcPr>
          <w:p>
            <w:r>
              <w:t>纪迎晓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3.81</w:t>
            </w:r>
          </w:p>
        </w:tc>
        <w:tc>
          <w:tcPr>
            <w:tcW w:type="dxa" w:w="960"/>
          </w:tcPr>
          <w:p>
            <w:r>
              <w:t>59.3885</w:t>
            </w:r>
          </w:p>
        </w:tc>
        <w:tc>
          <w:tcPr>
            <w:tcW w:type="dxa" w:w="960"/>
          </w:tcPr>
          <w:p>
            <w:r>
              <w:t>12.9</w:t>
            </w:r>
          </w:p>
        </w:tc>
        <w:tc>
          <w:tcPr>
            <w:tcW w:type="dxa" w:w="960"/>
          </w:tcPr>
          <w:p>
            <w:r>
              <w:t>8.50</w:t>
            </w:r>
          </w:p>
        </w:tc>
        <w:tc>
          <w:tcPr>
            <w:tcW w:type="dxa" w:w="960"/>
          </w:tcPr>
          <w:p>
            <w:r>
              <w:t>80.79</w:t>
            </w:r>
          </w:p>
        </w:tc>
        <w:tc>
          <w:tcPr>
            <w:tcW w:type="dxa" w:w="960"/>
          </w:tcPr>
          <w:p>
            <w:r>
              <w:t>7</w:t>
            </w:r>
          </w:p>
        </w:tc>
      </w:tr>
      <w:tr>
        <w:tc>
          <w:tcPr>
            <w:tcW w:type="dxa" w:w="960"/>
          </w:tcPr>
          <w:p>
            <w:r>
              <w:t>22615227</w:t>
            </w:r>
          </w:p>
        </w:tc>
        <w:tc>
          <w:tcPr>
            <w:tcW w:type="dxa" w:w="960"/>
          </w:tcPr>
          <w:p>
            <w:r>
              <w:t>高月</w:t>
            </w:r>
          </w:p>
        </w:tc>
        <w:tc>
          <w:tcPr>
            <w:tcW w:type="dxa" w:w="960"/>
          </w:tcPr>
          <w:p>
            <w:r>
              <w:t>法学152</w:t>
            </w:r>
          </w:p>
        </w:tc>
        <w:tc>
          <w:tcPr>
            <w:tcW w:type="dxa" w:w="960"/>
          </w:tcPr>
          <w:p>
            <w:r>
              <w:t>3.76</w:t>
            </w:r>
          </w:p>
        </w:tc>
        <w:tc>
          <w:tcPr>
            <w:tcW w:type="dxa" w:w="960"/>
          </w:tcPr>
          <w:p>
            <w:r>
              <w:t>58.6091</w:t>
            </w:r>
          </w:p>
        </w:tc>
        <w:tc>
          <w:tcPr>
            <w:tcW w:type="dxa" w:w="960"/>
          </w:tcPr>
          <w:p>
            <w:r>
              <w:t>12.9</w:t>
            </w:r>
          </w:p>
        </w:tc>
        <w:tc>
          <w:tcPr>
            <w:tcW w:type="dxa" w:w="960"/>
          </w:tcPr>
          <w:p>
            <w:r>
              <w:t>7.78</w:t>
            </w:r>
          </w:p>
        </w:tc>
        <w:tc>
          <w:tcPr>
            <w:tcW w:type="dxa" w:w="960"/>
          </w:tcPr>
          <w:p>
            <w:r>
              <w:t>79.29</w:t>
            </w:r>
          </w:p>
        </w:tc>
        <w:tc>
          <w:tcPr>
            <w:tcW w:type="dxa" w:w="960"/>
          </w:tcPr>
          <w:p>
            <w:r>
              <w:t>8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11615109</w:t>
            </w:r>
          </w:p>
        </w:tc>
        <w:tc>
          <w:tcPr>
            <w:tcW w:type="dxa" w:w="960"/>
          </w:tcPr>
          <w:p>
            <w:r>
              <w:t>孙晓玲</w:t>
            </w:r>
          </w:p>
        </w:tc>
        <w:tc>
          <w:tcPr>
            <w:tcW w:type="dxa" w:w="960"/>
          </w:tcPr>
          <w:p>
            <w:r>
              <w:t>区域151</w:t>
            </w:r>
          </w:p>
        </w:tc>
        <w:tc>
          <w:tcPr>
            <w:tcW w:type="dxa" w:w="960"/>
          </w:tcPr>
          <w:p>
            <w:r>
              <w:t>3.81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8.66</w:t>
            </w:r>
          </w:p>
        </w:tc>
        <w:tc>
          <w:tcPr>
            <w:tcW w:type="dxa" w:w="960"/>
          </w:tcPr>
          <w:p>
            <w:r>
              <w:t>98.66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11615114</w:t>
            </w:r>
          </w:p>
        </w:tc>
        <w:tc>
          <w:tcPr>
            <w:tcW w:type="dxa" w:w="960"/>
          </w:tcPr>
          <w:p>
            <w:r>
              <w:t>邹露</w:t>
            </w:r>
          </w:p>
        </w:tc>
        <w:tc>
          <w:tcPr>
            <w:tcW w:type="dxa" w:w="960"/>
          </w:tcPr>
          <w:p>
            <w:r>
              <w:t>区域151</w:t>
            </w:r>
          </w:p>
        </w:tc>
        <w:tc>
          <w:tcPr>
            <w:tcW w:type="dxa" w:w="960"/>
          </w:tcPr>
          <w:p>
            <w:r>
              <w:t>3.61</w:t>
            </w:r>
          </w:p>
        </w:tc>
        <w:tc>
          <w:tcPr>
            <w:tcW w:type="dxa" w:w="960"/>
          </w:tcPr>
          <w:p>
            <w:r>
              <w:t>61.5879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7.98</w:t>
            </w:r>
          </w:p>
        </w:tc>
        <w:tc>
          <w:tcPr>
            <w:tcW w:type="dxa" w:w="960"/>
          </w:tcPr>
          <w:p>
            <w:r>
              <w:t>94.57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11615120</w:t>
            </w:r>
          </w:p>
        </w:tc>
        <w:tc>
          <w:tcPr>
            <w:tcW w:type="dxa" w:w="960"/>
          </w:tcPr>
          <w:p>
            <w:r>
              <w:t>郑怡</w:t>
            </w:r>
          </w:p>
        </w:tc>
        <w:tc>
          <w:tcPr>
            <w:tcW w:type="dxa" w:w="960"/>
          </w:tcPr>
          <w:p>
            <w:r>
              <w:t>区域151</w:t>
            </w:r>
          </w:p>
        </w:tc>
        <w:tc>
          <w:tcPr>
            <w:tcW w:type="dxa" w:w="960"/>
          </w:tcPr>
          <w:p>
            <w:r>
              <w:t>3.57</w:t>
            </w:r>
          </w:p>
        </w:tc>
        <w:tc>
          <w:tcPr>
            <w:tcW w:type="dxa" w:w="960"/>
          </w:tcPr>
          <w:p>
            <w:r>
              <w:t>60.9055</w:t>
            </w:r>
          </w:p>
        </w:tc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8.56</w:t>
            </w:r>
          </w:p>
        </w:tc>
        <w:tc>
          <w:tcPr>
            <w:tcW w:type="dxa" w:w="960"/>
          </w:tcPr>
          <w:p>
            <w:r>
              <w:t>86.47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11615108</w:t>
            </w:r>
          </w:p>
        </w:tc>
        <w:tc>
          <w:tcPr>
            <w:tcW w:type="dxa" w:w="960"/>
          </w:tcPr>
          <w:p>
            <w:r>
              <w:t>许雅婷</w:t>
            </w:r>
          </w:p>
        </w:tc>
        <w:tc>
          <w:tcPr>
            <w:tcW w:type="dxa" w:w="960"/>
          </w:tcPr>
          <w:p>
            <w:r>
              <w:t>区域151</w:t>
            </w:r>
          </w:p>
        </w:tc>
        <w:tc>
          <w:tcPr>
            <w:tcW w:type="dxa" w:w="960"/>
          </w:tcPr>
          <w:p>
            <w:r>
              <w:t>3.58</w:t>
            </w:r>
          </w:p>
        </w:tc>
        <w:tc>
          <w:tcPr>
            <w:tcW w:type="dxa" w:w="960"/>
          </w:tcPr>
          <w:p>
            <w:r>
              <w:t>61.0761</w:t>
            </w:r>
          </w:p>
        </w:tc>
        <w:tc>
          <w:tcPr>
            <w:tcW w:type="dxa" w:w="960"/>
          </w:tcPr>
          <w:p>
            <w:r>
              <w:t>15.9</w:t>
            </w:r>
          </w:p>
        </w:tc>
        <w:tc>
          <w:tcPr>
            <w:tcW w:type="dxa" w:w="960"/>
          </w:tcPr>
          <w:p>
            <w:r>
              <w:t>7.58</w:t>
            </w:r>
          </w:p>
        </w:tc>
        <w:tc>
          <w:tcPr>
            <w:tcW w:type="dxa" w:w="960"/>
          </w:tcPr>
          <w:p>
            <w:r>
              <w:t>84.56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22815119</w:t>
            </w:r>
          </w:p>
        </w:tc>
        <w:tc>
          <w:tcPr>
            <w:tcW w:type="dxa" w:w="960"/>
          </w:tcPr>
          <w:p>
            <w:r>
              <w:t>李欣怡</w:t>
            </w:r>
          </w:p>
        </w:tc>
        <w:tc>
          <w:tcPr>
            <w:tcW w:type="dxa" w:w="960"/>
          </w:tcPr>
          <w:p>
            <w:r>
              <w:t>表演151</w:t>
            </w:r>
          </w:p>
        </w:tc>
        <w:tc>
          <w:tcPr>
            <w:tcW w:type="dxa" w:w="960"/>
          </w:tcPr>
          <w:p>
            <w:r>
              <w:t>3.79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24.1</w:t>
            </w:r>
          </w:p>
        </w:tc>
        <w:tc>
          <w:tcPr>
            <w:tcW w:type="dxa" w:w="960"/>
          </w:tcPr>
          <w:p>
            <w:r>
              <w:t>9.00</w:t>
            </w:r>
          </w:p>
        </w:tc>
        <w:tc>
          <w:tcPr>
            <w:tcW w:type="dxa" w:w="960"/>
          </w:tcPr>
          <w:p>
            <w:r>
              <w:t>98.10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22815103</w:t>
            </w:r>
          </w:p>
        </w:tc>
        <w:tc>
          <w:tcPr>
            <w:tcW w:type="dxa" w:w="960"/>
          </w:tcPr>
          <w:p>
            <w:r>
              <w:t>王心璨</w:t>
            </w:r>
          </w:p>
        </w:tc>
        <w:tc>
          <w:tcPr>
            <w:tcW w:type="dxa" w:w="960"/>
          </w:tcPr>
          <w:p>
            <w:r>
              <w:t>表演151</w:t>
            </w:r>
          </w:p>
        </w:tc>
        <w:tc>
          <w:tcPr>
            <w:tcW w:type="dxa" w:w="960"/>
          </w:tcPr>
          <w:p>
            <w:r>
              <w:t>3.37</w:t>
            </w:r>
          </w:p>
        </w:tc>
        <w:tc>
          <w:tcPr>
            <w:tcW w:type="dxa" w:w="960"/>
          </w:tcPr>
          <w:p>
            <w:r>
              <w:t>57.7968</w:t>
            </w:r>
          </w:p>
        </w:tc>
        <w:tc>
          <w:tcPr>
            <w:tcW w:type="dxa" w:w="960"/>
          </w:tcPr>
          <w:p>
            <w:r>
              <w:t>19.7</w:t>
            </w:r>
          </w:p>
        </w:tc>
        <w:tc>
          <w:tcPr>
            <w:tcW w:type="dxa" w:w="960"/>
          </w:tcPr>
          <w:p>
            <w:r>
              <w:t>6.40</w:t>
            </w:r>
          </w:p>
        </w:tc>
        <w:tc>
          <w:tcPr>
            <w:tcW w:type="dxa" w:w="960"/>
          </w:tcPr>
          <w:p>
            <w:r>
              <w:t>83.90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22815136</w:t>
            </w:r>
          </w:p>
        </w:tc>
        <w:tc>
          <w:tcPr>
            <w:tcW w:type="dxa" w:w="960"/>
          </w:tcPr>
          <w:p>
            <w:r>
              <w:t>喻先萍</w:t>
            </w:r>
          </w:p>
        </w:tc>
        <w:tc>
          <w:tcPr>
            <w:tcW w:type="dxa" w:w="960"/>
          </w:tcPr>
          <w:p>
            <w:r>
              <w:t>表演151</w:t>
            </w:r>
          </w:p>
        </w:tc>
        <w:tc>
          <w:tcPr>
            <w:tcW w:type="dxa" w:w="960"/>
          </w:tcPr>
          <w:p>
            <w:r>
              <w:t>3.59</w:t>
            </w:r>
          </w:p>
        </w:tc>
        <w:tc>
          <w:tcPr>
            <w:tcW w:type="dxa" w:w="960"/>
          </w:tcPr>
          <w:p>
            <w:r>
              <w:t>61.5699</w:t>
            </w:r>
          </w:p>
        </w:tc>
        <w:tc>
          <w:tcPr>
            <w:tcW w:type="dxa" w:w="960"/>
          </w:tcPr>
          <w:p>
            <w:r>
              <w:t>14.5</w:t>
            </w:r>
          </w:p>
        </w:tc>
        <w:tc>
          <w:tcPr>
            <w:tcW w:type="dxa" w:w="960"/>
          </w:tcPr>
          <w:p>
            <w:r>
              <w:t>7.80</w:t>
            </w:r>
          </w:p>
        </w:tc>
        <w:tc>
          <w:tcPr>
            <w:tcW w:type="dxa" w:w="960"/>
          </w:tcPr>
          <w:p>
            <w:r>
              <w:t>83.87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22815101</w:t>
            </w:r>
          </w:p>
        </w:tc>
        <w:tc>
          <w:tcPr>
            <w:tcW w:type="dxa" w:w="960"/>
          </w:tcPr>
          <w:p>
            <w:r>
              <w:t>马蓉</w:t>
            </w:r>
          </w:p>
        </w:tc>
        <w:tc>
          <w:tcPr>
            <w:tcW w:type="dxa" w:w="960"/>
          </w:tcPr>
          <w:p>
            <w:r>
              <w:t>表演151</w:t>
            </w:r>
          </w:p>
        </w:tc>
        <w:tc>
          <w:tcPr>
            <w:tcW w:type="dxa" w:w="960"/>
          </w:tcPr>
          <w:p>
            <w:r>
              <w:t>3.52</w:t>
            </w:r>
          </w:p>
        </w:tc>
        <w:tc>
          <w:tcPr>
            <w:tcW w:type="dxa" w:w="960"/>
          </w:tcPr>
          <w:p>
            <w:r>
              <w:t>60.3694</w:t>
            </w:r>
          </w:p>
        </w:tc>
        <w:tc>
          <w:tcPr>
            <w:tcW w:type="dxa" w:w="960"/>
          </w:tcPr>
          <w:p>
            <w:r>
              <w:t>13.2</w:t>
            </w:r>
          </w:p>
        </w:tc>
        <w:tc>
          <w:tcPr>
            <w:tcW w:type="dxa" w:w="960"/>
          </w:tcPr>
          <w:p>
            <w:r>
              <w:t>5.80</w:t>
            </w:r>
          </w:p>
        </w:tc>
        <w:tc>
          <w:tcPr>
            <w:tcW w:type="dxa" w:w="960"/>
          </w:tcPr>
          <w:p>
            <w:r>
              <w:t>79.37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