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人文学院2016年推荐免试研究生领导小组名单及面试时间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</w:tcPr>
          <w:p>
            <w:r>
              <w:t>人文学院2016年推荐免试研究生领导小组名单组长：杨旺生副组长：付坚强朱世桂成员：路璐刘庆友李明曾玉珊季中扬尤兰芳秘书：尤兰芳（兼）注：面试时间由各系定。2015年9月21日下午5点前报面试成绩到教务办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