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人文与社会发展学院2025届毕业生推免成绩公示</w:t>
      </w:r>
    </w:p>
    <w:p>
      <w:r>
        <w:t>2025届毕业班同学：</w:t>
      </w:r>
    </w:p>
    <w:p>
      <w:r>
        <w:t>根据《南京农业大学关于做好2025年推荐优秀应届本科毕业生免试攻读研究生工作的通知》精神，经个人申报，学院推免工作领导小组审核，现将2025届毕业生推免成绩予以公示，时间2024年9月18日-9月20日。公示期间，如有异议，请在工作时间实名和学院反馈，电话：025-84396661, 025-84396617。</w:t>
      </w:r>
    </w:p>
    <w:p>
      <w:r>
        <w:t>具体分数如下: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班级名称</w:t>
            </w:r>
          </w:p>
        </w:tc>
        <w:tc>
          <w:tcPr>
            <w:tcW w:type="dxa" w:w="960"/>
          </w:tcPr>
          <w:p>
            <w:r>
              <w:t>平均学分绩点</w:t>
            </w:r>
          </w:p>
        </w:tc>
        <w:tc>
          <w:tcPr>
            <w:tcW w:type="dxa" w:w="960"/>
          </w:tcPr>
          <w:p>
            <w:r>
              <w:t>平均学分绩点专业排名</w:t>
            </w:r>
          </w:p>
        </w:tc>
        <w:tc>
          <w:tcPr>
            <w:tcW w:type="dxa" w:w="960"/>
          </w:tcPr>
          <w:p>
            <w:r>
              <w:t>绩点折合</w:t>
            </w:r>
          </w:p>
        </w:tc>
        <w:tc>
          <w:tcPr>
            <w:tcW w:type="dxa" w:w="960"/>
          </w:tcPr>
          <w:p>
            <w:r>
              <w:t>加分项</w:t>
            </w:r>
          </w:p>
        </w:tc>
        <w:tc>
          <w:tcPr>
            <w:tcW w:type="dxa" w:w="960"/>
          </w:tcPr>
          <w:p>
            <w:r>
              <w:t>总分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9212210428</w:t>
            </w:r>
          </w:p>
        </w:tc>
        <w:tc>
          <w:tcPr>
            <w:tcW w:type="dxa" w:w="960"/>
          </w:tcPr>
          <w:p>
            <w:r>
              <w:t>胡榕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4.01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80.000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100.00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9212210318</w:t>
            </w:r>
          </w:p>
        </w:tc>
        <w:tc>
          <w:tcPr>
            <w:tcW w:type="dxa" w:w="960"/>
          </w:tcPr>
          <w:p>
            <w:r>
              <w:t>宋承翰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3.9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77.805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97.81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9212210121</w:t>
            </w:r>
          </w:p>
        </w:tc>
        <w:tc>
          <w:tcPr>
            <w:tcW w:type="dxa" w:w="960"/>
          </w:tcPr>
          <w:p>
            <w:r>
              <w:t>姚靖怡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3.89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77.606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97.61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9212210326</w:t>
            </w:r>
          </w:p>
        </w:tc>
        <w:tc>
          <w:tcPr>
            <w:tcW w:type="dxa" w:w="960"/>
          </w:tcPr>
          <w:p>
            <w:r>
              <w:t>翁一洲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3.88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77.406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97.41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9212210417</w:t>
            </w:r>
          </w:p>
        </w:tc>
        <w:tc>
          <w:tcPr>
            <w:tcW w:type="dxa" w:w="960"/>
          </w:tcPr>
          <w:p>
            <w:r>
              <w:t>何智婕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3.85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76.808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96.81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9212210406</w:t>
            </w:r>
          </w:p>
        </w:tc>
        <w:tc>
          <w:tcPr>
            <w:tcW w:type="dxa" w:w="960"/>
          </w:tcPr>
          <w:p>
            <w:r>
              <w:t>王碧亮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3.84</w:t>
            </w:r>
          </w:p>
        </w:tc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76.608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96.61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9212210133</w:t>
            </w:r>
          </w:p>
        </w:tc>
        <w:tc>
          <w:tcPr>
            <w:tcW w:type="dxa" w:w="960"/>
          </w:tcPr>
          <w:p>
            <w:r>
              <w:t>戴钡钡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3.83</w:t>
            </w:r>
          </w:p>
        </w:tc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76.409</w:t>
            </w:r>
          </w:p>
        </w:tc>
        <w:tc>
          <w:tcPr>
            <w:tcW w:type="dxa" w:w="960"/>
          </w:tcPr>
          <w:p>
            <w:r>
              <w:t>18.6</w:t>
            </w:r>
          </w:p>
        </w:tc>
        <w:tc>
          <w:tcPr>
            <w:tcW w:type="dxa" w:w="960"/>
          </w:tcPr>
          <w:p>
            <w:r>
              <w:t>95.01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9212210526</w:t>
            </w:r>
          </w:p>
        </w:tc>
        <w:tc>
          <w:tcPr>
            <w:tcW w:type="dxa" w:w="960"/>
          </w:tcPr>
          <w:p>
            <w:r>
              <w:t>黄育雯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3.79</w:t>
            </w:r>
          </w:p>
        </w:tc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75.611</w:t>
            </w:r>
          </w:p>
        </w:tc>
        <w:tc>
          <w:tcPr>
            <w:tcW w:type="dxa" w:w="960"/>
          </w:tcPr>
          <w:p>
            <w:r>
              <w:t>12.96</w:t>
            </w:r>
          </w:p>
        </w:tc>
        <w:tc>
          <w:tcPr>
            <w:tcW w:type="dxa" w:w="960"/>
          </w:tcPr>
          <w:p>
            <w:r>
              <w:t>88.57</w:t>
            </w:r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9212210209</w:t>
            </w:r>
          </w:p>
        </w:tc>
        <w:tc>
          <w:tcPr>
            <w:tcW w:type="dxa" w:w="960"/>
          </w:tcPr>
          <w:p>
            <w:r>
              <w:t>李思宇</w:t>
            </w:r>
          </w:p>
        </w:tc>
        <w:tc>
          <w:tcPr>
            <w:tcW w:type="dxa" w:w="960"/>
          </w:tcPr>
          <w:p>
            <w:r>
              <w:t>社会211</w:t>
            </w:r>
          </w:p>
        </w:tc>
        <w:tc>
          <w:tcPr>
            <w:tcW w:type="dxa" w:w="960"/>
          </w:tcPr>
          <w:p>
            <w:r>
              <w:t>3.78</w:t>
            </w:r>
          </w:p>
        </w:tc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75.411</w:t>
            </w:r>
          </w:p>
        </w:tc>
        <w:tc>
          <w:tcPr>
            <w:tcW w:type="dxa" w:w="960"/>
          </w:tcPr>
          <w:p>
            <w:r>
              <w:t>8.1</w:t>
            </w:r>
          </w:p>
        </w:tc>
        <w:tc>
          <w:tcPr>
            <w:tcW w:type="dxa" w:w="960"/>
          </w:tcPr>
          <w:p>
            <w:r>
              <w:t>83.51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9212210227</w:t>
            </w:r>
          </w:p>
        </w:tc>
        <w:tc>
          <w:tcPr>
            <w:tcW w:type="dxa" w:w="960"/>
          </w:tcPr>
          <w:p>
            <w:r>
              <w:t>班新棋</w:t>
            </w:r>
          </w:p>
        </w:tc>
        <w:tc>
          <w:tcPr>
            <w:tcW w:type="dxa" w:w="960"/>
          </w:tcPr>
          <w:p>
            <w:r>
              <w:t>旅游211</w:t>
            </w:r>
          </w:p>
        </w:tc>
        <w:tc>
          <w:tcPr>
            <w:tcW w:type="dxa" w:w="960"/>
          </w:tcPr>
          <w:p>
            <w:r>
              <w:t>3.87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80.000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100.00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9212210327</w:t>
            </w:r>
          </w:p>
        </w:tc>
        <w:tc>
          <w:tcPr>
            <w:tcW w:type="dxa" w:w="960"/>
          </w:tcPr>
          <w:p>
            <w:r>
              <w:t>郭木易</w:t>
            </w:r>
          </w:p>
        </w:tc>
        <w:tc>
          <w:tcPr>
            <w:tcW w:type="dxa" w:w="960"/>
          </w:tcPr>
          <w:p>
            <w:r>
              <w:t>旅游211</w:t>
            </w:r>
          </w:p>
        </w:tc>
        <w:tc>
          <w:tcPr>
            <w:tcW w:type="dxa" w:w="960"/>
          </w:tcPr>
          <w:p>
            <w:r>
              <w:t>3.72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76.899</w:t>
            </w:r>
          </w:p>
        </w:tc>
        <w:tc>
          <w:tcPr>
            <w:tcW w:type="dxa" w:w="960"/>
          </w:tcPr>
          <w:p>
            <w:r>
              <w:t>18.05</w:t>
            </w:r>
          </w:p>
        </w:tc>
        <w:tc>
          <w:tcPr>
            <w:tcW w:type="dxa" w:w="960"/>
          </w:tcPr>
          <w:p>
            <w:r>
              <w:t>94.95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9212210230</w:t>
            </w:r>
          </w:p>
        </w:tc>
        <w:tc>
          <w:tcPr>
            <w:tcW w:type="dxa" w:w="960"/>
          </w:tcPr>
          <w:p>
            <w:r>
              <w:t>徐姗</w:t>
            </w:r>
          </w:p>
        </w:tc>
        <w:tc>
          <w:tcPr>
            <w:tcW w:type="dxa" w:w="960"/>
          </w:tcPr>
          <w:p>
            <w:r>
              <w:t>旅游211</w:t>
            </w:r>
          </w:p>
        </w:tc>
        <w:tc>
          <w:tcPr>
            <w:tcW w:type="dxa" w:w="960"/>
          </w:tcPr>
          <w:p>
            <w:r>
              <w:t>3.57</w:t>
            </w:r>
          </w:p>
        </w:tc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73.798</w:t>
            </w:r>
          </w:p>
        </w:tc>
        <w:tc>
          <w:tcPr>
            <w:tcW w:type="dxa" w:w="960"/>
          </w:tcPr>
          <w:p>
            <w:r>
              <w:t>18.05</w:t>
            </w:r>
          </w:p>
        </w:tc>
        <w:tc>
          <w:tcPr>
            <w:tcW w:type="dxa" w:w="960"/>
          </w:tcPr>
          <w:p>
            <w:r>
              <w:t>91.85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9212210508</w:t>
            </w:r>
          </w:p>
        </w:tc>
        <w:tc>
          <w:tcPr>
            <w:tcW w:type="dxa" w:w="960"/>
          </w:tcPr>
          <w:p>
            <w:r>
              <w:t>杜梦洋</w:t>
            </w:r>
          </w:p>
        </w:tc>
        <w:tc>
          <w:tcPr>
            <w:tcW w:type="dxa" w:w="960"/>
          </w:tcPr>
          <w:p>
            <w:r>
              <w:t>旅游211</w:t>
            </w:r>
          </w:p>
        </w:tc>
        <w:tc>
          <w:tcPr>
            <w:tcW w:type="dxa" w:w="960"/>
          </w:tcPr>
          <w:p>
            <w:r>
              <w:t>3.59</w:t>
            </w:r>
          </w:p>
        </w:tc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74.212</w:t>
            </w:r>
          </w:p>
        </w:tc>
        <w:tc>
          <w:tcPr>
            <w:tcW w:type="dxa" w:w="960"/>
          </w:tcPr>
          <w:p>
            <w:r>
              <w:t>3.25</w:t>
            </w:r>
          </w:p>
        </w:tc>
        <w:tc>
          <w:tcPr>
            <w:tcW w:type="dxa" w:w="960"/>
          </w:tcPr>
          <w:p>
            <w:r>
              <w:t>77.46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9212210201</w:t>
            </w:r>
          </w:p>
        </w:tc>
        <w:tc>
          <w:tcPr>
            <w:tcW w:type="dxa" w:w="960"/>
          </w:tcPr>
          <w:p>
            <w:r>
              <w:t>王文轩</w:t>
            </w:r>
          </w:p>
        </w:tc>
        <w:tc>
          <w:tcPr>
            <w:tcW w:type="dxa" w:w="960"/>
          </w:tcPr>
          <w:p>
            <w:r>
              <w:t>区域211</w:t>
            </w:r>
          </w:p>
        </w:tc>
        <w:tc>
          <w:tcPr>
            <w:tcW w:type="dxa" w:w="960"/>
          </w:tcPr>
          <w:p>
            <w:r>
              <w:t>3.97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80.000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100.00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9212210110</w:t>
            </w:r>
          </w:p>
        </w:tc>
        <w:tc>
          <w:tcPr>
            <w:tcW w:type="dxa" w:w="960"/>
          </w:tcPr>
          <w:p>
            <w:r>
              <w:t>孙婷</w:t>
            </w:r>
          </w:p>
        </w:tc>
        <w:tc>
          <w:tcPr>
            <w:tcW w:type="dxa" w:w="960"/>
          </w:tcPr>
          <w:p>
            <w:r>
              <w:t>区域211</w:t>
            </w:r>
          </w:p>
        </w:tc>
        <w:tc>
          <w:tcPr>
            <w:tcW w:type="dxa" w:w="960"/>
          </w:tcPr>
          <w:p>
            <w:r>
              <w:t>3.84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77.380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97.38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9212210203</w:t>
            </w:r>
          </w:p>
        </w:tc>
        <w:tc>
          <w:tcPr>
            <w:tcW w:type="dxa" w:w="960"/>
          </w:tcPr>
          <w:p>
            <w:r>
              <w:t>王孟</w:t>
            </w:r>
          </w:p>
        </w:tc>
        <w:tc>
          <w:tcPr>
            <w:tcW w:type="dxa" w:w="960"/>
          </w:tcPr>
          <w:p>
            <w:r>
              <w:t>区域211</w:t>
            </w:r>
          </w:p>
        </w:tc>
        <w:tc>
          <w:tcPr>
            <w:tcW w:type="dxa" w:w="960"/>
          </w:tcPr>
          <w:p>
            <w:r>
              <w:t>3.77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75.970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95.97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9212210319</w:t>
            </w:r>
          </w:p>
        </w:tc>
        <w:tc>
          <w:tcPr>
            <w:tcW w:type="dxa" w:w="960"/>
          </w:tcPr>
          <w:p>
            <w:r>
              <w:t>张宣</w:t>
            </w:r>
          </w:p>
        </w:tc>
        <w:tc>
          <w:tcPr>
            <w:tcW w:type="dxa" w:w="960"/>
          </w:tcPr>
          <w:p>
            <w:r>
              <w:t>区域211</w:t>
            </w:r>
          </w:p>
        </w:tc>
        <w:tc>
          <w:tcPr>
            <w:tcW w:type="dxa" w:w="960"/>
          </w:tcPr>
          <w:p>
            <w:r>
              <w:t>3.67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73.955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93.95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9212210420</w:t>
            </w:r>
          </w:p>
        </w:tc>
        <w:tc>
          <w:tcPr>
            <w:tcW w:type="dxa" w:w="960"/>
          </w:tcPr>
          <w:p>
            <w:r>
              <w:t>张涵</w:t>
            </w:r>
          </w:p>
        </w:tc>
        <w:tc>
          <w:tcPr>
            <w:tcW w:type="dxa" w:w="960"/>
          </w:tcPr>
          <w:p>
            <w:r>
              <w:t>区域211</w:t>
            </w:r>
          </w:p>
        </w:tc>
        <w:tc>
          <w:tcPr>
            <w:tcW w:type="dxa" w:w="960"/>
          </w:tcPr>
          <w:p>
            <w:r>
              <w:t>3.65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73.552</w:t>
            </w:r>
          </w:p>
        </w:tc>
        <w:tc>
          <w:tcPr>
            <w:tcW w:type="dxa" w:w="960"/>
          </w:tcPr>
          <w:p>
            <w:r>
              <w:t>13.9</w:t>
            </w:r>
          </w:p>
        </w:tc>
        <w:tc>
          <w:tcPr>
            <w:tcW w:type="dxa" w:w="960"/>
          </w:tcPr>
          <w:p>
            <w:r>
              <w:t>87.45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9212210118</w:t>
            </w:r>
          </w:p>
        </w:tc>
        <w:tc>
          <w:tcPr>
            <w:tcW w:type="dxa" w:w="960"/>
          </w:tcPr>
          <w:p>
            <w:r>
              <w:t>胡胜男</w:t>
            </w:r>
          </w:p>
        </w:tc>
        <w:tc>
          <w:tcPr>
            <w:tcW w:type="dxa" w:w="960"/>
          </w:tcPr>
          <w:p>
            <w:r>
              <w:t>区域211</w:t>
            </w:r>
          </w:p>
        </w:tc>
        <w:tc>
          <w:tcPr>
            <w:tcW w:type="dxa" w:w="960"/>
          </w:tcPr>
          <w:p>
            <w:r>
              <w:t>3.43</w:t>
            </w:r>
          </w:p>
        </w:tc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69.118</w:t>
            </w:r>
          </w:p>
        </w:tc>
        <w:tc>
          <w:tcPr>
            <w:tcW w:type="dxa" w:w="960"/>
          </w:tcPr>
          <w:p>
            <w:r>
              <w:t>2.9</w:t>
            </w:r>
          </w:p>
        </w:tc>
        <w:tc>
          <w:tcPr>
            <w:tcW w:type="dxa" w:w="960"/>
          </w:tcPr>
          <w:p>
            <w:r>
              <w:t>72.02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9212210130</w:t>
            </w:r>
          </w:p>
        </w:tc>
        <w:tc>
          <w:tcPr>
            <w:tcW w:type="dxa" w:w="960"/>
          </w:tcPr>
          <w:p>
            <w:r>
              <w:t>谢雨宁</w:t>
            </w:r>
          </w:p>
        </w:tc>
        <w:tc>
          <w:tcPr>
            <w:tcW w:type="dxa" w:w="960"/>
          </w:tcPr>
          <w:p>
            <w:r>
              <w:t>法学211</w:t>
            </w:r>
          </w:p>
        </w:tc>
        <w:tc>
          <w:tcPr>
            <w:tcW w:type="dxa" w:w="960"/>
          </w:tcPr>
          <w:p>
            <w:r>
              <w:t>4.21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80.000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100.00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9212210126</w:t>
            </w:r>
          </w:p>
        </w:tc>
        <w:tc>
          <w:tcPr>
            <w:tcW w:type="dxa" w:w="960"/>
          </w:tcPr>
          <w:p>
            <w:r>
              <w:t>谈云燕</w:t>
            </w:r>
          </w:p>
        </w:tc>
        <w:tc>
          <w:tcPr>
            <w:tcW w:type="dxa" w:w="960"/>
          </w:tcPr>
          <w:p>
            <w:r>
              <w:t>法学212</w:t>
            </w:r>
          </w:p>
        </w:tc>
        <w:tc>
          <w:tcPr>
            <w:tcW w:type="dxa" w:w="960"/>
          </w:tcPr>
          <w:p>
            <w:r>
              <w:t>4.13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78.480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98.48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9212210304</w:t>
            </w:r>
          </w:p>
        </w:tc>
        <w:tc>
          <w:tcPr>
            <w:tcW w:type="dxa" w:w="960"/>
          </w:tcPr>
          <w:p>
            <w:r>
              <w:t>邓怡凡</w:t>
            </w:r>
          </w:p>
        </w:tc>
        <w:tc>
          <w:tcPr>
            <w:tcW w:type="dxa" w:w="960"/>
          </w:tcPr>
          <w:p>
            <w:r>
              <w:t>法学212</w:t>
            </w:r>
          </w:p>
        </w:tc>
        <w:tc>
          <w:tcPr>
            <w:tcW w:type="dxa" w:w="960"/>
          </w:tcPr>
          <w:p>
            <w:r>
              <w:t>4.06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77.150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97.15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9212210127</w:t>
            </w:r>
          </w:p>
        </w:tc>
        <w:tc>
          <w:tcPr>
            <w:tcW w:type="dxa" w:w="960"/>
          </w:tcPr>
          <w:p>
            <w:r>
              <w:t>黄念希</w:t>
            </w:r>
          </w:p>
        </w:tc>
        <w:tc>
          <w:tcPr>
            <w:tcW w:type="dxa" w:w="960"/>
          </w:tcPr>
          <w:p>
            <w:r>
              <w:t>法学212</w:t>
            </w:r>
          </w:p>
        </w:tc>
        <w:tc>
          <w:tcPr>
            <w:tcW w:type="dxa" w:w="960"/>
          </w:tcPr>
          <w:p>
            <w:r>
              <w:t>4.01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76.200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96.20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9212210221</w:t>
            </w:r>
          </w:p>
        </w:tc>
        <w:tc>
          <w:tcPr>
            <w:tcW w:type="dxa" w:w="960"/>
          </w:tcPr>
          <w:p>
            <w:r>
              <w:t>陈慧洁</w:t>
            </w:r>
          </w:p>
        </w:tc>
        <w:tc>
          <w:tcPr>
            <w:tcW w:type="dxa" w:w="960"/>
          </w:tcPr>
          <w:p>
            <w:r>
              <w:t>法学212</w:t>
            </w:r>
          </w:p>
        </w:tc>
        <w:tc>
          <w:tcPr>
            <w:tcW w:type="dxa" w:w="960"/>
          </w:tcPr>
          <w:p>
            <w:r>
              <w:t>3.99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75.819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95.82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9212210202</w:t>
            </w:r>
          </w:p>
        </w:tc>
        <w:tc>
          <w:tcPr>
            <w:tcW w:type="dxa" w:w="960"/>
          </w:tcPr>
          <w:p>
            <w:r>
              <w:t>王玉洁</w:t>
            </w:r>
          </w:p>
        </w:tc>
        <w:tc>
          <w:tcPr>
            <w:tcW w:type="dxa" w:w="960"/>
          </w:tcPr>
          <w:p>
            <w:r>
              <w:t>法学211</w:t>
            </w:r>
          </w:p>
        </w:tc>
        <w:tc>
          <w:tcPr>
            <w:tcW w:type="dxa" w:w="960"/>
          </w:tcPr>
          <w:p>
            <w:r>
              <w:t>3.86</w:t>
            </w:r>
          </w:p>
        </w:tc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73.349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93.35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9212210116</w:t>
            </w:r>
          </w:p>
        </w:tc>
        <w:tc>
          <w:tcPr>
            <w:tcW w:type="dxa" w:w="960"/>
          </w:tcPr>
          <w:p>
            <w:r>
              <w:t>岳雨露</w:t>
            </w:r>
          </w:p>
        </w:tc>
        <w:tc>
          <w:tcPr>
            <w:tcW w:type="dxa" w:w="960"/>
          </w:tcPr>
          <w:p>
            <w:r>
              <w:t>法学211</w:t>
            </w:r>
          </w:p>
        </w:tc>
        <w:tc>
          <w:tcPr>
            <w:tcW w:type="dxa" w:w="960"/>
          </w:tcPr>
          <w:p>
            <w:r>
              <w:t>3.81</w:t>
            </w:r>
          </w:p>
        </w:tc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72.399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92.40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21121201</w:t>
            </w:r>
          </w:p>
        </w:tc>
        <w:tc>
          <w:tcPr>
            <w:tcW w:type="dxa" w:w="960"/>
          </w:tcPr>
          <w:p>
            <w:r>
              <w:t>王妍洁</w:t>
            </w:r>
          </w:p>
        </w:tc>
        <w:tc>
          <w:tcPr>
            <w:tcW w:type="dxa" w:w="960"/>
          </w:tcPr>
          <w:p>
            <w:r>
              <w:t>法学211</w:t>
            </w:r>
          </w:p>
        </w:tc>
        <w:tc>
          <w:tcPr>
            <w:tcW w:type="dxa" w:w="960"/>
          </w:tcPr>
          <w:p>
            <w:r>
              <w:t>3.79</w:t>
            </w:r>
          </w:p>
        </w:tc>
        <w:tc>
          <w:tcPr>
            <w:tcW w:type="dxa" w:w="960"/>
          </w:tcPr>
          <w:p>
            <w:r>
              <w:t>16</w:t>
            </w:r>
          </w:p>
        </w:tc>
        <w:tc>
          <w:tcPr>
            <w:tcW w:type="dxa" w:w="960"/>
          </w:tcPr>
          <w:p>
            <w:r>
              <w:t>72.019</w:t>
            </w:r>
          </w:p>
        </w:tc>
        <w:tc>
          <w:tcPr>
            <w:tcW w:type="dxa" w:w="960"/>
          </w:tcPr>
          <w:p>
            <w:r>
              <w:t>18.6</w:t>
            </w:r>
          </w:p>
        </w:tc>
        <w:tc>
          <w:tcPr>
            <w:tcW w:type="dxa" w:w="960"/>
          </w:tcPr>
          <w:p>
            <w:r>
              <w:t>90.62</w:t>
            </w:r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9212210222</w:t>
            </w:r>
          </w:p>
        </w:tc>
        <w:tc>
          <w:tcPr>
            <w:tcW w:type="dxa" w:w="960"/>
          </w:tcPr>
          <w:p>
            <w:r>
              <w:t>邵子艳</w:t>
            </w:r>
          </w:p>
        </w:tc>
        <w:tc>
          <w:tcPr>
            <w:tcW w:type="dxa" w:w="960"/>
          </w:tcPr>
          <w:p>
            <w:r>
              <w:t>法学212</w:t>
            </w:r>
          </w:p>
        </w:tc>
        <w:tc>
          <w:tcPr>
            <w:tcW w:type="dxa" w:w="960"/>
          </w:tcPr>
          <w:p>
            <w:r>
              <w:t>3.91</w:t>
            </w:r>
          </w:p>
        </w:tc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74.299</w:t>
            </w:r>
          </w:p>
        </w:tc>
        <w:tc>
          <w:tcPr>
            <w:tcW w:type="dxa" w:w="960"/>
          </w:tcPr>
          <w:p>
            <w:r>
              <w:t>15.25</w:t>
            </w:r>
          </w:p>
        </w:tc>
        <w:tc>
          <w:tcPr>
            <w:tcW w:type="dxa" w:w="960"/>
          </w:tcPr>
          <w:p>
            <w:r>
              <w:t>89.55</w:t>
            </w:r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23221120</w:t>
            </w:r>
          </w:p>
        </w:tc>
        <w:tc>
          <w:tcPr>
            <w:tcW w:type="dxa" w:w="960"/>
          </w:tcPr>
          <w:p>
            <w:r>
              <w:t>陈怡帆</w:t>
            </w:r>
          </w:p>
        </w:tc>
        <w:tc>
          <w:tcPr>
            <w:tcW w:type="dxa" w:w="960"/>
          </w:tcPr>
          <w:p>
            <w:r>
              <w:t>法学211</w:t>
            </w:r>
          </w:p>
        </w:tc>
        <w:tc>
          <w:tcPr>
            <w:tcW w:type="dxa" w:w="960"/>
          </w:tcPr>
          <w:p>
            <w:r>
              <w:t>3.88</w:t>
            </w:r>
          </w:p>
        </w:tc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73.729</w:t>
            </w:r>
          </w:p>
        </w:tc>
        <w:tc>
          <w:tcPr>
            <w:tcW w:type="dxa" w:w="960"/>
          </w:tcPr>
          <w:p>
            <w:r>
              <w:t>13.75</w:t>
            </w:r>
          </w:p>
        </w:tc>
        <w:tc>
          <w:tcPr>
            <w:tcW w:type="dxa" w:w="960"/>
          </w:tcPr>
          <w:p>
            <w:r>
              <w:t>87.48</w:t>
            </w:r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21221206</w:t>
            </w:r>
          </w:p>
        </w:tc>
        <w:tc>
          <w:tcPr>
            <w:tcW w:type="dxa" w:w="960"/>
          </w:tcPr>
          <w:p>
            <w:r>
              <w:t>吴玙璠</w:t>
            </w:r>
          </w:p>
        </w:tc>
        <w:tc>
          <w:tcPr>
            <w:tcW w:type="dxa" w:w="960"/>
          </w:tcPr>
          <w:p>
            <w:r>
              <w:t>法学211</w:t>
            </w:r>
          </w:p>
        </w:tc>
        <w:tc>
          <w:tcPr>
            <w:tcW w:type="dxa" w:w="960"/>
          </w:tcPr>
          <w:p>
            <w:r>
              <w:t>3.84</w:t>
            </w:r>
          </w:p>
        </w:tc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72.969</w:t>
            </w:r>
          </w:p>
        </w:tc>
        <w:tc>
          <w:tcPr>
            <w:tcW w:type="dxa" w:w="960"/>
          </w:tcPr>
          <w:p>
            <w:r>
              <w:t>12.86</w:t>
            </w:r>
          </w:p>
        </w:tc>
        <w:tc>
          <w:tcPr>
            <w:tcW w:type="dxa" w:w="960"/>
          </w:tcPr>
          <w:p>
            <w:r>
              <w:t>85.83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22821102</w:t>
            </w:r>
          </w:p>
        </w:tc>
        <w:tc>
          <w:tcPr>
            <w:tcW w:type="dxa" w:w="960"/>
          </w:tcPr>
          <w:p>
            <w:r>
              <w:t>王曦</w:t>
            </w:r>
          </w:p>
        </w:tc>
        <w:tc>
          <w:tcPr>
            <w:tcW w:type="dxa" w:w="960"/>
          </w:tcPr>
          <w:p>
            <w:r>
              <w:t>表演211</w:t>
            </w:r>
          </w:p>
        </w:tc>
        <w:tc>
          <w:tcPr>
            <w:tcW w:type="dxa" w:w="960"/>
          </w:tcPr>
          <w:p>
            <w:r>
              <w:t>4.01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80.000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100.00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22821140</w:t>
            </w:r>
          </w:p>
        </w:tc>
        <w:tc>
          <w:tcPr>
            <w:tcW w:type="dxa" w:w="960"/>
          </w:tcPr>
          <w:p>
            <w:r>
              <w:t>谭敏娇</w:t>
            </w:r>
          </w:p>
        </w:tc>
        <w:tc>
          <w:tcPr>
            <w:tcW w:type="dxa" w:w="960"/>
          </w:tcPr>
          <w:p>
            <w:r>
              <w:t>表演211</w:t>
            </w:r>
          </w:p>
        </w:tc>
        <w:tc>
          <w:tcPr>
            <w:tcW w:type="dxa" w:w="960"/>
          </w:tcPr>
          <w:p>
            <w:r>
              <w:t>3.99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79.601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99.60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22821125</w:t>
            </w:r>
          </w:p>
        </w:tc>
        <w:tc>
          <w:tcPr>
            <w:tcW w:type="dxa" w:w="960"/>
          </w:tcPr>
          <w:p>
            <w:r>
              <w:t>卓伊琳</w:t>
            </w:r>
          </w:p>
        </w:tc>
        <w:tc>
          <w:tcPr>
            <w:tcW w:type="dxa" w:w="960"/>
          </w:tcPr>
          <w:p>
            <w:r>
              <w:t>表演211</w:t>
            </w:r>
          </w:p>
        </w:tc>
        <w:tc>
          <w:tcPr>
            <w:tcW w:type="dxa" w:w="960"/>
          </w:tcPr>
          <w:p>
            <w:r>
              <w:t>3.95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78.803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98.80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22821106</w:t>
            </w:r>
          </w:p>
        </w:tc>
        <w:tc>
          <w:tcPr>
            <w:tcW w:type="dxa" w:w="960"/>
          </w:tcPr>
          <w:p>
            <w:r>
              <w:t>朱立业</w:t>
            </w:r>
          </w:p>
        </w:tc>
        <w:tc>
          <w:tcPr>
            <w:tcW w:type="dxa" w:w="960"/>
          </w:tcPr>
          <w:p>
            <w:r>
              <w:t>表演211</w:t>
            </w:r>
          </w:p>
        </w:tc>
        <w:tc>
          <w:tcPr>
            <w:tcW w:type="dxa" w:w="960"/>
          </w:tcPr>
          <w:p>
            <w:r>
              <w:t>3.93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78.404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98.40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22821111</w:t>
            </w:r>
          </w:p>
        </w:tc>
        <w:tc>
          <w:tcPr>
            <w:tcW w:type="dxa" w:w="960"/>
          </w:tcPr>
          <w:p>
            <w:r>
              <w:t>李云夕诗</w:t>
            </w:r>
          </w:p>
        </w:tc>
        <w:tc>
          <w:tcPr>
            <w:tcW w:type="dxa" w:w="960"/>
          </w:tcPr>
          <w:p>
            <w:r>
              <w:t>表演211</w:t>
            </w:r>
          </w:p>
        </w:tc>
        <w:tc>
          <w:tcPr>
            <w:tcW w:type="dxa" w:w="960"/>
          </w:tcPr>
          <w:p>
            <w:r>
              <w:t>3.85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76.808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96.81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22421120</w:t>
            </w:r>
          </w:p>
        </w:tc>
        <w:tc>
          <w:tcPr>
            <w:tcW w:type="dxa" w:w="960"/>
          </w:tcPr>
          <w:p>
            <w:r>
              <w:t>赵竹玉</w:t>
            </w:r>
          </w:p>
        </w:tc>
        <w:tc>
          <w:tcPr>
            <w:tcW w:type="dxa" w:w="960"/>
          </w:tcPr>
          <w:p>
            <w:r>
              <w:t>文化211</w:t>
            </w:r>
          </w:p>
        </w:tc>
        <w:tc>
          <w:tcPr>
            <w:tcW w:type="dxa" w:w="960"/>
          </w:tcPr>
          <w:p>
            <w:r>
              <w:t>3.97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80.000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100.00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22421123</w:t>
            </w:r>
          </w:p>
        </w:tc>
        <w:tc>
          <w:tcPr>
            <w:tcW w:type="dxa" w:w="960"/>
          </w:tcPr>
          <w:p>
            <w:r>
              <w:t>胡铁红</w:t>
            </w:r>
          </w:p>
        </w:tc>
        <w:tc>
          <w:tcPr>
            <w:tcW w:type="dxa" w:w="960"/>
          </w:tcPr>
          <w:p>
            <w:r>
              <w:t>文化211</w:t>
            </w:r>
          </w:p>
        </w:tc>
        <w:tc>
          <w:tcPr>
            <w:tcW w:type="dxa" w:w="960"/>
          </w:tcPr>
          <w:p>
            <w:r>
              <w:t>3.85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77.582</w:t>
            </w:r>
          </w:p>
        </w:tc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97.58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22421129</w:t>
            </w:r>
          </w:p>
        </w:tc>
        <w:tc>
          <w:tcPr>
            <w:tcW w:type="dxa" w:w="960"/>
          </w:tcPr>
          <w:p>
            <w:r>
              <w:t>蒋未云</w:t>
            </w:r>
          </w:p>
        </w:tc>
        <w:tc>
          <w:tcPr>
            <w:tcW w:type="dxa" w:w="960"/>
          </w:tcPr>
          <w:p>
            <w:r>
              <w:t>文化211</w:t>
            </w:r>
          </w:p>
        </w:tc>
        <w:tc>
          <w:tcPr>
            <w:tcW w:type="dxa" w:w="960"/>
          </w:tcPr>
          <w:p>
            <w:r>
              <w:t>3.8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76.574</w:t>
            </w:r>
          </w:p>
        </w:tc>
        <w:tc>
          <w:tcPr>
            <w:tcW w:type="dxa" w:w="960"/>
          </w:tcPr>
          <w:p>
            <w:r>
              <w:t>18.55</w:t>
            </w:r>
          </w:p>
        </w:tc>
        <w:tc>
          <w:tcPr>
            <w:tcW w:type="dxa" w:w="960"/>
          </w:tcPr>
          <w:p>
            <w:r>
              <w:t>95.12</w:t>
            </w:r>
          </w:p>
        </w:tc>
      </w:tr>
    </w:tbl>
    <w:p>
      <w:r>
        <w:t>人文与社会发展学院推免工作领导小组</w:t>
      </w:r>
    </w:p>
    <w:p>
      <w:r>
        <w:t>（学院教务办代章）</w:t>
      </w:r>
    </w:p>
    <w:p>
      <w:r>
        <w:t>2024年9月18日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