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人文与社会发展学院2017年推荐免试研究生工作实施办法及领导小组名单</w:t>
      </w:r>
    </w:p>
    <w:p>
      <w:r>
        <w:t>根据《南京农业大学关于做好2017年推荐免试研究生工作的通知》，人文与社会发展学院成立2017年推荐免试研究生工作领导小组，小组成员为：</w:t>
      </w:r>
    </w:p>
    <w:p>
      <w:r>
        <w:t>组长：杨旺生、朱世桂</w:t>
      </w:r>
    </w:p>
    <w:p>
      <w:r>
        <w:t>副组长：姚兆余、冯绪猛、付坚强、路璐</w:t>
      </w:r>
    </w:p>
    <w:p>
      <w:r>
        <w:t>成员：戚晓明、崔峰、李明、朱利群、周樨平、沈镝、尤兰芳</w:t>
      </w:r>
    </w:p>
    <w:p>
      <w:r>
        <w:t>秘书：尤兰芳（兼）</w:t>
      </w:r>
    </w:p>
    <w:p>
      <w:r>
        <w:t>人文与社会发展学院</w:t>
      </w:r>
    </w:p>
    <w:p>
      <w:r>
        <w:t>2016年9月14日</w:t>
      </w:r>
    </w:p>
    <w:p>
      <w:r>
        <w:t>人文与社会发展学院2017年推荐免试研究生工作实施办法.doc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