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关于马克思主义学院2023年推荐免试研究生拟录取结果的公示</w:t>
      </w:r>
    </w:p>
    <w:p>
      <w:r>
        <w:t>根据《南京信息工程大学2023年推荐免试研究生复试及录取工作指导意见》及《马克思主义学院2023年招收推荐免试研究生复试及录取工作细则》的要求，经个人申请，学院免试生复试及录取工作领导小组审核，面试。以下同学获得2023年免试研究生拟录取资格，现予以公示：</w:t>
      </w:r>
    </w:p>
    <w:p>
      <w:r>
        <w:t>郑洁</w:t>
      </w:r>
    </w:p>
    <w:p>
      <w:r>
        <w:t>公示时间：2022年9月2 4日至9月26日。如对公示结果有任何异议，请于公示期间联系学院办公室。</w:t>
      </w:r>
    </w:p>
    <w:p>
      <w:r>
        <w:t>联系电话：025- 58235803 13915927770</w:t>
      </w:r>
    </w:p>
    <w:p>
      <w:r>
        <w:t>地点：逸夫楼S325</w:t>
      </w:r>
    </w:p>
    <w:p>
      <w:r>
        <w:t>邮箱：24326360@qq.com</w:t>
      </w:r>
    </w:p>
    <w:p>
      <w:r>
        <w:t>马克思主义学院</w:t>
      </w:r>
    </w:p>
    <w:p>
      <w:r>
        <w:t>2022年9月24日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