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集成电路学院拟获2025年推免研究生资格名单公示</w:t>
      </w:r>
    </w:p>
    <w:p>
      <w:r>
        <w:t>根据教务处《关于做好2025年推荐优秀应届本科毕业生免试攻读研究生工作的通知》及《集成电路学院2025年推免工作实施细则》，经学院推免生考核小组综合审核、学院推免生工作领导小组审定，拟给予肖扬、宋金鑫等7名同学推免研究生资格,现予以公示。具体名单见附件。</w:t>
      </w:r>
    </w:p>
    <w:p>
      <w:r>
        <w:t>公示时间：9月13日— 9月15日。</w:t>
      </w:r>
    </w:p>
    <w:p>
      <w:r>
        <w:t>如对上述结果有异议，请向学院办公室反映，联系电话025-58731079，联系人：周老师。</w:t>
      </w:r>
    </w:p>
    <w:p>
      <w:r>
        <w:t>集成电路学院拟获2025年推免研究生资格名单.xlsx</w:t>
      </w:r>
    </w:p>
    <w:p>
      <w:r>
        <w:t>集成电路学院</w:t>
      </w:r>
    </w:p>
    <w:p>
      <w:r>
        <w:t>2024年9月13日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