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艺术学院2024年推荐免试研究生复试及录取办法</w:t>
      </w:r>
    </w:p>
    <w:p>
      <w:r>
        <w:t>南京信息工程大学是国家“双一流”建设高校，是江苏高水平大学建设高峰计划A类建设高校。艺术学院拥有“本、硕、博”完整的专业人才培养体系和以设计学为主体（江苏省十四五重点学科）、美术学与影视学为两翼的学科布局。</w:t>
      </w:r>
    </w:p>
    <w:p>
      <w:r>
        <w:t>根据《南京信息工程大学2024年推荐免试研究生复试及录取工作指导意见》文件精神，现制定我院2024年免试攻读专业硕士学位研究生复试及录取工作实施办法如下：</w:t>
      </w:r>
    </w:p>
    <w:p>
      <w:r>
        <w:t>一、接收条件</w:t>
      </w:r>
    </w:p>
    <w:p>
      <w:r>
        <w:t>1.向我院申请免试攻读专业硕士研究生，必须符合教育部文件规定的推荐条件，取得所在学校的研究生推荐免试资格并登陆教育部“全国推荐免试攻读研究生（免初试、转段）信息公开暨管理服务系统”填写报考志愿。</w:t>
      </w:r>
    </w:p>
    <w:p>
      <w:r>
        <w:t>2.我院1357设计（环境设计、数字媒体艺术）、1356美术与书法（中国画、雕塑、油画）、1354戏剧与影视（动画、影视编导）以上三个专业七个方向接收推免生。欢迎校内、校外取得推荐资格的优秀应届本科毕业生报考我院。</w:t>
      </w:r>
    </w:p>
    <w:p>
      <w:r>
        <w:t>二、申请程序</w:t>
      </w:r>
    </w:p>
    <w:p>
      <w:r>
        <w:t>考生向我院申请免试攻读硕士学位，必须取得本科所在学校的“推荐资格”，登陆教育部“全国推免服务系统”填写报考志愿。我院分批次审核申请信息，本着先申请先审核的原则，择优选拔，并由学校通过“推免服务系统”向符合条件的考生发复试通知，之后参加我院组织的复试、面试，经复试合格后完成最后的确认工作。</w:t>
      </w:r>
    </w:p>
    <w:p>
      <w:r>
        <w:t>三、接收名额</w:t>
      </w:r>
    </w:p>
    <w:p>
      <w:r>
        <w:t>录取的推荐免试生占用我院2024年的硕士招生名额，招收的推免生总数不得超过我院2024年全日制专业硕士研究生招生计划的50%。</w:t>
      </w:r>
    </w:p>
    <w:p>
      <w:r>
        <w:t>四、复试办法和程序</w:t>
      </w:r>
    </w:p>
    <w:p>
      <w:r>
        <w:t>1.申请人需提交以下材料：</w:t>
      </w:r>
    </w:p>
    <w:p>
      <w:r>
        <w:t>1)本人学生证、有效身份证件复印件各一份；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5)《南京信息工程大学2024年推荐免试攻读硕士学位研究生复试申请表》（附件2）</w:t>
      </w:r>
    </w:p>
    <w:p>
      <w:r>
        <w:t>6)有公开发表的学术论文、科研成果或获奖证书者，提供成果证明材料复印件一份；</w:t>
      </w:r>
    </w:p>
    <w:p>
      <w:r>
        <w:t>学院将对申请者提交的所有材料进行审查。申请人提交的全部材料必须保证真实准确，若弄虚作假，一经发现，立即取消其来我校的免试攻读研究生的资格，并通报所在学校。申请表和复印件均请用A4纸。申请人提供的材料收到后不再返还，请自留底稿。</w:t>
      </w:r>
    </w:p>
    <w:p>
      <w:r>
        <w:t>材料提交地点：逸夫楼S417。也可直接发送上述电子材料至931218291@qq.com，将所有材料合并为1份PDF文件，并按“申请专业+考生姓名”命名。</w:t>
      </w:r>
    </w:p>
    <w:p>
      <w:r>
        <w:t>材料提交截止时间：2023年9月25日下午3:30</w:t>
      </w:r>
    </w:p>
    <w:p>
      <w:r>
        <w:t>联系人：景老师电话：025-58699883 13815427603</w:t>
      </w:r>
    </w:p>
    <w:p>
      <w:r>
        <w:t>2.推免复试方式为面试。</w:t>
      </w:r>
    </w:p>
    <w:p>
      <w:r>
        <w:t>1)学院成立复试考核小组，负责对申请人进行面试考核；</w:t>
      </w:r>
    </w:p>
    <w:p>
      <w:r>
        <w:t>2)面试主要考察申请人专业基础知识以及运用所学知识解决实际问题的能力，并注重其创新精神、创新能力以及外语水平等方面的考核。面试成绩满分100分，面试成绩不合格者（低于60分）不予录取。</w:t>
      </w:r>
    </w:p>
    <w:p>
      <w:r>
        <w:t>3)面试采取线上或线下方式进行，时间另行通知。申请人复试时请携带有效证件（学生证或身份证），按规定时间报到，未按规定时间报到者，视为自动放弃复试资格。</w:t>
      </w:r>
    </w:p>
    <w:p>
      <w:r>
        <w:t>3.确定拟接收免试研究生名单。学院根据面试成绩进行排名，确定拟接收免试研究生名单，统一报校研究生院复审。</w:t>
      </w:r>
    </w:p>
    <w:p>
      <w:r>
        <w:t>4.若复试后，拟录取免试研究生名额未满，学院将根据系统填报情况另外安排补录复试。</w:t>
      </w:r>
    </w:p>
    <w:p>
      <w:r>
        <w:t>5.复试考核合格并被拟录取的推免生，接到我校在“全国推免系统”发送的拟录取通知后，应在规定时间内按要求接受并确认，否则视为自动放弃。</w:t>
      </w:r>
    </w:p>
    <w:p>
      <w:r>
        <w:t>本办法解释权在艺术学院。</w:t>
      </w:r>
    </w:p>
    <w:p>
      <w:r>
        <w:t>学艺术学院</w:t>
      </w:r>
    </w:p>
    <w:p>
      <w:r>
        <w:t>2023年9月19日</w:t>
      </w:r>
    </w:p>
    <w:p>
      <w:r>
        <w:t>附件1：南京信息工程大学报考研究生思想品德考核表.doc</w:t>
      </w:r>
    </w:p>
    <w:p>
      <w:r>
        <w:t>附件2：南京信息工程大学2024年推荐免试攻读硕士学位研究生复试申请表.doc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