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计算机学院、软件学院、网络空间安全学院2023年推荐免试攻读硕士学位拟推荐名单公示</w:t>
      </w:r>
    </w:p>
    <w:p>
      <w:r>
        <w:t>根据教务处《关于做好2023年优秀应届本科毕业生免试攻读研究生推荐工作的通知》及《计算机学院、软件学院、网络空间安全学院2023年本科生推荐免试研究生工作细则表》等文件精神，经学生个人申请、学院推免生考核小组综合审核、学院推免生工作领导小组审定，现将计算机学院、软件学院、网络安全学院2023年推荐面试攻读硕士学位研究生拟推荐名单予以公示。具体名单如下：</w:t>
      </w:r>
    </w:p>
    <w:p>
      <w:r>
        <w:t>公示时间：9月17日—9月19日。如对上述结果有异议，请实名向学院办公室反映，联系电话：025-58731183，联系人：唐老师。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