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计算机学院、网络空间安全学院2025年推免工作实施细则</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付章杰</w:t>
            </w:r>
          </w:p>
        </w:tc>
        <w:tc>
          <w:tcPr>
            <w:tcW w:type="dxa" w:w="1728"/>
          </w:tcPr>
          <w:p>
            <w:r>
              <w:t>教授</w:t>
            </w:r>
          </w:p>
        </w:tc>
        <w:tc>
          <w:tcPr>
            <w:tcW w:type="dxa" w:w="1728"/>
          </w:tcPr>
          <w:p>
            <w:r>
              <w:t>信息安全</w:t>
            </w:r>
          </w:p>
        </w:tc>
        <w:tc>
          <w:tcPr>
            <w:tcW w:type="dxa" w:w="1728"/>
          </w:tcPr>
          <w:p>
            <w:r>
              <w:t>组长</w:t>
            </w:r>
          </w:p>
        </w:tc>
      </w:tr>
      <w:tr>
        <w:tc>
          <w:tcPr>
            <w:tcW w:type="dxa" w:w="1728"/>
          </w:tcPr>
          <w:p>
            <w:r>
              <w:t>2</w:t>
            </w:r>
          </w:p>
        </w:tc>
        <w:tc>
          <w:tcPr>
            <w:tcW w:type="dxa" w:w="1728"/>
          </w:tcPr>
          <w:p>
            <w:r>
              <w:t>王保卫</w:t>
            </w:r>
          </w:p>
        </w:tc>
        <w:tc>
          <w:tcPr>
            <w:tcW w:type="dxa" w:w="1728"/>
          </w:tcPr>
          <w:p>
            <w:r>
              <w:t>教授</w:t>
            </w:r>
          </w:p>
        </w:tc>
        <w:tc>
          <w:tcPr>
            <w:tcW w:type="dxa" w:w="1728"/>
          </w:tcPr>
          <w:p>
            <w:r>
              <w:t>物联网工程</w:t>
            </w:r>
          </w:p>
        </w:tc>
        <w:tc>
          <w:tcPr>
            <w:tcW w:type="dxa" w:w="1728"/>
          </w:tcPr>
          <w:p>
            <w:r/>
          </w:p>
        </w:tc>
      </w:tr>
      <w:tr>
        <w:tc>
          <w:tcPr>
            <w:tcW w:type="dxa" w:w="1728"/>
          </w:tcPr>
          <w:p>
            <w:r>
              <w:t>3</w:t>
            </w:r>
          </w:p>
        </w:tc>
        <w:tc>
          <w:tcPr>
            <w:tcW w:type="dxa" w:w="1728"/>
          </w:tcPr>
          <w:p>
            <w:r>
              <w:t>孙玉宝</w:t>
            </w:r>
          </w:p>
        </w:tc>
        <w:tc>
          <w:tcPr>
            <w:tcW w:type="dxa" w:w="1728"/>
          </w:tcPr>
          <w:p>
            <w:r>
              <w:t>教授</w:t>
            </w:r>
          </w:p>
        </w:tc>
        <w:tc>
          <w:tcPr>
            <w:tcW w:type="dxa" w:w="1728"/>
          </w:tcPr>
          <w:p>
            <w:r>
              <w:t>计算机科学与技术</w:t>
            </w:r>
          </w:p>
        </w:tc>
        <w:tc>
          <w:tcPr>
            <w:tcW w:type="dxa" w:w="1728"/>
          </w:tcPr>
          <w:p>
            <w:r/>
          </w:p>
        </w:tc>
      </w:tr>
      <w:tr>
        <w:tc>
          <w:tcPr>
            <w:tcW w:type="dxa" w:w="1728"/>
          </w:tcPr>
          <w:p>
            <w:r>
              <w:t>4</w:t>
            </w:r>
          </w:p>
        </w:tc>
        <w:tc>
          <w:tcPr>
            <w:tcW w:type="dxa" w:w="1728"/>
          </w:tcPr>
          <w:p>
            <w:r>
              <w:t>熊礼治</w:t>
            </w:r>
          </w:p>
        </w:tc>
        <w:tc>
          <w:tcPr>
            <w:tcW w:type="dxa" w:w="1728"/>
          </w:tcPr>
          <w:p>
            <w:r>
              <w:t>教授</w:t>
            </w:r>
          </w:p>
        </w:tc>
        <w:tc>
          <w:tcPr>
            <w:tcW w:type="dxa" w:w="1728"/>
          </w:tcPr>
          <w:p>
            <w:r>
              <w:t>信息安全</w:t>
            </w:r>
          </w:p>
        </w:tc>
        <w:tc>
          <w:tcPr>
            <w:tcW w:type="dxa" w:w="1728"/>
          </w:tcPr>
          <w:p>
            <w:r/>
          </w:p>
        </w:tc>
      </w:tr>
      <w:tr>
        <w:tc>
          <w:tcPr>
            <w:tcW w:type="dxa" w:w="1728"/>
          </w:tcPr>
          <w:p>
            <w:r>
              <w:t>5</w:t>
            </w:r>
          </w:p>
        </w:tc>
        <w:tc>
          <w:tcPr>
            <w:tcW w:type="dxa" w:w="1728"/>
          </w:tcPr>
          <w:p>
            <w:r>
              <w:t>陈北京</w:t>
            </w:r>
          </w:p>
        </w:tc>
        <w:tc>
          <w:tcPr>
            <w:tcW w:type="dxa" w:w="1728"/>
          </w:tcPr>
          <w:p>
            <w:r>
              <w:t>教授</w:t>
            </w:r>
          </w:p>
        </w:tc>
        <w:tc>
          <w:tcPr>
            <w:tcW w:type="dxa" w:w="1728"/>
          </w:tcPr>
          <w:p>
            <w:r>
              <w:t>计算机科学与技术</w:t>
            </w:r>
          </w:p>
        </w:tc>
        <w:tc>
          <w:tcPr>
            <w:tcW w:type="dxa" w:w="1728"/>
          </w:tcPr>
          <w:p>
            <w:r/>
          </w:p>
        </w:tc>
      </w:tr>
      <w:tr>
        <w:tc>
          <w:tcPr>
            <w:tcW w:type="dxa" w:w="1728"/>
          </w:tcPr>
          <w:p>
            <w:r>
              <w:t>6</w:t>
            </w:r>
          </w:p>
        </w:tc>
        <w:tc>
          <w:tcPr>
            <w:tcW w:type="dxa" w:w="1728"/>
          </w:tcPr>
          <w:p>
            <w:r>
              <w:t>杨盘隆</w:t>
            </w:r>
          </w:p>
        </w:tc>
        <w:tc>
          <w:tcPr>
            <w:tcW w:type="dxa" w:w="1728"/>
          </w:tcPr>
          <w:p>
            <w:r>
              <w:t>教授</w:t>
            </w:r>
          </w:p>
        </w:tc>
        <w:tc>
          <w:tcPr>
            <w:tcW w:type="dxa" w:w="1728"/>
          </w:tcPr>
          <w:p>
            <w:r>
              <w:t>物联网工程</w:t>
            </w:r>
          </w:p>
        </w:tc>
        <w:tc>
          <w:tcPr>
            <w:tcW w:type="dxa" w:w="1728"/>
          </w:tcPr>
          <w:p>
            <w:r/>
          </w:p>
        </w:tc>
      </w:tr>
      <w:tr>
        <w:tc>
          <w:tcPr>
            <w:tcW w:type="dxa" w:w="1728"/>
          </w:tcPr>
          <w:p>
            <w:r>
              <w:t>7</w:t>
            </w:r>
          </w:p>
        </w:tc>
        <w:tc>
          <w:tcPr>
            <w:tcW w:type="dxa" w:w="1728"/>
          </w:tcPr>
          <w:p>
            <w:r>
              <w:t>王定成</w:t>
            </w:r>
          </w:p>
        </w:tc>
        <w:tc>
          <w:tcPr>
            <w:tcW w:type="dxa" w:w="1728"/>
          </w:tcPr>
          <w:p>
            <w:r>
              <w:t>研究员</w:t>
            </w:r>
          </w:p>
        </w:tc>
        <w:tc>
          <w:tcPr>
            <w:tcW w:type="dxa" w:w="1728"/>
          </w:tcPr>
          <w:p>
            <w:r>
              <w:t>计算机科学与技术</w:t>
            </w:r>
          </w:p>
        </w:tc>
        <w:tc>
          <w:tcPr>
            <w:tcW w:type="dxa" w:w="1728"/>
          </w:tcPr>
          <w:p>
            <w:r/>
          </w:p>
        </w:tc>
      </w:tr>
    </w:tbl>
    <w:p>
      <w:r>
        <w:t>二、名额分配</w:t>
      </w:r>
    </w:p>
    <w:p>
      <w:r>
        <w:t>按照学校推免生名额分配方案，计算机学院、网络空间安全学院共有4 4名推免生名额。根据学校文件要求和各专业学生基数比例，各专业推免名额如下：</w:t>
      </w:r>
    </w:p>
    <w:p>
      <w:r>
        <w:t>1.计算机科学与技术（腾讯实验班）：8人；</w:t>
      </w:r>
    </w:p>
    <w:p>
      <w:r>
        <w:t>2.信息安全(奇安信英才班)：4人；</w:t>
      </w:r>
    </w:p>
    <w:p>
      <w:r>
        <w:t>3.计算机科学与技术：21人（含“国家级一流本科专业”奖励名额、学科发展奖励名额）；</w:t>
      </w:r>
    </w:p>
    <w:p>
      <w:r>
        <w:t>4.物联网工程：4人（含“国家级一流本科专业”奖励名额）；</w:t>
      </w:r>
    </w:p>
    <w:p>
      <w:r>
        <w:t>5.信息安全：7人（含学科发展奖励名额）。</w:t>
      </w:r>
    </w:p>
    <w:p>
      <w:r>
        <w:t>如某专业申请人中通过考核人数小于该专业推免名额，则该专业剩余名额分配到其他专业。</w:t>
      </w:r>
    </w:p>
    <w:p>
      <w:r>
        <w:t>三、推荐条件</w:t>
      </w:r>
    </w:p>
    <w:p>
      <w:r>
        <w:t>被推荐的学生应是政治思想表现良好，学习成绩优良，学术研究兴趣浓厚，有较强的创新意识、创新能力和专业能力的2025年应届优秀本科毕业生（不含专升本、第二学士学位等学生），且符合以下基本条件：</w:t>
      </w:r>
    </w:p>
    <w:p>
      <w:r>
        <w:t>（一）身心健康，品行优良，无任何违法违纪受处分记录及学术不端行为记录。</w:t>
      </w:r>
    </w:p>
    <w:p>
      <w:r>
        <w:t>（二）学习勤奋，成绩优良，必修课无补考或不及格记录。前三年必修课（按课程首考成绩计算，不含体育）学分加权平均成绩专业排名位列年级前40%，学生综合测评成绩每年位列班级前50%。拔尖班前三年必修课（按课程首考成绩计算，不含体育）学分加权平均成绩专业排名位列年级前60 %，学生综合测评成绩每年位列班级前70 %。学生学业成绩专业排名和综合测评成绩排名计算规则及排名方式按照《南京信息工程大学推荐优秀应届本科毕业生免试攻读研究生工作实施办法（修订）》执行。</w:t>
      </w:r>
    </w:p>
    <w:p>
      <w:r>
        <w:t>（三）全国大学英语六级考试425分及以上或全国大学英语四级考试500分及以上，或者雅思（或TEEP）6.5分及以上（其中听、说、读、写四个单项分数5.5分及以上），或者托福成绩80分及以上。</w:t>
      </w:r>
    </w:p>
    <w:p>
      <w:r>
        <w:t>四、综合成绩计算</w:t>
      </w:r>
    </w:p>
    <w:p>
      <w:r>
        <w:t>被推荐的学生综合成绩包括学业成绩和综合素质两部分组成。</w:t>
      </w:r>
    </w:p>
    <w:p>
      <w:r>
        <w:t>1.学业成绩：学生前三年必修课（按课程正考成绩计算，不含体育）学分加权平均成绩；</w:t>
      </w:r>
    </w:p>
    <w:p>
      <w:r>
        <w:t>2.综合素质：在校期间获得《推免加分细则》中所列的科研成果、竞赛获奖、参军服役、到国际组织实习等方面的总加分；学生在同一方面中有多项加分情况时，只取一项最高分。</w:t>
      </w:r>
    </w:p>
    <w:p>
      <w:r>
        <w:t>五、排名办法</w:t>
      </w:r>
    </w:p>
    <w:p>
      <w:r>
        <w:t>1.对学生的科研成果、竞赛获奖、参军服役、志愿服务、到国际组织实习等方面进行审核鉴定，排除抄袭、造假、冒名及有名无实等情况。同时学院组织相关学生进行答辩。未通过审核鉴定或答辩的成果或经历，不纳入推免遴选综合评价成绩计算体系。</w:t>
      </w:r>
    </w:p>
    <w:p>
      <w:r>
        <w:t>2.本科生在校期间获得《推免加分细则》（附件二）中所列的科研成果、竞赛获奖、参军服役、到国际组织实习等方面荣誉者，在必修课学分加权平均成绩基础上加分后进行排名。</w:t>
      </w:r>
    </w:p>
    <w:p>
      <w:r>
        <w:t>3.根据综合成绩，按各专业最高分向后进行排序，选择各专业前Ni名作为推免人选（Ni为各专业分配名额），Ni+1名作为候补人选。</w:t>
      </w:r>
    </w:p>
    <w:p>
      <w:r>
        <w:t>六、工作程序</w:t>
      </w:r>
    </w:p>
    <w:p>
      <w:r>
        <w:t>1.9月4日，学院公布202 5年计算机学院、网络空间安全学院推免工作实施细则。</w:t>
      </w:r>
    </w:p>
    <w:p>
      <w:r>
        <w:t>2.9月6日下午1 6 :00前，组织学生报名。符合推免条件和要求的学生，填写《南京信息工程大学推荐免试研究生申请表》，连同符合加分推荐的证明材料（扫描件）交至临江楼1209并发至学院指定的邮箱：003263@nuist.edu.cn，交纸质材料时候要携带加分证明材料的原件以供审核。</w:t>
      </w:r>
    </w:p>
    <w:p>
      <w:r>
        <w:t>3.9月11日前，学院推免生工作考核小组对所有申请学生进行初审，确定参与答辩学生名单并组织答辩，答辩全程录音录像，答辩结果公开公示。</w:t>
      </w:r>
    </w:p>
    <w:p>
      <w:r>
        <w:t>4.9月1 3日16:30前，学院按综合成绩进行排名确定拟推荐名单，将“学院推荐情况汇总表”等材料上报教务处。</w:t>
      </w:r>
    </w:p>
    <w:p>
      <w:r>
        <w:t>七、其他事项（含申诉渠道）</w:t>
      </w:r>
    </w:p>
    <w:p>
      <w:r>
        <w:t>学生对推免工作有异议的，可在9月1 3日前向学院反映或申诉，联系人：唐老师，联系电话：025-58731 482，办公地点：临江楼1209，邮箱：jsj-jw@nuist.edu.cn。</w:t>
      </w:r>
    </w:p>
    <w:p>
      <w:r>
        <w:t>附件4：南京信息工程大学推荐免试研究生申请表.doc</w:t>
      </w:r>
    </w:p>
    <w:p>
      <w:r>
        <w:t>附件2：推免加分细则.docx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