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管理工程学院2027届本科生推荐免试研究生工作细则</w:t>
      </w:r>
    </w:p>
    <w:p>
      <w:r>
        <w:t>通知公告</w:t>
      </w:r>
    </w:p>
    <w:p>
      <w:r>
        <w:t>当前位置:首页&gt;通知公告&gt;正文</w:t>
      </w:r>
    </w:p>
    <w:p>
      <w:r>
        <w:t>作者：时间：2026-08-31点击：202次</w:t>
      </w:r>
    </w:p>
    <w:p>
      <w:r>
        <w:t>见附件</w:t>
      </w:r>
    </w:p>
    <w:p>
      <w:pPr>
        <w:pStyle w:val="ListBullet"/>
      </w:pPr>
      <w:r>
        <w:t>附件【管理工程学院2027届本科生推荐免试研究生工作细则.rar】已下载243次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