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电子与信息工程学院2023届本科生推荐免试研究生工作细则表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学院推免生工作领导小组</w:t>
            </w:r>
          </w:p>
        </w:tc>
        <w:tc>
          <w:tcPr>
            <w:tcW w:type="dxa" w:w="1234"/>
          </w:tcPr>
          <w:p>
            <w:r>
              <w:t>组长</w:t>
            </w:r>
          </w:p>
        </w:tc>
        <w:tc>
          <w:tcPr>
            <w:tcW w:type="dxa" w:w="1234"/>
          </w:tcPr>
          <w:p>
            <w:r>
              <w:t>张治中、崔维军</w:t>
            </w:r>
          </w:p>
        </w:tc>
        <w:tc>
          <w:tcPr>
            <w:tcW w:type="dxa" w:w="1234"/>
          </w:tcPr>
          <w:p>
            <w:r>
              <w:t>副组长</w:t>
            </w:r>
          </w:p>
        </w:tc>
        <w:tc>
          <w:tcPr>
            <w:tcW w:type="dxa" w:w="1234"/>
          </w:tcPr>
          <w:p>
            <w:r>
              <w:t>刘光杰、叶玉娣</w:t>
            </w:r>
          </w:p>
        </w:tc>
        <w:tc>
          <w:tcPr>
            <w:tcW w:type="dxa" w:w="1234"/>
          </w:tcPr>
          <w:p>
            <w:r>
              <w:t>秘书</w:t>
            </w:r>
          </w:p>
        </w:tc>
        <w:tc>
          <w:tcPr>
            <w:tcW w:type="dxa" w:w="1234"/>
          </w:tcPr>
          <w:p>
            <w:r>
              <w:t>朱正</w:t>
            </w:r>
          </w:p>
        </w:tc>
      </w:tr>
      <w:tr>
        <w:tc>
          <w:tcPr>
            <w:tcW w:type="dxa" w:w="1234"/>
          </w:tcPr>
          <w:p>
            <w:r>
              <w:t>组员</w:t>
            </w:r>
          </w:p>
        </w:tc>
        <w:tc>
          <w:tcPr>
            <w:tcW w:type="dxa" w:w="1234"/>
          </w:tcPr>
          <w:p>
            <w:r>
              <w:t>行鸿彦、万发雨、李鹏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学院推免生工作考核小组</w:t>
            </w:r>
          </w:p>
        </w:tc>
        <w:tc>
          <w:tcPr>
            <w:tcW w:type="dxa" w:w="1234"/>
          </w:tcPr>
          <w:p>
            <w:r>
              <w:t>组长</w:t>
            </w:r>
          </w:p>
        </w:tc>
        <w:tc>
          <w:tcPr>
            <w:tcW w:type="dxa" w:w="1234"/>
          </w:tcPr>
          <w:p>
            <w:r>
              <w:t>张治中</w:t>
            </w:r>
          </w:p>
        </w:tc>
        <w:tc>
          <w:tcPr>
            <w:tcW w:type="dxa" w:w="1234"/>
          </w:tcPr>
          <w:p>
            <w:r>
              <w:t>副组长</w:t>
            </w:r>
          </w:p>
        </w:tc>
        <w:tc>
          <w:tcPr>
            <w:tcW w:type="dxa" w:w="1234"/>
          </w:tcPr>
          <w:p>
            <w:r>
              <w:t>刘光杰</w:t>
            </w:r>
          </w:p>
        </w:tc>
        <w:tc>
          <w:tcPr>
            <w:tcW w:type="dxa" w:w="1234"/>
          </w:tcPr>
          <w:p>
            <w:r>
              <w:t>秘书</w:t>
            </w:r>
          </w:p>
        </w:tc>
        <w:tc>
          <w:tcPr>
            <w:tcW w:type="dxa" w:w="1234"/>
          </w:tcPr>
          <w:p>
            <w:r>
              <w:t>朱正</w:t>
            </w:r>
          </w:p>
        </w:tc>
      </w:tr>
      <w:tr>
        <w:tc>
          <w:tcPr>
            <w:tcW w:type="dxa" w:w="1234"/>
          </w:tcPr>
          <w:p>
            <w:r>
              <w:t>组员</w:t>
            </w:r>
          </w:p>
        </w:tc>
        <w:tc>
          <w:tcPr>
            <w:tcW w:type="dxa" w:w="1234"/>
          </w:tcPr>
          <w:p>
            <w:r>
              <w:t>李烨、丁国文、于兵、张加宏、刘恒、金红、周锡萍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学院推免生工作程序及日程安排</w:t>
            </w:r>
          </w:p>
        </w:tc>
        <w:tc>
          <w:tcPr>
            <w:tcW w:type="dxa" w:w="1234"/>
          </w:tcPr>
          <w:p>
            <w:r>
              <w:t>9月13日（周二）：学院共27个名额，按专业人数分配给4个专业，电子信息工程专业9人、通信工程专业8人、微电子科学与工程专业5人、电子科学与技术专业5人。9月15日（周四）上午下班前：符合推免候选人条件和要求的学生，将《南京信息工程大学推荐免试攻读硕士学位研究生资格申请表》及相应证明材料（成绩单、获奖证书、全国大学英语四六级证书、发表论文原件和复印件等），交至学院办公室（地点：2号学科楼C212，朱老师）。9月15日（周四）：学院根据报名条件对推荐学生进行资格审查，并按照综合成绩进行专业排名后，确定参加公开答辩学生名单。参加公开答辩学生人数按1：1.3的比例确定，即电子信息工程专业12人、通信工程专业11人、微电子科学与工程专业7人、电子科学与技术专业7人参加答辩。学生不可无故放弃答辩。9月16日（周五）上午(具体时间另行通知）：在学科二号楼C208室，学院推免生工作考核小组对报名学生进行公开答辩。因疫情不能返校的同学将进行线上答辩。9月16日（周五）下午下班前：学院将最终确定的推免候选人排序名单报教务处。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最终成绩评定原则及排名办法</w:t>
            </w:r>
          </w:p>
        </w:tc>
        <w:tc>
          <w:tcPr>
            <w:tcW w:type="dxa" w:w="1234"/>
          </w:tcPr>
          <w:p>
            <w:r>
              <w:t>1.学生学业综合成绩=课程成绩（前三年必修课（按课程正考成绩计算，不含体育）加权平均分）+加分分值。2.对公开答辩合格的学生，学院按照学业综合成绩分专业从高到低排序，确定推免生候选人人选。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备注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</w:tbl>
    <w:p>
      <w:r>
        <w:t>学院推免生工作领导小组组长签名：张治中</w:t>
      </w:r>
    </w:p>
    <w:p>
      <w:r>
        <w:t>崔维军</w:t>
      </w:r>
    </w:p>
    <w:p>
      <w:r>
        <w:t>（学院公章）2022年9月12日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