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南京信息工程大学电子与信息工程学院2024年推免工作实施细则</w:t>
      </w:r>
    </w:p>
    <w:p>
      <w:r>
        <w:t>南京信息工程大学电子与信息工程学院2024年</w:t>
      </w:r>
    </w:p>
    <w:p>
      <w:r>
        <w:t>推免工作实施细则</w:t>
      </w:r>
    </w:p>
    <w:p>
      <w:r>
        <w:t>根据学校《关于做好2024年优秀应届本科毕业生免试攻读研究生推荐工作的通知》精神，为进一步做好我院2024年优秀应届本科毕业生免试攻读研究生（简称推免生）的推荐工作，现将相关事项安排如下：</w:t>
      </w:r>
    </w:p>
    <w:p>
      <w:r>
        <w:t>一、组织机构</w:t>
      </w:r>
    </w:p>
    <w:p>
      <w:r>
        <w:t>1.成立电子与信息工程学院推免生工作领导小组，统一组织和领导学院2024年优秀应届本科毕业生免试攻读研究生的推荐工作。学院推免生工作领导小组全面领导推免生的资格审核、材料审定、排名细则制定及思想品德和综合素质鉴定等所有事项。</w:t>
      </w:r>
    </w:p>
    <w:p>
      <w:r>
        <w:t>学院推免工作领导小组</w:t>
      </w:r>
    </w:p>
    <w:p>
      <w:r>
        <w:t>组长：张治中张明菊</w:t>
      </w:r>
    </w:p>
    <w:p>
      <w:r>
        <w:t>副组长：刘光杰叶玉娣</w:t>
      </w:r>
    </w:p>
    <w:p>
      <w:r>
        <w:t>成员：行鸿彦、万发雨、李鹏</w:t>
      </w:r>
    </w:p>
    <w:p>
      <w:r>
        <w:t>秘书：朱正周锡萍</w:t>
      </w:r>
    </w:p>
    <w:p>
      <w:r>
        <w:t>2.成立推免生考核小组对我院2024年优秀应届本科毕业生推荐免试攻读研究生的科研成果、竞赛获奖、参军服役、志愿服务、到国际组织实习等进行审核。推免生考核小组具体如下：</w:t>
      </w:r>
    </w:p>
    <w:p>
      <w:r>
        <w:t>学院推免考核小组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张明菊</w:t>
            </w:r>
          </w:p>
        </w:tc>
        <w:tc>
          <w:tcPr>
            <w:tcW w:type="dxa" w:w="1728"/>
          </w:tcPr>
          <w:p>
            <w:r>
              <w:t>副研究员(教育管理)</w:t>
            </w:r>
          </w:p>
        </w:tc>
        <w:tc>
          <w:tcPr>
            <w:tcW w:type="dxa" w:w="1728"/>
          </w:tcPr>
          <w:p>
            <w:r>
              <w:t>马克思主义理论与思想政治教育</w:t>
            </w:r>
          </w:p>
        </w:tc>
        <w:tc>
          <w:tcPr>
            <w:tcW w:type="dxa" w:w="1728"/>
          </w:tcPr>
          <w:p>
            <w:r>
              <w:t>学院党委书记</w:t>
            </w:r>
          </w:p>
        </w:tc>
      </w:tr>
      <w:tr>
        <w:tc>
          <w:tcPr>
            <w:tcW w:type="dxa" w:w="1728"/>
          </w:tcPr>
          <w:p>
            <w:r>
              <w:t>2</w:t>
            </w:r>
          </w:p>
        </w:tc>
        <w:tc>
          <w:tcPr>
            <w:tcW w:type="dxa" w:w="1728"/>
          </w:tcPr>
          <w:p>
            <w:r>
              <w:t>叶玉娣</w:t>
            </w:r>
          </w:p>
        </w:tc>
        <w:tc>
          <w:tcPr>
            <w:tcW w:type="dxa" w:w="1728"/>
          </w:tcPr>
          <w:p>
            <w:r>
              <w:t>讲师（高校）</w:t>
            </w:r>
          </w:p>
        </w:tc>
        <w:tc>
          <w:tcPr>
            <w:tcW w:type="dxa" w:w="1728"/>
          </w:tcPr>
          <w:p>
            <w:r>
              <w:t>高等教育学</w:t>
            </w:r>
          </w:p>
        </w:tc>
        <w:tc>
          <w:tcPr>
            <w:tcW w:type="dxa" w:w="1728"/>
          </w:tcPr>
          <w:p>
            <w:r>
              <w:t>学院党委副书记学院副院长</w:t>
            </w:r>
          </w:p>
        </w:tc>
      </w:tr>
      <w:tr>
        <w:tc>
          <w:tcPr>
            <w:tcW w:type="dxa" w:w="1728"/>
          </w:tcPr>
          <w:p>
            <w:r>
              <w:t>3</w:t>
            </w:r>
          </w:p>
        </w:tc>
        <w:tc>
          <w:tcPr>
            <w:tcW w:type="dxa" w:w="1728"/>
          </w:tcPr>
          <w:p>
            <w:r>
              <w:t>刘恒</w:t>
            </w:r>
          </w:p>
        </w:tc>
        <w:tc>
          <w:tcPr>
            <w:tcW w:type="dxa" w:w="1728"/>
          </w:tcPr>
          <w:p>
            <w:r>
              <w:t>教授</w:t>
            </w:r>
          </w:p>
        </w:tc>
        <w:tc>
          <w:tcPr>
            <w:tcW w:type="dxa" w:w="1728"/>
          </w:tcPr>
          <w:p>
            <w:r>
              <w:t>电路与系统</w:t>
            </w:r>
          </w:p>
        </w:tc>
        <w:tc>
          <w:tcPr>
            <w:tcW w:type="dxa" w:w="1728"/>
          </w:tcPr>
          <w:p>
            <w:r>
              <w:t>双创教学中心主任</w:t>
            </w:r>
          </w:p>
        </w:tc>
      </w:tr>
      <w:tr>
        <w:tc>
          <w:tcPr>
            <w:tcW w:type="dxa" w:w="1728"/>
          </w:tcPr>
          <w:p>
            <w:r>
              <w:t>4</w:t>
            </w:r>
          </w:p>
        </w:tc>
        <w:tc>
          <w:tcPr>
            <w:tcW w:type="dxa" w:w="1728"/>
          </w:tcPr>
          <w:p>
            <w:r>
              <w:t>孙兵</w:t>
            </w:r>
          </w:p>
        </w:tc>
        <w:tc>
          <w:tcPr>
            <w:tcW w:type="dxa" w:w="1728"/>
          </w:tcPr>
          <w:p>
            <w:r>
              <w:t>正高级工程师</w:t>
            </w:r>
          </w:p>
        </w:tc>
        <w:tc>
          <w:tcPr>
            <w:tcW w:type="dxa" w:w="1728"/>
          </w:tcPr>
          <w:p>
            <w:r>
              <w:t>计算机及应用</w:t>
            </w:r>
          </w:p>
        </w:tc>
        <w:tc>
          <w:tcPr>
            <w:tcW w:type="dxa" w:w="1728"/>
          </w:tcPr>
          <w:p>
            <w:r>
              <w:t>通信系副主任</w:t>
            </w:r>
          </w:p>
        </w:tc>
      </w:tr>
      <w:tr>
        <w:tc>
          <w:tcPr>
            <w:tcW w:type="dxa" w:w="1728"/>
          </w:tcPr>
          <w:p>
            <w:r>
              <w:t>5</w:t>
            </w:r>
          </w:p>
        </w:tc>
        <w:tc>
          <w:tcPr>
            <w:tcW w:type="dxa" w:w="1728"/>
          </w:tcPr>
          <w:p>
            <w:r>
              <w:t>于兵</w:t>
            </w:r>
          </w:p>
        </w:tc>
        <w:tc>
          <w:tcPr>
            <w:tcW w:type="dxa" w:w="1728"/>
          </w:tcPr>
          <w:p>
            <w:r>
              <w:t>副教授</w:t>
            </w:r>
          </w:p>
        </w:tc>
        <w:tc>
          <w:tcPr>
            <w:tcW w:type="dxa" w:w="1728"/>
          </w:tcPr>
          <w:p>
            <w:r>
              <w:t>电子科学与技术</w:t>
            </w:r>
          </w:p>
        </w:tc>
        <w:tc>
          <w:tcPr>
            <w:tcW w:type="dxa" w:w="1728"/>
          </w:tcPr>
          <w:p>
            <w:r>
              <w:t>电科系支部书记</w:t>
            </w:r>
          </w:p>
        </w:tc>
      </w:tr>
      <w:tr>
        <w:tc>
          <w:tcPr>
            <w:tcW w:type="dxa" w:w="1728"/>
          </w:tcPr>
          <w:p>
            <w:r>
              <w:t>6</w:t>
            </w:r>
          </w:p>
        </w:tc>
        <w:tc>
          <w:tcPr>
            <w:tcW w:type="dxa" w:w="1728"/>
          </w:tcPr>
          <w:p>
            <w:r>
              <w:t>周晓彦</w:t>
            </w:r>
          </w:p>
        </w:tc>
        <w:tc>
          <w:tcPr>
            <w:tcW w:type="dxa" w:w="1728"/>
          </w:tcPr>
          <w:p>
            <w:r>
              <w:t>副教授</w:t>
            </w:r>
          </w:p>
        </w:tc>
        <w:tc>
          <w:tcPr>
            <w:tcW w:type="dxa" w:w="1728"/>
          </w:tcPr>
          <w:p>
            <w:r>
              <w:t>信号与信息处理</w:t>
            </w:r>
          </w:p>
        </w:tc>
        <w:tc>
          <w:tcPr>
            <w:tcW w:type="dxa" w:w="1728"/>
          </w:tcPr>
          <w:p>
            <w:r>
              <w:t>电信系副主任</w:t>
            </w:r>
          </w:p>
        </w:tc>
      </w:tr>
      <w:tr>
        <w:tc>
          <w:tcPr>
            <w:tcW w:type="dxa" w:w="1728"/>
          </w:tcPr>
          <w:p>
            <w:r>
              <w:t>7</w:t>
            </w:r>
          </w:p>
        </w:tc>
        <w:tc>
          <w:tcPr>
            <w:tcW w:type="dxa" w:w="1728"/>
          </w:tcPr>
          <w:p>
            <w:r>
              <w:t>王超</w:t>
            </w:r>
          </w:p>
        </w:tc>
        <w:tc>
          <w:tcPr>
            <w:tcW w:type="dxa" w:w="1728"/>
          </w:tcPr>
          <w:p>
            <w:r>
              <w:t>副教授</w:t>
            </w:r>
          </w:p>
        </w:tc>
        <w:tc>
          <w:tcPr>
            <w:tcW w:type="dxa" w:w="1728"/>
          </w:tcPr>
          <w:p>
            <w:r>
              <w:t>信息与通信工程</w:t>
            </w:r>
          </w:p>
        </w:tc>
        <w:tc>
          <w:tcPr>
            <w:tcW w:type="dxa" w:w="1728"/>
          </w:tcPr>
          <w:p>
            <w:r>
              <w:t>通信系主任</w:t>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二、名额分配</w:t>
      </w:r>
    </w:p>
    <w:p>
      <w:r>
        <w:t>学院共41个名额，通信工程（华为实验班）按专业人数前30%分配名额，其余名额按专业人数平均分配给4个大类专业。电子信息工程专业11人、通信工程专业10人、微电子科学与工程专业4人、电子科学与技术专业7人、通信工程（华为实验班）9人。</w:t>
      </w:r>
    </w:p>
    <w:p>
      <w:r>
        <w:t>三、推荐条件</w:t>
      </w:r>
    </w:p>
    <w:p>
      <w:r>
        <w:t>根据《关于做好2024年推荐优秀应届本科毕业生免试攻读研究生工作的通知》和《南京信息工程大学推荐优秀应届本科毕业生免试攻读研究生工作实施办法》，被推荐的学生应是政治思想表现良好，学习成绩优良，学术研究兴趣浓厚，有较强的创新意识、创新能力和专业能力的我院2024年应届优秀本科毕业生（不含专升本、第二学士学位等学生），且符合以下基本条件：</w:t>
      </w:r>
    </w:p>
    <w:p>
      <w:r>
        <w:t>（一）身心健康，品行优良，无任何考试作弊、剽窃他人学术成果及违法违纪受处分记录。</w:t>
      </w:r>
    </w:p>
    <w:p>
      <w:r>
        <w:t>（二）学习勤奋，成绩优良，必修课没有补考或不及格记录。前三年必修课（按课程正考成绩计算，不含体育）学分加权平均成绩专业排名位列年级前40%。</w:t>
      </w:r>
    </w:p>
    <w:p>
      <w:r>
        <w:t>（三）全国大学英语六级考试425分及以上或全国大学英语四级考试500分及以上。</w:t>
      </w:r>
    </w:p>
    <w:p>
      <w:r>
        <w:t>四、综合成绩计算</w:t>
      </w:r>
    </w:p>
    <w:p>
      <w:r>
        <w:t>综合评价成绩=必修课加权平均成绩+加分</w:t>
      </w:r>
    </w:p>
    <w:p>
      <w:r>
        <w:t>1．“必修课加权平均成绩”为前三年必修课（按课程正考成绩计算，不含体育）学分加权平均成绩。</w:t>
      </w:r>
    </w:p>
    <w:p>
      <w:r>
        <w:t>2．“加分”为《推免加分细则》列出的学生在本科阶段获得的七个方面成果或荣誉加分之和（某一方面成果中有多项加分情况时，原则上只取一项）。</w:t>
      </w:r>
    </w:p>
    <w:p>
      <w:r>
        <w:t>五、排名办法</w:t>
      </w:r>
    </w:p>
    <w:p>
      <w:r>
        <w:t>对公开答辩合格的学生，学院按照学业综合成绩分专业从高到低排序，确定推免生候选人人选。</w:t>
      </w:r>
    </w:p>
    <w:p>
      <w:r>
        <w:t>六、工作程序</w:t>
      </w:r>
    </w:p>
    <w:p>
      <w:r>
        <w:t>9月16日（周六）：学院制定《南京信息工程大学电子与信息工程学院2024年推免工作实施细则》并上报教务处审核同意后公布实施。</w:t>
      </w:r>
    </w:p>
    <w:p>
      <w:r>
        <w:t>9月17日（周日）：</w:t>
      </w:r>
    </w:p>
    <w:p>
      <w:r>
        <w:t>1.组织学生报名。符合推免候选人条件和要求的学生，将《南京信息工程大学推荐免试攻读硕士学位研究生资格申请表》及相应证明材料（成绩单、获奖证书、全国大学英语四六级证书、发表论文原件和复印件等），交至学院办公室（地点：信息科技大楼A809，朱老师）。</w:t>
      </w:r>
    </w:p>
    <w:p>
      <w:r>
        <w:t>2.资格审查。学院根据报名条件对推荐学生进行资格审查，并按照综合成绩进行专业排名后，确定参加公开答辩学生名单。参加公开答辩学生人数按1：1.3的比例确定，即电子信息工程专业14人、通信工程专业13人、微电子科学与工程专业5人、电子科学与技术专业9人、通信工程（华为实验班）12人参加答辩。学生不可无故放弃答辩。</w:t>
      </w:r>
    </w:p>
    <w:p>
      <w:r>
        <w:t>9月18日（周一）</w:t>
      </w:r>
    </w:p>
    <w:p>
      <w:r>
        <w:t>1.在信息科技大楼A916-917会议室，学院推免生工作考核小组对报名学生进行公开答辩。答辩将全程录音录像。</w:t>
      </w:r>
    </w:p>
    <w:p>
      <w:r>
        <w:t>2.学院对推免遴选的答辩结果、综合评价成绩及排名公开公示后，将《南京信息工程大学2024年推荐免试攻读硕士研究生拟推免名单》等材料上报教务处。</w:t>
      </w:r>
    </w:p>
    <w:p>
      <w:r>
        <w:t>七、其他事项</w:t>
      </w:r>
    </w:p>
    <w:p>
      <w:r>
        <w:t>本细则未尽事宜由电子与信息工程学院推免生工作领导小组负责解释。</w:t>
      </w:r>
    </w:p>
    <w:p>
      <w:r>
        <w:t>电子与信息工程学院</w:t>
      </w:r>
    </w:p>
    <w:p>
      <w:r>
        <w:t>2023年9月16日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