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电子与信息工程学院27年推免研究生复试名单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2027年南京信息工程大学电子与信息学院推免研究生复试名单（按姓氏拼音）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考生编号</w:t>
            </w:r>
          </w:p>
        </w:tc>
        <w:tc>
          <w:tcPr>
            <w:tcW w:type="dxa" w:w="2880"/>
          </w:tcPr>
          <w:p>
            <w:r>
              <w:t>考生姓名</w:t>
            </w:r>
          </w:p>
        </w:tc>
        <w:tc>
          <w:tcPr>
            <w:tcW w:type="dxa" w:w="2880"/>
          </w:tcPr>
          <w:p>
            <w:r>
              <w:t>本科院校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安沐</w:t>
            </w:r>
          </w:p>
        </w:tc>
        <w:tc>
          <w:tcPr>
            <w:tcW w:type="dxa" w:w="2880"/>
          </w:tcPr>
          <w:p>
            <w:r>
              <w:t>南京信息工程大学长望学院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陈斐</w:t>
            </w:r>
          </w:p>
        </w:tc>
        <w:tc>
          <w:tcPr>
            <w:tcW w:type="dxa" w:w="2880"/>
          </w:tcPr>
          <w:p>
            <w:r>
              <w:t>南京信息工程大学长望学院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陈明瑞</w:t>
            </w:r>
          </w:p>
        </w:tc>
        <w:tc>
          <w:tcPr>
            <w:tcW w:type="dxa" w:w="2880"/>
          </w:tcPr>
          <w:p>
            <w:r>
              <w:t>南京信息工程大学电子与信息工程学院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邓乐</w:t>
            </w:r>
          </w:p>
        </w:tc>
        <w:tc>
          <w:tcPr>
            <w:tcW w:type="dxa" w:w="2880"/>
          </w:tcPr>
          <w:p>
            <w:r>
              <w:t>北方民族大学电气信息工程学院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董晓鸿</w:t>
            </w:r>
          </w:p>
        </w:tc>
        <w:tc>
          <w:tcPr>
            <w:tcW w:type="dxa" w:w="2880"/>
          </w:tcPr>
          <w:p>
            <w:r>
              <w:t>喀什大学电子与通信工程学院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郝梓宇</w:t>
            </w:r>
          </w:p>
        </w:tc>
        <w:tc>
          <w:tcPr>
            <w:tcW w:type="dxa" w:w="2880"/>
          </w:tcPr>
          <w:p>
            <w:r>
              <w:t>南京信息工程大学电子与信息工程学院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李佳尧</w:t>
            </w:r>
          </w:p>
        </w:tc>
        <w:tc>
          <w:tcPr>
            <w:tcW w:type="dxa" w:w="2880"/>
          </w:tcPr>
          <w:p>
            <w:r>
              <w:t>广西民族大学物理与电子信息学院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李乐涵</w:t>
            </w:r>
          </w:p>
        </w:tc>
        <w:tc>
          <w:tcPr>
            <w:tcW w:type="dxa" w:w="2880"/>
          </w:tcPr>
          <w:p>
            <w:r>
              <w:t>南京信息工程大学长望学院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李沛泽</w:t>
            </w:r>
          </w:p>
        </w:tc>
        <w:tc>
          <w:tcPr>
            <w:tcW w:type="dxa" w:w="2880"/>
          </w:tcPr>
          <w:p>
            <w:r>
              <w:t>南京信息工程大学长望学院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刘建鑫</w:t>
            </w:r>
          </w:p>
        </w:tc>
        <w:tc>
          <w:tcPr>
            <w:tcW w:type="dxa" w:w="2880"/>
          </w:tcPr>
          <w:p>
            <w:r>
              <w:t>南京信息工程大学长望学院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刘润阳</w:t>
            </w:r>
          </w:p>
        </w:tc>
        <w:tc>
          <w:tcPr>
            <w:tcW w:type="dxa" w:w="2880"/>
          </w:tcPr>
          <w:p>
            <w:r>
              <w:t>南京信息工程大学长望学院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刘爽</w:t>
            </w:r>
          </w:p>
        </w:tc>
        <w:tc>
          <w:tcPr>
            <w:tcW w:type="dxa" w:w="2880"/>
          </w:tcPr>
          <w:p>
            <w:r>
              <w:t>聊城大学物理科学与信息工程学院（集成电路学院）</w:t>
            </w:r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刘易阳</w:t>
            </w:r>
          </w:p>
        </w:tc>
        <w:tc>
          <w:tcPr>
            <w:tcW w:type="dxa" w:w="2880"/>
          </w:tcPr>
          <w:p>
            <w:r>
              <w:t>南京信息工程大学电子与信息工程学院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刘子恩</w:t>
            </w:r>
          </w:p>
        </w:tc>
        <w:tc>
          <w:tcPr>
            <w:tcW w:type="dxa" w:w="2880"/>
          </w:tcPr>
          <w:p>
            <w:r>
              <w:t>南京信息工程大学长望学院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罗雨</w:t>
            </w:r>
          </w:p>
        </w:tc>
        <w:tc>
          <w:tcPr>
            <w:tcW w:type="dxa" w:w="2880"/>
          </w:tcPr>
          <w:p>
            <w:r>
              <w:t>兰州财经大学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马岚</w:t>
            </w:r>
          </w:p>
        </w:tc>
        <w:tc>
          <w:tcPr>
            <w:tcW w:type="dxa" w:w="2880"/>
          </w:tcPr>
          <w:p>
            <w:r>
              <w:t>成都信息工程大学通信工程学院</w:t>
            </w:r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孟春廷</w:t>
            </w:r>
          </w:p>
        </w:tc>
        <w:tc>
          <w:tcPr>
            <w:tcW w:type="dxa" w:w="2880"/>
          </w:tcPr>
          <w:p>
            <w:r>
              <w:t>西华师范大学电子信息工程学院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彭心怡</w:t>
            </w:r>
          </w:p>
        </w:tc>
        <w:tc>
          <w:tcPr>
            <w:tcW w:type="dxa" w:w="2880"/>
          </w:tcPr>
          <w:p>
            <w:r>
              <w:t>江苏科技大学海洋学院</w:t>
            </w:r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钱畅</w:t>
            </w:r>
          </w:p>
        </w:tc>
        <w:tc>
          <w:tcPr>
            <w:tcW w:type="dxa" w:w="2880"/>
          </w:tcPr>
          <w:p>
            <w:r>
              <w:t>河北地质大学</w:t>
            </w:r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钱睿霖</w:t>
            </w:r>
          </w:p>
        </w:tc>
        <w:tc>
          <w:tcPr>
            <w:tcW w:type="dxa" w:w="2880"/>
          </w:tcPr>
          <w:p>
            <w:r>
              <w:t>南京信息工程大学电子与信息工程学院</w:t>
            </w:r>
          </w:p>
        </w:tc>
      </w:tr>
      <w:tr>
        <w:tc>
          <w:tcPr>
            <w:tcW w:type="dxa" w:w="2880"/>
          </w:tcPr>
          <w:p>
            <w:r>
              <w:t>21</w:t>
            </w:r>
          </w:p>
        </w:tc>
        <w:tc>
          <w:tcPr>
            <w:tcW w:type="dxa" w:w="2880"/>
          </w:tcPr>
          <w:p>
            <w:r>
              <w:t>司湘炜</w:t>
            </w:r>
          </w:p>
        </w:tc>
        <w:tc>
          <w:tcPr>
            <w:tcW w:type="dxa" w:w="2880"/>
          </w:tcPr>
          <w:p>
            <w:r>
              <w:t>南京信息工程大学长望学院</w:t>
            </w:r>
          </w:p>
        </w:tc>
      </w:tr>
      <w:tr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宋顺焸</w:t>
            </w:r>
          </w:p>
        </w:tc>
        <w:tc>
          <w:tcPr>
            <w:tcW w:type="dxa" w:w="2880"/>
          </w:tcPr>
          <w:p>
            <w:r>
              <w:t>南京信息工程大学海洋科学学院学院</w:t>
            </w:r>
          </w:p>
        </w:tc>
      </w:tr>
      <w:tr>
        <w:tc>
          <w:tcPr>
            <w:tcW w:type="dxa" w:w="2880"/>
          </w:tcPr>
          <w:p>
            <w:r>
              <w:t>23</w:t>
            </w:r>
          </w:p>
        </w:tc>
        <w:tc>
          <w:tcPr>
            <w:tcW w:type="dxa" w:w="2880"/>
          </w:tcPr>
          <w:p>
            <w:r>
              <w:t>谈乐涛</w:t>
            </w:r>
          </w:p>
        </w:tc>
        <w:tc>
          <w:tcPr>
            <w:tcW w:type="dxa" w:w="2880"/>
          </w:tcPr>
          <w:p>
            <w:r>
              <w:t>南京信息工程大学长望学院</w:t>
            </w:r>
          </w:p>
        </w:tc>
      </w:tr>
      <w:tr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王娟</w:t>
            </w:r>
          </w:p>
        </w:tc>
        <w:tc>
          <w:tcPr>
            <w:tcW w:type="dxa" w:w="2880"/>
          </w:tcPr>
          <w:p>
            <w:r>
              <w:t>西华师范大学电子信息工程学院</w:t>
            </w:r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王怡芸</w:t>
            </w:r>
          </w:p>
        </w:tc>
        <w:tc>
          <w:tcPr>
            <w:tcW w:type="dxa" w:w="2880"/>
          </w:tcPr>
          <w:p>
            <w:r>
              <w:t>南京信息工程大学长望学院</w:t>
            </w:r>
          </w:p>
        </w:tc>
      </w:tr>
      <w:tr>
        <w:tc>
          <w:tcPr>
            <w:tcW w:type="dxa" w:w="2880"/>
          </w:tcPr>
          <w:p>
            <w:r>
              <w:t>26</w:t>
            </w:r>
          </w:p>
        </w:tc>
        <w:tc>
          <w:tcPr>
            <w:tcW w:type="dxa" w:w="2880"/>
          </w:tcPr>
          <w:p>
            <w:r>
              <w:t>王禹杰</w:t>
            </w:r>
          </w:p>
        </w:tc>
        <w:tc>
          <w:tcPr>
            <w:tcW w:type="dxa" w:w="2880"/>
          </w:tcPr>
          <w:p>
            <w:r>
              <w:t>南京信息工程大学电子与信息工程学院</w:t>
            </w:r>
          </w:p>
        </w:tc>
      </w:tr>
      <w:tr>
        <w:tc>
          <w:tcPr>
            <w:tcW w:type="dxa" w:w="2880"/>
          </w:tcPr>
          <w:p>
            <w:r>
              <w:t>27</w:t>
            </w:r>
          </w:p>
        </w:tc>
        <w:tc>
          <w:tcPr>
            <w:tcW w:type="dxa" w:w="2880"/>
          </w:tcPr>
          <w:p>
            <w:r>
              <w:t>吴文凡</w:t>
            </w:r>
          </w:p>
        </w:tc>
        <w:tc>
          <w:tcPr>
            <w:tcW w:type="dxa" w:w="2880"/>
          </w:tcPr>
          <w:p>
            <w:r>
              <w:t>南京信息工程大学电子与信息工程学院</w:t>
            </w:r>
          </w:p>
        </w:tc>
      </w:tr>
      <w:tr>
        <w:tc>
          <w:tcPr>
            <w:tcW w:type="dxa" w:w="2880"/>
          </w:tcPr>
          <w:p>
            <w:r>
              <w:t>28</w:t>
            </w:r>
          </w:p>
        </w:tc>
        <w:tc>
          <w:tcPr>
            <w:tcW w:type="dxa" w:w="2880"/>
          </w:tcPr>
          <w:p>
            <w:r>
              <w:t>奚佳雪</w:t>
            </w:r>
          </w:p>
        </w:tc>
        <w:tc>
          <w:tcPr>
            <w:tcW w:type="dxa" w:w="2880"/>
          </w:tcPr>
          <w:p>
            <w:r>
              <w:t>江苏科技大学海洋学院</w:t>
            </w:r>
          </w:p>
        </w:tc>
      </w:tr>
      <w:tr>
        <w:tc>
          <w:tcPr>
            <w:tcW w:type="dxa" w:w="2880"/>
          </w:tcPr>
          <w:p>
            <w:r>
              <w:t>29</w:t>
            </w:r>
          </w:p>
        </w:tc>
        <w:tc>
          <w:tcPr>
            <w:tcW w:type="dxa" w:w="2880"/>
          </w:tcPr>
          <w:p>
            <w:r>
              <w:t>许筱悦</w:t>
            </w:r>
          </w:p>
        </w:tc>
        <w:tc>
          <w:tcPr>
            <w:tcW w:type="dxa" w:w="2880"/>
          </w:tcPr>
          <w:p>
            <w:r>
              <w:t>南京信息工程大学长望学院</w:t>
            </w:r>
          </w:p>
        </w:tc>
      </w:tr>
      <w:tr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殷声卓</w:t>
            </w:r>
          </w:p>
        </w:tc>
        <w:tc>
          <w:tcPr>
            <w:tcW w:type="dxa" w:w="2880"/>
          </w:tcPr>
          <w:p>
            <w:r>
              <w:t>南京信息工程大学电子与信息工程学院</w:t>
            </w:r>
          </w:p>
        </w:tc>
      </w:tr>
      <w:tr>
        <w:tc>
          <w:tcPr>
            <w:tcW w:type="dxa" w:w="2880"/>
          </w:tcPr>
          <w:p>
            <w:r>
              <w:t>31</w:t>
            </w:r>
          </w:p>
        </w:tc>
        <w:tc>
          <w:tcPr>
            <w:tcW w:type="dxa" w:w="2880"/>
          </w:tcPr>
          <w:p>
            <w:r>
              <w:t>余波</w:t>
            </w:r>
          </w:p>
        </w:tc>
        <w:tc>
          <w:tcPr>
            <w:tcW w:type="dxa" w:w="2880"/>
          </w:tcPr>
          <w:p>
            <w:r>
              <w:t>南京信息工程大学电子与信息工程学院</w:t>
            </w:r>
          </w:p>
        </w:tc>
      </w:tr>
      <w:tr>
        <w:tc>
          <w:tcPr>
            <w:tcW w:type="dxa" w:w="2880"/>
          </w:tcPr>
          <w:p>
            <w:r>
              <w:t>32</w:t>
            </w:r>
          </w:p>
        </w:tc>
        <w:tc>
          <w:tcPr>
            <w:tcW w:type="dxa" w:w="2880"/>
          </w:tcPr>
          <w:p>
            <w:r>
              <w:t>张泽武</w:t>
            </w:r>
          </w:p>
        </w:tc>
        <w:tc>
          <w:tcPr>
            <w:tcW w:type="dxa" w:w="2880"/>
          </w:tcPr>
          <w:p>
            <w:r>
              <w:t>南京信息工程大学长望学院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